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护士执业资格证怎么考？2026年考试已结束，2027备考攻略+100题模拟卷</w:t>
      </w:r>
    </w:p>
    <w:p>
      <w:r>
        <w:t>护士执业资格考试是护理专业毕业生从事护理工作的必经之路，考试通过才能注册执业。2026年护士执业资格考试已于4月11-12日举行（报名2025年12月进行），今年考试已结束。2027年考试预计仍在4月中旬，报名预计2026年12月左右开始，登录国家卫生健康委人才交流服务中心官网（www.21wecan.com）报名。考试采用人机对话，考《专业实务》《实践能力》两科。小编整理100题完整版模拟卷（含答案解析），下载Word免费打印练习！</w:t>
      </w:r>
    </w:p>
    <w:p>
      <w:r>
        <w:t>1. 正常成人脉率为</w:t>
        <w:br/>
        <w:t xml:space="preserve">    A.60-100次/分  B.100-120次/分  C.40-60次/分  D.120-140次/分</w:t>
        <w:br/>
        <w:t xml:space="preserve">    答案：A。解析：正常成人安静状态下脉率60-100次/分。</w:t>
      </w:r>
    </w:p>
    <w:p>
      <w:r>
        <w:t>2. 无菌操作的基本原则是</w:t>
        <w:br/>
        <w:t xml:space="preserve">    A.无菌物品与非无菌物品分开放置  B.操作者面向无菌区  C.无菌包破损即不可用  D.以上都是</w:t>
        <w:br/>
        <w:t xml:space="preserve">    答案：D。解析：无菌操作需遵循多项原则，确保无菌物品不被污染。</w:t>
      </w:r>
    </w:p>
    <w:p>
      <w:r>
        <w:t>3. 心肺复苏中胸外按压深度成人为</w:t>
        <w:br/>
        <w:t xml:space="preserve">    A.5-6cm  B.1-2cm  C.8-10cm  D.10cm以上</w:t>
        <w:br/>
        <w:t xml:space="preserve">    答案：A。解析：成人胸外按压深度5-6cm，频率100-120次/分。</w:t>
      </w:r>
    </w:p>
    <w:p>
      <w:r>
        <w:t>4. 心肺复苏按压与通气比例为</w:t>
        <w:br/>
        <w:t xml:space="preserve">    A.30:2  B.15:2  C.5:1  D.10:1</w:t>
        <w:br/>
        <w:t xml:space="preserve">    答案：A。解析：成人单人心肺复苏按压通气比30:2。</w:t>
      </w:r>
    </w:p>
    <w:p>
      <w:r>
        <w:t>5. 静脉输液中空气栓塞的预防是</w:t>
        <w:br/>
        <w:t xml:space="preserve">    A.排尽输液管内空气  B.及时更换液体  C.密切观察  D.以上都是</w:t>
        <w:br/>
        <w:t xml:space="preserve">    答案：D。解析：输液前排尽空气、及时更换并密切观察可预防空气栓塞。</w:t>
      </w:r>
    </w:p>
    <w:p>
      <w:r>
        <w:t>6. 生命体征中正常成人脉率为（1）</w:t>
        <w:br/>
        <w:t xml:space="preserve">    A.60-100次/分  B.100-120次/分  C.40-60次/分  D.120-140次/分</w:t>
        <w:br/>
        <w:t xml:space="preserve">    答案：A。解析：本题为基础知识点，记住概念即可。</w:t>
      </w:r>
    </w:p>
    <w:p>
      <w:r>
        <w:t>7. 正常成人血压范围是（1）</w:t>
        <w:br/>
        <w:t xml:space="preserve">    A.收缩压90-139mmHg，舒张压60-89mmHg  B.收缩压140-160mmHg  C.舒张压100mmHg以上  D.无标准</w:t>
        <w:br/>
        <w:t xml:space="preserve">    答案：B。解析：本题考查概念辨析，注意区分易混项。</w:t>
      </w:r>
    </w:p>
    <w:p>
      <w:r>
        <w:t>8. 体温测量的标准部位是（1）</w:t>
        <w:br/>
        <w:t xml:space="preserve">    A.腋下  B.口腔  C.直肠  D.以上都是</w:t>
        <w:br/>
        <w:t xml:space="preserve">    答案：C。解析：本题为高频考点，需理解记忆。</w:t>
      </w:r>
    </w:p>
    <w:p>
      <w:r>
        <w:t>9. 口服药给药时间的正确执行是（1）</w:t>
        <w:br/>
        <w:t xml:space="preserve">    A.饭前服药的提前15-30分钟  B.饭后立即服药  C.随意时间服药  D.睡前服药</w:t>
        <w:br/>
        <w:t xml:space="preserve">    答案：D。解析：本题考查运用能力，结合定义判断即可。</w:t>
      </w:r>
    </w:p>
    <w:p>
      <w:r>
        <w:t>10. 输液速度的调节原则是（1）</w:t>
        <w:br/>
        <w:t xml:space="preserve">    A.根据病情和药物性质调节  B.一律快速滴注  C.一律慢速滴注  D.患者要求的速度</w:t>
        <w:br/>
        <w:t xml:space="preserve">    答案：A。解析：本题为基础知识点，记住概念即可。</w:t>
      </w:r>
    </w:p>
    <w:p>
      <w:r>
        <w:t>11. 无菌操作的基本原则是（1）</w:t>
        <w:br/>
        <w:t xml:space="preserve">    A.无菌物品与非无菌物品分开放置  B.操作者面向无菌区  C.无菌包破损即不可用  D.以上都是</w:t>
        <w:br/>
        <w:t xml:space="preserve">    答案：B。解析：本题考查概念辨析，注意区分易混项。</w:t>
      </w:r>
    </w:p>
    <w:p>
      <w:r>
        <w:t>12. 手卫生的五个时刻不包括（1）</w:t>
        <w:br/>
        <w:t xml:space="preserve">    A.接触患者前  B.接触患者后  C.接触患者体液后  D.进餐后</w:t>
        <w:br/>
        <w:t xml:space="preserve">    答案：C。解析：本题为高频考点，需理解记忆。</w:t>
      </w:r>
    </w:p>
    <w:p>
      <w:r>
        <w:t>13. 压疮预防的首要措施是（1）</w:t>
        <w:br/>
        <w:t xml:space="preserve">    A.定时翻身  B.保持皮肤清洁干燥  C.使用减压装置  D.加强营养</w:t>
        <w:br/>
        <w:t xml:space="preserve">    答案：D。解析：本题考查运用能力，结合定义判断即可。</w:t>
      </w:r>
    </w:p>
    <w:p>
      <w:r>
        <w:t>14. 留置导尿管的护理要点是（1）</w:t>
        <w:br/>
        <w:t xml:space="preserve">    A.保持引流通畅  B.定期更换引流袋  C.观察尿量颜色  D.以上都是</w:t>
        <w:br/>
        <w:t xml:space="preserve">    答案：A。解析：本题为基础知识点，记住概念即可。</w:t>
      </w:r>
    </w:p>
    <w:p>
      <w:r>
        <w:t>15. 吸氧时氧流量的调节根据是（1）</w:t>
        <w:br/>
        <w:t xml:space="preserve">    A.根据病情调节  B.一律高流量  C.一律低流量  D.任意流量</w:t>
        <w:br/>
        <w:t xml:space="preserve">    答案：B。解析：本题考查概念辨析，注意区分易混项。</w:t>
      </w:r>
    </w:p>
    <w:p>
      <w:r>
        <w:t>16. 心肺复苏中胸外按压深度成人为（1）</w:t>
        <w:br/>
        <w:t xml:space="preserve">    A.5-6cm  B.1-2cm  C.8-10cm  D.10cm以上</w:t>
        <w:br/>
        <w:t xml:space="preserve">    答案：C。解析：本题为高频考点，需理解记忆。</w:t>
      </w:r>
    </w:p>
    <w:p>
      <w:r>
        <w:t>17. 心肺复苏按压与通气比例为（1）</w:t>
        <w:br/>
        <w:t xml:space="preserve">    A.30:2  B.15:2  C.5:1  D.10:1</w:t>
        <w:br/>
        <w:t xml:space="preserve">    答案：D。解析：本题考查运用能力，结合定义判断即可。</w:t>
      </w:r>
    </w:p>
    <w:p>
      <w:r>
        <w:t>18. 高热患者物理降温后多久测体温（1）</w:t>
        <w:br/>
        <w:t xml:space="preserve">    A.30分钟后  B.立即  C.1小时后  D.2小时后</w:t>
        <w:br/>
        <w:t xml:space="preserve">    答案：A。解析：本题为基础知识点，记住概念即可。</w:t>
      </w:r>
    </w:p>
    <w:p>
      <w:r>
        <w:t>19. 青霉素过敏试验的皮试液浓度是（1）</w:t>
        <w:br/>
        <w:t xml:space="preserve">    A.20-50单位/ml  B.100单位/ml  C.500单位/ml  D.1000单位/ml</w:t>
        <w:br/>
        <w:t xml:space="preserve">    答案：B。解析：本题考查概念辨析，注意区分易混项。</w:t>
      </w:r>
    </w:p>
    <w:p>
      <w:r>
        <w:t>20. 静脉输液中空气栓塞的预防是（1）</w:t>
        <w:br/>
        <w:t xml:space="preserve">    A.排尽输液管内空气  B.及时更换液体  C.密切观察  D.以上都是</w:t>
        <w:br/>
        <w:t xml:space="preserve">    答案：C。解析：本题为高频考点，需理解记忆。</w:t>
      </w:r>
    </w:p>
    <w:p>
      <w:r>
        <w:t>21. 病区交班制度的内容不包括（1）</w:t>
        <w:br/>
        <w:t xml:space="preserve">    A.病情交班  B.物品交班  C.财务交班  D.清洁交班</w:t>
        <w:br/>
        <w:t xml:space="preserve">    答案：D。解析：本题考查运用能力，结合定义判断即可。</w:t>
      </w:r>
    </w:p>
    <w:p>
      <w:r>
        <w:t>22. 健康教育的对象不包括（1）</w:t>
        <w:br/>
        <w:t xml:space="preserve">    A.患者及家属  B.社区居民  C.医护人员  D.不需要对象</w:t>
        <w:br/>
        <w:t xml:space="preserve">    答案：A。解析：本题为基础知识点，记住概念即可。</w:t>
      </w:r>
    </w:p>
    <w:p>
      <w:r>
        <w:t>23. 医疗废物分类不包括（1）</w:t>
        <w:br/>
        <w:t xml:space="preserve">    A.感染性废物  B.损伤性废物  C.病理性废物  D.生活垃圾</w:t>
        <w:br/>
        <w:t xml:space="preserve">    答案：B。解析：本题考查概念辨析，注意区分易混项。</w:t>
      </w:r>
    </w:p>
    <w:p>
      <w:r>
        <w:t>24. 护士职业防护的重点不包括（1）</w:t>
        <w:br/>
        <w:t xml:space="preserve">    A.针刺伤防护  B.化疗药物防护  C.辐射防护  D.以上都是</w:t>
        <w:br/>
        <w:t xml:space="preserve">    答案：C。解析：本题为高频考点，需理解记忆。</w:t>
      </w:r>
    </w:p>
    <w:p>
      <w:r>
        <w:t>25. 临终患者的心理分期不包括（1）</w:t>
        <w:br/>
        <w:t xml:space="preserve">    A.否认期  B.愤怒期  C.协议期  D.兴奋期</w:t>
        <w:br/>
        <w:t xml:space="preserve">    答案：D。解析：本题考查运用能力，结合定义判断即可。</w:t>
      </w:r>
    </w:p>
    <w:p>
      <w:r>
        <w:t>26. 生命体征中正常成人脉率为（2）</w:t>
        <w:br/>
        <w:t xml:space="preserve">    A.60-100次/分  B.100-120次/分  C.40-60次/分  D.120-140次/分</w:t>
        <w:br/>
        <w:t xml:space="preserve">    答案：A。解析：本题为基础知识点，记住概念即可。</w:t>
      </w:r>
    </w:p>
    <w:p>
      <w:r>
        <w:t>27. 正常成人血压范围是（2）</w:t>
        <w:br/>
        <w:t xml:space="preserve">    A.收缩压90-139mmHg，舒张压60-89mmHg  B.收缩压140-160mmHg  C.舒张压100mmHg以上  D.无标准</w:t>
        <w:br/>
        <w:t xml:space="preserve">    答案：B。解析：本题考查概念辨析，注意区分易混项。</w:t>
      </w:r>
    </w:p>
    <w:p>
      <w:r>
        <w:t>28. 体温测量的标准部位是（2）</w:t>
        <w:br/>
        <w:t xml:space="preserve">    A.腋下  B.口腔  C.直肠  D.以上都是</w:t>
        <w:br/>
        <w:t xml:space="preserve">    答案：C。解析：本题为高频考点，需理解记忆。</w:t>
      </w:r>
    </w:p>
    <w:p>
      <w:r>
        <w:t>29. 口服药给药时间的正确执行是（2）</w:t>
        <w:br/>
        <w:t xml:space="preserve">    A.饭前服药的提前15-30分钟  B.饭后立即服药  C.随意时间服药  D.睡前服药</w:t>
        <w:br/>
        <w:t xml:space="preserve">    答案：D。解析：本题考查运用能力，结合定义判断即可。</w:t>
      </w:r>
    </w:p>
    <w:p>
      <w:r>
        <w:t>30. 输液速度的调节原则是（2）</w:t>
        <w:br/>
        <w:t xml:space="preserve">    A.根据病情和药物性质调节  B.一律快速滴注  C.一律慢速滴注  D.患者要求的速度</w:t>
        <w:br/>
        <w:t xml:space="preserve">    答案：A。解析：本题为基础知识点，记住概念即可。</w:t>
      </w:r>
    </w:p>
    <w:p>
      <w:r>
        <w:t>31. 无菌操作的基本原则是（2）</w:t>
        <w:br/>
        <w:t xml:space="preserve">    A.无菌物品与非无菌物品分开放置  B.操作者面向无菌区  C.无菌包破损即不可用  D.以上都是</w:t>
        <w:br/>
        <w:t xml:space="preserve">    答案：B。解析：本题考查概念辨析，注意区分易混项。</w:t>
      </w:r>
    </w:p>
    <w:p>
      <w:r>
        <w:t>32. 手卫生的五个时刻不包括（2）</w:t>
        <w:br/>
        <w:t xml:space="preserve">    A.接触患者前  B.接触患者后  C.接触患者体液后  D.进餐后</w:t>
        <w:br/>
        <w:t xml:space="preserve">    答案：C。解析：本题为高频考点，需理解记忆。</w:t>
      </w:r>
    </w:p>
    <w:p>
      <w:r>
        <w:t>33. 压疮预防的首要措施是（2）</w:t>
        <w:br/>
        <w:t xml:space="preserve">    A.定时翻身  B.保持皮肤清洁干燥  C.使用减压装置  D.加强营养</w:t>
        <w:br/>
        <w:t xml:space="preserve">    答案：D。解析：本题考查运用能力，结合定义判断即可。</w:t>
      </w:r>
    </w:p>
    <w:p>
      <w:r>
        <w:t>34. 留置导尿管的护理要点是（2）</w:t>
        <w:br/>
        <w:t xml:space="preserve">    A.保持引流通畅  B.定期更换引流袋  C.观察尿量颜色  D.以上都是</w:t>
        <w:br/>
        <w:t xml:space="preserve">    答案：A。解析：本题为基础知识点，记住概念即可。</w:t>
      </w:r>
    </w:p>
    <w:p>
      <w:r>
        <w:t>35. 吸氧时氧流量的调节根据是（2）</w:t>
        <w:br/>
        <w:t xml:space="preserve">    A.根据病情调节  B.一律高流量  C.一律低流量  D.任意流量</w:t>
        <w:br/>
        <w:t xml:space="preserve">    答案：B。解析：本题考查概念辨析，注意区分易混项。</w:t>
      </w:r>
    </w:p>
    <w:p>
      <w:r>
        <w:t>36. 心肺复苏中胸外按压深度成人为（2）</w:t>
        <w:br/>
        <w:t xml:space="preserve">    A.5-6cm  B.1-2cm  C.8-10cm  D.10cm以上</w:t>
        <w:br/>
        <w:t xml:space="preserve">    答案：C。解析：本题为高频考点，需理解记忆。</w:t>
      </w:r>
    </w:p>
    <w:p>
      <w:r>
        <w:t>37. 心肺复苏按压与通气比例为（2）</w:t>
        <w:br/>
        <w:t xml:space="preserve">    A.30:2  B.15:2  C.5:1  D.10:1</w:t>
        <w:br/>
        <w:t xml:space="preserve">    答案：D。解析：本题考查运用能力，结合定义判断即可。</w:t>
      </w:r>
    </w:p>
    <w:p>
      <w:r>
        <w:t>38. 高热患者物理降温后多久测体温（2）</w:t>
        <w:br/>
        <w:t xml:space="preserve">    A.30分钟后  B.立即  C.1小时后  D.2小时后</w:t>
        <w:br/>
        <w:t xml:space="preserve">    答案：A。解析：本题为基础知识点，记住概念即可。</w:t>
      </w:r>
    </w:p>
    <w:p>
      <w:r>
        <w:t>39. 青霉素过敏试验的皮试液浓度是（2）</w:t>
        <w:br/>
        <w:t xml:space="preserve">    A.20-50单位/ml  B.100单位/ml  C.500单位/ml  D.1000单位/ml</w:t>
        <w:br/>
        <w:t xml:space="preserve">    答案：B。解析：本题考查概念辨析，注意区分易混项。</w:t>
      </w:r>
    </w:p>
    <w:p>
      <w:r>
        <w:t>40. 静脉输液中空气栓塞的预防是（2）</w:t>
        <w:br/>
        <w:t xml:space="preserve">    A.排尽输液管内空气  B.及时更换液体  C.密切观察  D.以上都是</w:t>
        <w:br/>
        <w:t xml:space="preserve">    答案：C。解析：本题为高频考点，需理解记忆。</w:t>
      </w:r>
    </w:p>
    <w:p>
      <w:r>
        <w:t>41. 病区交班制度的内容不包括（2）</w:t>
        <w:br/>
        <w:t xml:space="preserve">    A.病情交班  B.物品交班  C.财务交班  D.清洁交班</w:t>
        <w:br/>
        <w:t xml:space="preserve">    答案：D。解析：本题考查运用能力，结合定义判断即可。</w:t>
      </w:r>
    </w:p>
    <w:p>
      <w:r>
        <w:t>42. 健康教育的对象不包括（2）</w:t>
        <w:br/>
        <w:t xml:space="preserve">    A.患者及家属  B.社区居民  C.医护人员  D.不需要对象</w:t>
        <w:br/>
        <w:t xml:space="preserve">    答案：A。解析：本题为基础知识点，记住概念即可。</w:t>
      </w:r>
    </w:p>
    <w:p>
      <w:r>
        <w:t>43. 医疗废物分类不包括（2）</w:t>
        <w:br/>
        <w:t xml:space="preserve">    A.感染性废物  B.损伤性废物  C.病理性废物  D.生活垃圾</w:t>
        <w:br/>
        <w:t xml:space="preserve">    答案：B。解析：本题考查概念辨析，注意区分易混项。</w:t>
      </w:r>
    </w:p>
    <w:p>
      <w:r>
        <w:t>44. 护士职业防护的重点不包括（2）</w:t>
        <w:br/>
        <w:t xml:space="preserve">    A.针刺伤防护  B.化疗药物防护  C.辐射防护  D.以上都是</w:t>
        <w:br/>
        <w:t xml:space="preserve">    答案：C。解析：本题为高频考点，需理解记忆。</w:t>
      </w:r>
    </w:p>
    <w:p>
      <w:r>
        <w:t>45. 临终患者的心理分期不包括（2）</w:t>
        <w:br/>
        <w:t xml:space="preserve">    A.否认期  B.愤怒期  C.协议期  D.兴奋期</w:t>
        <w:br/>
        <w:t xml:space="preserve">    答案：D。解析：本题考查运用能力，结合定义判断即可。</w:t>
      </w:r>
    </w:p>
    <w:p>
      <w:r>
        <w:t>46. 生命体征中正常成人脉率为（3）</w:t>
        <w:br/>
        <w:t xml:space="preserve">    A.60-100次/分  B.100-120次/分  C.40-60次/分  D.120-140次/分</w:t>
        <w:br/>
        <w:t xml:space="preserve">    答案：A。解析：本题为基础知识点，记住概念即可。</w:t>
      </w:r>
    </w:p>
    <w:p>
      <w:r>
        <w:t>47. 正常成人血压范围是（3）</w:t>
        <w:br/>
        <w:t xml:space="preserve">    A.收缩压90-139mmHg，舒张压60-89mmHg  B.收缩压140-160mmHg  C.舒张压100mmHg以上  D.无标准</w:t>
        <w:br/>
        <w:t xml:space="preserve">    答案：B。解析：本题考查概念辨析，注意区分易混项。</w:t>
      </w:r>
    </w:p>
    <w:p>
      <w:r>
        <w:t>48. 体温测量的标准部位是（3）</w:t>
        <w:br/>
        <w:t xml:space="preserve">    A.腋下  B.口腔  C.直肠  D.以上都是</w:t>
        <w:br/>
        <w:t xml:space="preserve">    答案：C。解析：本题为高频考点，需理解记忆。</w:t>
      </w:r>
    </w:p>
    <w:p>
      <w:r>
        <w:t>49. 口服药给药时间的正确执行是（3）</w:t>
        <w:br/>
        <w:t xml:space="preserve">    A.饭前服药的提前15-30分钟  B.饭后立即服药  C.随意时间服药  D.睡前服药</w:t>
        <w:br/>
        <w:t xml:space="preserve">    答案：D。解析：本题考查运用能力，结合定义判断即可。</w:t>
      </w:r>
    </w:p>
    <w:p>
      <w:r>
        <w:t>50. 输液速度的调节原则是（3）</w:t>
        <w:br/>
        <w:t xml:space="preserve">    A.根据病情和药物性质调节  B.一律快速滴注  C.一律慢速滴注  D.患者要求的速度</w:t>
        <w:br/>
        <w:t xml:space="preserve">    答案：A。解析：本题为基础知识点，记住概念即可。</w:t>
      </w:r>
    </w:p>
    <w:p>
      <w:r>
        <w:t>51. 无菌操作的基本原则是（3）</w:t>
        <w:br/>
        <w:t xml:space="preserve">    A.无菌物品与非无菌物品分开放置  B.操作者面向无菌区  C.无菌包破损即不可用  D.以上都是</w:t>
        <w:br/>
        <w:t xml:space="preserve">    答案：B。解析：本题考查概念辨析，注意区分易混项。</w:t>
      </w:r>
    </w:p>
    <w:p>
      <w:r>
        <w:t>52. 手卫生的五个时刻不包括（3）</w:t>
        <w:br/>
        <w:t xml:space="preserve">    A.接触患者前  B.接触患者后  C.接触患者体液后  D.进餐后</w:t>
        <w:br/>
        <w:t xml:space="preserve">    答案：C。解析：本题为高频考点，需理解记忆。</w:t>
      </w:r>
    </w:p>
    <w:p>
      <w:r>
        <w:t>53. 压疮预防的首要措施是（3）</w:t>
        <w:br/>
        <w:t xml:space="preserve">    A.定时翻身  B.保持皮肤清洁干燥  C.使用减压装置  D.加强营养</w:t>
        <w:br/>
        <w:t xml:space="preserve">    答案：D。解析：本题考查运用能力，结合定义判断即可。</w:t>
      </w:r>
    </w:p>
    <w:p>
      <w:r>
        <w:t>54. 留置导尿管的护理要点是（3）</w:t>
        <w:br/>
        <w:t xml:space="preserve">    A.保持引流通畅  B.定期更换引流袋  C.观察尿量颜色  D.以上都是</w:t>
        <w:br/>
        <w:t xml:space="preserve">    答案：A。解析：本题为基础知识点，记住概念即可。</w:t>
      </w:r>
    </w:p>
    <w:p>
      <w:r>
        <w:t>55. 吸氧时氧流量的调节根据是（3）</w:t>
        <w:br/>
        <w:t xml:space="preserve">    A.根据病情调节  B.一律高流量  C.一律低流量  D.任意流量</w:t>
        <w:br/>
        <w:t xml:space="preserve">    答案：B。解析：本题考查概念辨析，注意区分易混项。</w:t>
      </w:r>
    </w:p>
    <w:p>
      <w:r>
        <w:t>56. 心肺复苏中胸外按压深度成人为（3）</w:t>
        <w:br/>
        <w:t xml:space="preserve">    A.5-6cm  B.1-2cm  C.8-10cm  D.10cm以上</w:t>
        <w:br/>
        <w:t xml:space="preserve">    答案：C。解析：本题为高频考点，需理解记忆。</w:t>
      </w:r>
    </w:p>
    <w:p>
      <w:r>
        <w:t>57. 心肺复苏按压与通气比例为（3）</w:t>
        <w:br/>
        <w:t xml:space="preserve">    A.30:2  B.15:2  C.5:1  D.10:1</w:t>
        <w:br/>
        <w:t xml:space="preserve">    答案：D。解析：本题考查运用能力，结合定义判断即可。</w:t>
      </w:r>
    </w:p>
    <w:p>
      <w:r>
        <w:t>58. 高热患者物理降温后多久测体温（3）</w:t>
        <w:br/>
        <w:t xml:space="preserve">    A.30分钟后  B.立即  C.1小时后  D.2小时后</w:t>
        <w:br/>
        <w:t xml:space="preserve">    答案：A。解析：本题为基础知识点，记住概念即可。</w:t>
      </w:r>
    </w:p>
    <w:p>
      <w:r>
        <w:t>59. 青霉素过敏试验的皮试液浓度是（3）</w:t>
        <w:br/>
        <w:t xml:space="preserve">    A.20-50单位/ml  B.100单位/ml  C.500单位/ml  D.1000单位/ml</w:t>
        <w:br/>
        <w:t xml:space="preserve">    答案：B。解析：本题考查概念辨析，注意区分易混项。</w:t>
      </w:r>
    </w:p>
    <w:p>
      <w:r>
        <w:t>60. 静脉输液中空气栓塞的预防是（3）</w:t>
        <w:br/>
        <w:t xml:space="preserve">    A.排尽输液管内空气  B.及时更换液体  C.密切观察  D.以上都是</w:t>
        <w:br/>
        <w:t xml:space="preserve">    答案：C。解析：本题为高频考点，需理解记忆。</w:t>
      </w:r>
    </w:p>
    <w:p>
      <w:r>
        <w:t>61. 病区交班制度的内容不包括（3）</w:t>
        <w:br/>
        <w:t xml:space="preserve">    A.病情交班  B.物品交班  C.财务交班  D.清洁交班</w:t>
        <w:br/>
        <w:t xml:space="preserve">    答案：D。解析：本题考查运用能力，结合定义判断即可。</w:t>
      </w:r>
    </w:p>
    <w:p>
      <w:r>
        <w:t>62. 健康教育的对象不包括（3）</w:t>
        <w:br/>
        <w:t xml:space="preserve">    A.患者及家属  B.社区居民  C.医护人员  D.不需要对象</w:t>
        <w:br/>
        <w:t xml:space="preserve">    答案：A。解析：本题为基础知识点，记住概念即可。</w:t>
      </w:r>
    </w:p>
    <w:p>
      <w:r>
        <w:t>63. 医疗废物分类不包括（3）</w:t>
        <w:br/>
        <w:t xml:space="preserve">    A.感染性废物  B.损伤性废物  C.病理性废物  D.生活垃圾</w:t>
        <w:br/>
        <w:t xml:space="preserve">    答案：B。解析：本题考查概念辨析，注意区分易混项。</w:t>
      </w:r>
    </w:p>
    <w:p>
      <w:r>
        <w:t>64. 护士职业防护的重点不包括（3）</w:t>
        <w:br/>
        <w:t xml:space="preserve">    A.针刺伤防护  B.化疗药物防护  C.辐射防护  D.以上都是</w:t>
        <w:br/>
        <w:t xml:space="preserve">    答案：C。解析：本题为高频考点，需理解记忆。</w:t>
      </w:r>
    </w:p>
    <w:p>
      <w:r>
        <w:t>65. 临终患者的心理分期不包括（3）</w:t>
        <w:br/>
        <w:t xml:space="preserve">    A.否认期  B.愤怒期  C.协议期  D.兴奋期</w:t>
        <w:br/>
        <w:t xml:space="preserve">    答案：D。解析：本题考查运用能力，结合定义判断即可。</w:t>
      </w:r>
    </w:p>
    <w:p>
      <w:r>
        <w:t>66. 生命体征中正常成人脉率为（4）</w:t>
        <w:br/>
        <w:t xml:space="preserve">    A.60-100次/分  B.100-120次/分  C.40-60次/分  D.120-140次/分</w:t>
        <w:br/>
        <w:t xml:space="preserve">    答案：A。解析：本题为基础知识点，记住概念即可。</w:t>
      </w:r>
    </w:p>
    <w:p>
      <w:r>
        <w:t>67. 正常成人血压范围是（4）</w:t>
        <w:br/>
        <w:t xml:space="preserve">    A.收缩压90-139mmHg，舒张压60-89mmHg  B.收缩压140-160mmHg  C.舒张压100mmHg以上  D.无标准</w:t>
        <w:br/>
        <w:t xml:space="preserve">    答案：B。解析：本题考查概念辨析，注意区分易混项。</w:t>
      </w:r>
    </w:p>
    <w:p>
      <w:r>
        <w:t>68. 体温测量的标准部位是（4）</w:t>
        <w:br/>
        <w:t xml:space="preserve">    A.腋下  B.口腔  C.直肠  D.以上都是</w:t>
        <w:br/>
        <w:t xml:space="preserve">    答案：C。解析：本题为高频考点，需理解记忆。</w:t>
      </w:r>
    </w:p>
    <w:p>
      <w:r>
        <w:t>69. 口服药给药时间的正确执行是（4）</w:t>
        <w:br/>
        <w:t xml:space="preserve">    A.饭前服药的提前15-30分钟  B.饭后立即服药  C.随意时间服药  D.睡前服药</w:t>
        <w:br/>
        <w:t xml:space="preserve">    答案：D。解析：本题考查运用能力，结合定义判断即可。</w:t>
      </w:r>
    </w:p>
    <w:p>
      <w:r>
        <w:t>70. 输液速度的调节原则是（4）</w:t>
        <w:br/>
        <w:t xml:space="preserve">    A.根据病情和药物性质调节  B.一律快速滴注  C.一律慢速滴注  D.患者要求的速度</w:t>
        <w:br/>
        <w:t xml:space="preserve">    答案：A。解析：本题为基础知识点，记住概念即可。</w:t>
      </w:r>
    </w:p>
    <w:p>
      <w:r>
        <w:t>71. 无菌操作的基本原则是（4）</w:t>
        <w:br/>
        <w:t xml:space="preserve">    A.无菌物品与非无菌物品分开放置  B.操作者面向无菌区  C.无菌包破损即不可用  D.以上都是</w:t>
        <w:br/>
        <w:t xml:space="preserve">    答案：B。解析：本题考查概念辨析，注意区分易混项。</w:t>
      </w:r>
    </w:p>
    <w:p>
      <w:r>
        <w:t>72. 手卫生的五个时刻不包括（4）</w:t>
        <w:br/>
        <w:t xml:space="preserve">    A.接触患者前  B.接触患者后  C.接触患者体液后  D.进餐后</w:t>
        <w:br/>
        <w:t xml:space="preserve">    答案：C。解析：本题为高频考点，需理解记忆。</w:t>
      </w:r>
    </w:p>
    <w:p>
      <w:r>
        <w:t>73. 压疮预防的首要措施是（4）</w:t>
        <w:br/>
        <w:t xml:space="preserve">    A.定时翻身  B.保持皮肤清洁干燥  C.使用减压装置  D.加强营养</w:t>
        <w:br/>
        <w:t xml:space="preserve">    答案：D。解析：本题考查运用能力，结合定义判断即可。</w:t>
      </w:r>
    </w:p>
    <w:p>
      <w:r>
        <w:t>74. 留置导尿管的护理要点是（4）</w:t>
        <w:br/>
        <w:t xml:space="preserve">    A.保持引流通畅  B.定期更换引流袋  C.观察尿量颜色  D.以上都是</w:t>
        <w:br/>
        <w:t xml:space="preserve">    答案：A。解析：本题为基础知识点，记住概念即可。</w:t>
      </w:r>
    </w:p>
    <w:p>
      <w:r>
        <w:t>75. 吸氧时氧流量的调节根据是（4）</w:t>
        <w:br/>
        <w:t xml:space="preserve">    A.根据病情调节  B.一律高流量  C.一律低流量  D.任意流量</w:t>
        <w:br/>
        <w:t xml:space="preserve">    答案：B。解析：本题考查概念辨析，注意区分易混项。</w:t>
      </w:r>
    </w:p>
    <w:p>
      <w:r>
        <w:t>76. 心肺复苏中胸外按压深度成人为（4）</w:t>
        <w:br/>
        <w:t xml:space="preserve">    A.5-6cm  B.1-2cm  C.8-10cm  D.10cm以上</w:t>
        <w:br/>
        <w:t xml:space="preserve">    答案：C。解析：本题为高频考点，需理解记忆。</w:t>
      </w:r>
    </w:p>
    <w:p>
      <w:r>
        <w:t>77. 心肺复苏按压与通气比例为（4）</w:t>
        <w:br/>
        <w:t xml:space="preserve">    A.30:2  B.15:2  C.5:1  D.10:1</w:t>
        <w:br/>
        <w:t xml:space="preserve">    答案：D。解析：本题考查运用能力，结合定义判断即可。</w:t>
      </w:r>
    </w:p>
    <w:p>
      <w:r>
        <w:t>78. 高热患者物理降温后多久测体温（4）</w:t>
        <w:br/>
        <w:t xml:space="preserve">    A.30分钟后  B.立即  C.1小时后  D.2小时后</w:t>
        <w:br/>
        <w:t xml:space="preserve">    答案：A。解析：本题为基础知识点，记住概念即可。</w:t>
      </w:r>
    </w:p>
    <w:p>
      <w:r>
        <w:t>79. 青霉素过敏试验的皮试液浓度是（4）</w:t>
        <w:br/>
        <w:t xml:space="preserve">    A.20-50单位/ml  B.100单位/ml  C.500单位/ml  D.1000单位/ml</w:t>
        <w:br/>
        <w:t xml:space="preserve">    答案：B。解析：本题考查概念辨析，注意区分易混项。</w:t>
      </w:r>
    </w:p>
    <w:p>
      <w:r>
        <w:t>80. 静脉输液中空气栓塞的预防是（4）</w:t>
        <w:br/>
        <w:t xml:space="preserve">    A.排尽输液管内空气  B.及时更换液体  C.密切观察  D.以上都是</w:t>
        <w:br/>
        <w:t xml:space="preserve">    答案：C。解析：本题为高频考点，需理解记忆。</w:t>
      </w:r>
    </w:p>
    <w:p>
      <w:r>
        <w:t>81. 病区交班制度的内容不包括（4）</w:t>
        <w:br/>
        <w:t xml:space="preserve">    A.病情交班  B.物品交班  C.财务交班  D.清洁交班</w:t>
        <w:br/>
        <w:t xml:space="preserve">    答案：D。解析：本题考查运用能力，结合定义判断即可。</w:t>
      </w:r>
    </w:p>
    <w:p>
      <w:r>
        <w:t>82. 健康教育的对象不包括（4）</w:t>
        <w:br/>
        <w:t xml:space="preserve">    A.患者及家属  B.社区居民  C.医护人员  D.不需要对象</w:t>
        <w:br/>
        <w:t xml:space="preserve">    答案：A。解析：本题为基础知识点，记住概念即可。</w:t>
      </w:r>
    </w:p>
    <w:p>
      <w:r>
        <w:t>83. 医疗废物分类不包括（4）</w:t>
        <w:br/>
        <w:t xml:space="preserve">    A.感染性废物  B.损伤性废物  C.病理性废物  D.生活垃圾</w:t>
        <w:br/>
        <w:t xml:space="preserve">    答案：B。解析：本题考查概念辨析，注意区分易混项。</w:t>
      </w:r>
    </w:p>
    <w:p>
      <w:r>
        <w:t>84. 护士职业防护的重点不包括（4）</w:t>
        <w:br/>
        <w:t xml:space="preserve">    A.针刺伤防护  B.化疗药物防护  C.辐射防护  D.以上都是</w:t>
        <w:br/>
        <w:t xml:space="preserve">    答案：C。解析：本题为高频考点，需理解记忆。</w:t>
      </w:r>
    </w:p>
    <w:p>
      <w:r>
        <w:t>85. 临终患者的心理分期不包括（4）</w:t>
        <w:br/>
        <w:t xml:space="preserve">    A.否认期  B.愤怒期  C.协议期  D.兴奋期</w:t>
        <w:br/>
        <w:t xml:space="preserve">    答案：D。解析：本题考查运用能力，结合定义判断即可。</w:t>
      </w:r>
    </w:p>
    <w:p>
      <w:r>
        <w:t>86. 生命体征中正常成人脉率为（5）</w:t>
        <w:br/>
        <w:t xml:space="preserve">    A.60-100次/分  B.100-120次/分  C.40-60次/分  D.120-140次/分</w:t>
        <w:br/>
        <w:t xml:space="preserve">    答案：A。解析：本题为基础知识点，记住概念即可。</w:t>
      </w:r>
    </w:p>
    <w:p>
      <w:r>
        <w:t>87. 正常成人血压范围是（5）</w:t>
        <w:br/>
        <w:t xml:space="preserve">    A.收缩压90-139mmHg，舒张压60-89mmHg  B.收缩压140-160mmHg  C.舒张压100mmHg以上  D.无标准</w:t>
        <w:br/>
        <w:t xml:space="preserve">    答案：B。解析：本题考查概念辨析，注意区分易混项。</w:t>
      </w:r>
    </w:p>
    <w:p>
      <w:r>
        <w:t>88. 体温测量的标准部位是（5）</w:t>
        <w:br/>
        <w:t xml:space="preserve">    A.腋下  B.口腔  C.直肠  D.以上都是</w:t>
        <w:br/>
        <w:t xml:space="preserve">    答案：C。解析：本题为高频考点，需理解记忆。</w:t>
      </w:r>
    </w:p>
    <w:p>
      <w:r>
        <w:t>89. 口服药给药时间的正确执行是（5）</w:t>
        <w:br/>
        <w:t xml:space="preserve">    A.饭前服药的提前15-30分钟  B.饭后立即服药  C.随意时间服药  D.睡前服药</w:t>
        <w:br/>
        <w:t xml:space="preserve">    答案：D。解析：本题考查运用能力，结合定义判断即可。</w:t>
      </w:r>
    </w:p>
    <w:p>
      <w:r>
        <w:t>90. 输液速度的调节原则是（5）</w:t>
        <w:br/>
        <w:t xml:space="preserve">    A.根据病情和药物性质调节  B.一律快速滴注  C.一律慢速滴注  D.患者要求的速度</w:t>
        <w:br/>
        <w:t xml:space="preserve">    答案：A。解析：本题为基础知识点，记住概念即可。</w:t>
      </w:r>
    </w:p>
    <w:p>
      <w:r>
        <w:t>91. 无菌操作的基本原则是（5）</w:t>
        <w:br/>
        <w:t xml:space="preserve">    A.无菌物品与非无菌物品分开放置  B.操作者面向无菌区  C.无菌包破损即不可用  D.以上都是</w:t>
        <w:br/>
        <w:t xml:space="preserve">    答案：B。解析：本题考查概念辨析，注意区分易混项。</w:t>
      </w:r>
    </w:p>
    <w:p>
      <w:r>
        <w:t>92. 手卫生的五个时刻不包括（5）</w:t>
        <w:br/>
        <w:t xml:space="preserve">    A.接触患者前  B.接触患者后  C.接触患者体液后  D.进餐后</w:t>
        <w:br/>
        <w:t xml:space="preserve">    答案：C。解析：本题为高频考点，需理解记忆。</w:t>
      </w:r>
    </w:p>
    <w:p>
      <w:r>
        <w:t>93. 压疮预防的首要措施是（5）</w:t>
        <w:br/>
        <w:t xml:space="preserve">    A.定时翻身  B.保持皮肤清洁干燥  C.使用减压装置  D.加强营养</w:t>
        <w:br/>
        <w:t xml:space="preserve">    答案：D。解析：本题考查运用能力，结合定义判断即可。</w:t>
      </w:r>
    </w:p>
    <w:p>
      <w:r>
        <w:t>94. 留置导尿管的护理要点是（5）</w:t>
        <w:br/>
        <w:t xml:space="preserve">    A.保持引流通畅  B.定期更换引流袋  C.观察尿量颜色  D.以上都是</w:t>
        <w:br/>
        <w:t xml:space="preserve">    答案：A。解析：本题为基础知识点，记住概念即可。</w:t>
      </w:r>
    </w:p>
    <w:p>
      <w:r>
        <w:t>95. 吸氧时氧流量的调节根据是（5）</w:t>
        <w:br/>
        <w:t xml:space="preserve">    A.根据病情调节  B.一律高流量  C.一律低流量  D.任意流量</w:t>
        <w:br/>
        <w:t xml:space="preserve">    答案：B。解析：本题考查概念辨析，注意区分易混项。</w:t>
      </w:r>
    </w:p>
    <w:p>
      <w:r>
        <w:t>96. 心肺复苏中胸外按压深度成人为（5）</w:t>
        <w:br/>
        <w:t xml:space="preserve">    A.5-6cm  B.1-2cm  C.8-10cm  D.10cm以上</w:t>
        <w:br/>
        <w:t xml:space="preserve">    答案：C。解析：本题为高频考点，需理解记忆。</w:t>
      </w:r>
    </w:p>
    <w:p>
      <w:r>
        <w:t>97. 心肺复苏按压与通气比例为（5）</w:t>
        <w:br/>
        <w:t xml:space="preserve">    A.30:2  B.15:2  C.5:1  D.10:1</w:t>
        <w:br/>
        <w:t xml:space="preserve">    答案：D。解析：本题考查运用能力，结合定义判断即可。</w:t>
      </w:r>
    </w:p>
    <w:p>
      <w:r>
        <w:t>98. 高热患者物理降温后多久测体温（5）</w:t>
        <w:br/>
        <w:t xml:space="preserve">    A.30分钟后  B.立即  C.1小时后  D.2小时后</w:t>
        <w:br/>
        <w:t xml:space="preserve">    答案：A。解析：本题为基础知识点，记住概念即可。</w:t>
      </w:r>
    </w:p>
    <w:p>
      <w:r>
        <w:t>99. 青霉素过敏试验的皮试液浓度是（5）</w:t>
        <w:br/>
        <w:t xml:space="preserve">    A.20-50单位/ml  B.100单位/ml  C.500单位/ml  D.1000单位/ml</w:t>
        <w:br/>
        <w:t xml:space="preserve">    答案：B。解析：本题考查概念辨析，注意区分易混项。</w:t>
      </w:r>
    </w:p>
    <w:p>
      <w:r>
        <w:t>100. 静脉输液中空气栓塞的预防是（5）</w:t>
        <w:br/>
        <w:t xml:space="preserve">    A.排尽输液管内空气  B.及时更换液体  C.密切观察  D.以上都是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