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2027年护士执业资格考试备考</w:t>
      </w:r>
    </w:p>
    <w:p>
      <w:pPr>
        <w:jc w:val="center"/>
      </w:pPr>
      <w:r>
        <w:t>（模拟试卷：单选50题+多选20题+判断20题+简答10题）</w:t>
      </w:r>
    </w:p>
    <w:p>
      <w:r>
        <w:t>姓名：__________  准考证号：__________  分数：__________</w:t>
      </w:r>
    </w:p>
    <w:p/>
    <w:p>
      <w:pPr>
        <w:pStyle w:val="Heading2"/>
      </w:pPr>
      <w:r>
        <w:t>一、单项选择题（每题1分，共50分）</w:t>
      </w:r>
    </w:p>
    <w:p>
      <w:r>
        <w:t>1. 护士执业资格考试每年一般安排几次</w:t>
        <w:br/>
        <w:t>A.1  B.次  C.|  D.2</w:t>
        <w:br/>
        <w:t>【答案】A</w:t>
      </w:r>
    </w:p>
    <w:p>
      <w:r>
        <w:t>2. 无菌操作时，无菌持物钳应浸泡在</w:t>
        <w:br/>
        <w:t>A.碘  B.伏  C.|  D.酒</w:t>
        <w:br/>
        <w:t>【答案】C</w:t>
      </w:r>
    </w:p>
    <w:p>
      <w:r>
        <w:t>3. 体温测量时，腋测法正常范围是</w:t>
        <w:br/>
        <w:t>A.3  B.6  C.-  D.3</w:t>
        <w:br/>
        <w:t>【答案】A</w:t>
      </w:r>
    </w:p>
    <w:p>
      <w:r>
        <w:t>4. 心肺复苏胸外按压的频率是</w:t>
        <w:br/>
        <w:t>A.1  B.0  C.0  D.-</w:t>
        <w:br/>
        <w:t>【答案】A</w:t>
      </w:r>
    </w:p>
    <w:p>
      <w:r>
        <w:t>5. 静脉输液最常见的并发症是</w:t>
        <w:br/>
        <w:t>A.发  B.热  C.反  D.应</w:t>
        <w:br/>
        <w:t>【答案】A</w:t>
      </w:r>
    </w:p>
    <w:p>
      <w:r>
        <w:t>6. 鼻饲时胃管插入的长度一般为</w:t>
        <w:br/>
        <w:t>A.4  B.5  C.-  D.5</w:t>
        <w:br/>
        <w:t>【答案】A</w:t>
      </w:r>
    </w:p>
    <w:p>
      <w:r>
        <w:t>7. 压疮的好发部位不包括</w:t>
        <w:br/>
        <w:t>A.骶  B.尾  C.部  D.|</w:t>
        <w:br/>
        <w:t>【答案】D</w:t>
      </w:r>
    </w:p>
    <w:p>
      <w:r>
        <w:t>8. 抢救室药品管理原则是</w:t>
        <w:br/>
        <w:t>A.五  B.定  C.|  D.三</w:t>
        <w:br/>
        <w:t>【答案】A</w:t>
      </w:r>
    </w:p>
    <w:p>
      <w:r>
        <w:t>9. 护士执业资格考试每年一般安排几次</w:t>
        <w:br/>
        <w:t>A.1  B.次  C.|  D.2</w:t>
        <w:br/>
        <w:t>【答案】A</w:t>
      </w:r>
    </w:p>
    <w:p>
      <w:r>
        <w:t>10. 无菌操作时，无菌持物钳应浸泡在</w:t>
        <w:br/>
        <w:t>A.碘  B.伏  C.|  D.酒</w:t>
        <w:br/>
        <w:t>【答案】C</w:t>
      </w:r>
    </w:p>
    <w:p>
      <w:r>
        <w:t>11. 体温测量时，腋测法正常范围是</w:t>
        <w:br/>
        <w:t>A.3  B.6  C.-  D.3</w:t>
        <w:br/>
        <w:t>【答案】A</w:t>
      </w:r>
    </w:p>
    <w:p>
      <w:r>
        <w:t>12. 心肺复苏胸外按压的频率是</w:t>
        <w:br/>
        <w:t>A.1  B.0  C.0  D.-</w:t>
        <w:br/>
        <w:t>【答案】A</w:t>
      </w:r>
    </w:p>
    <w:p>
      <w:r>
        <w:t>13. 静脉输液最常见的并发症是</w:t>
        <w:br/>
        <w:t>A.发  B.热  C.反  D.应</w:t>
        <w:br/>
        <w:t>【答案】A</w:t>
      </w:r>
    </w:p>
    <w:p>
      <w:r>
        <w:t>14. 鼻饲时胃管插入的长度一般为</w:t>
        <w:br/>
        <w:t>A.4  B.5  C.-  D.5</w:t>
        <w:br/>
        <w:t>【答案】A</w:t>
      </w:r>
    </w:p>
    <w:p>
      <w:r>
        <w:t>15. 压疮的好发部位不包括</w:t>
        <w:br/>
        <w:t>A.骶  B.尾  C.部  D.|</w:t>
        <w:br/>
        <w:t>【答案】D</w:t>
      </w:r>
    </w:p>
    <w:p>
      <w:r>
        <w:t>16. 抢救室药品管理原则是</w:t>
        <w:br/>
        <w:t>A.五  B.定  C.|  D.三</w:t>
        <w:br/>
        <w:t>【答案】A</w:t>
      </w:r>
    </w:p>
    <w:p>
      <w:r>
        <w:t>17. 护士执业资格考试每年一般安排几次</w:t>
        <w:br/>
        <w:t>A.1  B.次  C.|  D.2</w:t>
        <w:br/>
        <w:t>【答案】A</w:t>
      </w:r>
    </w:p>
    <w:p>
      <w:r>
        <w:t>18. 无菌操作时，无菌持物钳应浸泡在</w:t>
        <w:br/>
        <w:t>A.碘  B.伏  C.|  D.酒</w:t>
        <w:br/>
        <w:t>【答案】C</w:t>
      </w:r>
    </w:p>
    <w:p>
      <w:r>
        <w:t>19. 体温测量时，腋测法正常范围是</w:t>
        <w:br/>
        <w:t>A.3  B.6  C.-  D.3</w:t>
        <w:br/>
        <w:t>【答案】A</w:t>
      </w:r>
    </w:p>
    <w:p>
      <w:r>
        <w:t>20. 心肺复苏胸外按压的频率是</w:t>
        <w:br/>
        <w:t>A.1  B.0  C.0  D.-</w:t>
        <w:br/>
        <w:t>【答案】A</w:t>
      </w:r>
    </w:p>
    <w:p>
      <w:r>
        <w:t>21. 静脉输液最常见的并发症是</w:t>
        <w:br/>
        <w:t>A.发  B.热  C.反  D.应</w:t>
        <w:br/>
        <w:t>【答案】A</w:t>
      </w:r>
    </w:p>
    <w:p>
      <w:r>
        <w:t>22. 鼻饲时胃管插入的长度一般为</w:t>
        <w:br/>
        <w:t>A.4  B.5  C.-  D.5</w:t>
        <w:br/>
        <w:t>【答案】A</w:t>
      </w:r>
    </w:p>
    <w:p>
      <w:r>
        <w:t>23. 压疮的好发部位不包括</w:t>
        <w:br/>
        <w:t>A.骶  B.尾  C.部  D.|</w:t>
        <w:br/>
        <w:t>【答案】D</w:t>
      </w:r>
    </w:p>
    <w:p>
      <w:r>
        <w:t>24. 抢救室药品管理原则是</w:t>
        <w:br/>
        <w:t>A.五  B.定  C.|  D.三</w:t>
        <w:br/>
        <w:t>【答案】A</w:t>
      </w:r>
    </w:p>
    <w:p>
      <w:r>
        <w:t>25. 护士执业资格考试每年一般安排几次</w:t>
        <w:br/>
        <w:t>A.1  B.次  C.|  D.2</w:t>
        <w:br/>
        <w:t>【答案】A</w:t>
      </w:r>
    </w:p>
    <w:p>
      <w:r>
        <w:t>26. 无菌操作时，无菌持物钳应浸泡在</w:t>
        <w:br/>
        <w:t>A.碘  B.伏  C.|  D.酒</w:t>
        <w:br/>
        <w:t>【答案】C</w:t>
      </w:r>
    </w:p>
    <w:p>
      <w:r>
        <w:t>27. 体温测量时，腋测法正常范围是</w:t>
        <w:br/>
        <w:t>A.3  B.6  C.-  D.3</w:t>
        <w:br/>
        <w:t>【答案】A</w:t>
      </w:r>
    </w:p>
    <w:p>
      <w:r>
        <w:t>28. 心肺复苏胸外按压的频率是</w:t>
        <w:br/>
        <w:t>A.1  B.0  C.0  D.-</w:t>
        <w:br/>
        <w:t>【答案】A</w:t>
      </w:r>
    </w:p>
    <w:p>
      <w:r>
        <w:t>29. 静脉输液最常见的并发症是</w:t>
        <w:br/>
        <w:t>A.发  B.热  C.反  D.应</w:t>
        <w:br/>
        <w:t>【答案】A</w:t>
      </w:r>
    </w:p>
    <w:p>
      <w:r>
        <w:t>30. 鼻饲时胃管插入的长度一般为</w:t>
        <w:br/>
        <w:t>A.4  B.5  C.-  D.5</w:t>
        <w:br/>
        <w:t>【答案】A</w:t>
      </w:r>
    </w:p>
    <w:p>
      <w:r>
        <w:t>31. 压疮的好发部位不包括</w:t>
        <w:br/>
        <w:t>A.骶  B.尾  C.部  D.|</w:t>
        <w:br/>
        <w:t>【答案】D</w:t>
      </w:r>
    </w:p>
    <w:p>
      <w:r>
        <w:t>32. 抢救室药品管理原则是</w:t>
        <w:br/>
        <w:t>A.五  B.定  C.|  D.三</w:t>
        <w:br/>
        <w:t>【答案】A</w:t>
      </w:r>
    </w:p>
    <w:p>
      <w:r>
        <w:t>33. 护士执业资格考试每年一般安排几次</w:t>
        <w:br/>
        <w:t>A.1  B.次  C.|  D.2</w:t>
        <w:br/>
        <w:t>【答案】A</w:t>
      </w:r>
    </w:p>
    <w:p>
      <w:r>
        <w:t>34. 无菌操作时，无菌持物钳应浸泡在</w:t>
        <w:br/>
        <w:t>A.碘  B.伏  C.|  D.酒</w:t>
        <w:br/>
        <w:t>【答案】C</w:t>
      </w:r>
    </w:p>
    <w:p>
      <w:r>
        <w:t>35. 体温测量时，腋测法正常范围是</w:t>
        <w:br/>
        <w:t>A.3  B.6  C.-  D.3</w:t>
        <w:br/>
        <w:t>【答案】A</w:t>
      </w:r>
    </w:p>
    <w:p>
      <w:r>
        <w:t>36. 心肺复苏胸外按压的频率是</w:t>
        <w:br/>
        <w:t>A.1  B.0  C.0  D.-</w:t>
        <w:br/>
        <w:t>【答案】A</w:t>
      </w:r>
    </w:p>
    <w:p>
      <w:r>
        <w:t>37. 静脉输液最常见的并发症是</w:t>
        <w:br/>
        <w:t>A.发  B.热  C.反  D.应</w:t>
        <w:br/>
        <w:t>【答案】A</w:t>
      </w:r>
    </w:p>
    <w:p>
      <w:r>
        <w:t>38. 鼻饲时胃管插入的长度一般为</w:t>
        <w:br/>
        <w:t>A.4  B.5  C.-  D.5</w:t>
        <w:br/>
        <w:t>【答案】A</w:t>
      </w:r>
    </w:p>
    <w:p>
      <w:r>
        <w:t>39. 压疮的好发部位不包括</w:t>
        <w:br/>
        <w:t>A.骶  B.尾  C.部  D.|</w:t>
        <w:br/>
        <w:t>【答案】D</w:t>
      </w:r>
    </w:p>
    <w:p>
      <w:r>
        <w:t>40. 抢救室药品管理原则是</w:t>
        <w:br/>
        <w:t>A.五  B.定  C.|  D.三</w:t>
        <w:br/>
        <w:t>【答案】A</w:t>
      </w:r>
    </w:p>
    <w:p>
      <w:r>
        <w:t>41. 护士执业资格考试每年一般安排几次</w:t>
        <w:br/>
        <w:t>A.1  B.次  C.|  D.2</w:t>
        <w:br/>
        <w:t>【答案】A</w:t>
      </w:r>
    </w:p>
    <w:p>
      <w:r>
        <w:t>42. 无菌操作时，无菌持物钳应浸泡在</w:t>
        <w:br/>
        <w:t>A.碘  B.伏  C.|  D.酒</w:t>
        <w:br/>
        <w:t>【答案】C</w:t>
      </w:r>
    </w:p>
    <w:p>
      <w:r>
        <w:t>43. 体温测量时，腋测法正常范围是</w:t>
        <w:br/>
        <w:t>A.3  B.6  C.-  D.3</w:t>
        <w:br/>
        <w:t>【答案】A</w:t>
      </w:r>
    </w:p>
    <w:p>
      <w:r>
        <w:t>44. 心肺复苏胸外按压的频率是</w:t>
        <w:br/>
        <w:t>A.1  B.0  C.0  D.-</w:t>
        <w:br/>
        <w:t>【答案】A</w:t>
      </w:r>
    </w:p>
    <w:p>
      <w:r>
        <w:t>45. 静脉输液最常见的并发症是</w:t>
        <w:br/>
        <w:t>A.发  B.热  C.反  D.应</w:t>
        <w:br/>
        <w:t>【答案】A</w:t>
      </w:r>
    </w:p>
    <w:p>
      <w:r>
        <w:t>46. 鼻饲时胃管插入的长度一般为</w:t>
        <w:br/>
        <w:t>A.4  B.5  C.-  D.5</w:t>
        <w:br/>
        <w:t>【答案】A</w:t>
      </w:r>
    </w:p>
    <w:p>
      <w:r>
        <w:t>47. 压疮的好发部位不包括</w:t>
        <w:br/>
        <w:t>A.骶  B.尾  C.部  D.|</w:t>
        <w:br/>
        <w:t>【答案】D</w:t>
      </w:r>
    </w:p>
    <w:p>
      <w:r>
        <w:t>48. 抢救室药品管理原则是</w:t>
        <w:br/>
        <w:t>A.五  B.定  C.|  D.三</w:t>
        <w:br/>
        <w:t>【答案】A</w:t>
      </w:r>
    </w:p>
    <w:p>
      <w:r>
        <w:t>49. 护士执业资格考试每年一般安排几次</w:t>
        <w:br/>
        <w:t>A.1  B.次  C.|  D.2</w:t>
        <w:br/>
        <w:t>【答案】A</w:t>
      </w:r>
    </w:p>
    <w:p>
      <w:r>
        <w:t>50. 无菌操作时，无菌持物钳应浸泡在</w:t>
        <w:br/>
        <w:t>A.碘  B.伏  C.|  D.酒</w:t>
        <w:br/>
        <w:t>【答案】C</w:t>
      </w:r>
    </w:p>
    <w:p/>
    <w:p>
      <w:pPr>
        <w:pStyle w:val="Heading2"/>
      </w:pPr>
      <w:r>
        <w:t>二、多项选择题（每题2分，共40分）</w:t>
      </w:r>
    </w:p>
    <w:p>
      <w:r>
        <w:t>51. 医院感染的传播途径包括</w:t>
        <w:br/>
        <w:t>A.接  B.触  C.传  D.播</w:t>
        <w:br/>
        <w:t>【答案】ABCD</w:t>
      </w:r>
    </w:p>
    <w:p>
      <w:r>
        <w:t>52. 无菌技术操作原则包括</w:t>
        <w:br/>
        <w:t>A.环  B.境  C.清  D.洁</w:t>
        <w:br/>
        <w:t>【答案】ABCD</w:t>
      </w:r>
    </w:p>
    <w:p>
      <w:r>
        <w:t>53. 输液反应的类型包括</w:t>
        <w:br/>
        <w:t>A.发  B.热  C.反  D.应</w:t>
        <w:br/>
        <w:t>【答案】ABCD</w:t>
      </w:r>
    </w:p>
    <w:p>
      <w:r>
        <w:t>54. 生命体征包括</w:t>
        <w:br/>
        <w:t>A.体  B.温  C.|  D.脉</w:t>
        <w:br/>
        <w:t>【答案】ABCD</w:t>
      </w:r>
    </w:p>
    <w:p>
      <w:r>
        <w:t>55. 护理记录单的内容包括</w:t>
        <w:br/>
        <w:t>A.病  B.情  C.变  D.化</w:t>
        <w:br/>
        <w:t>【答案】ABCD</w:t>
      </w:r>
    </w:p>
    <w:p>
      <w:r>
        <w:t>56. 隔离的种类包括</w:t>
        <w:br/>
        <w:t>A.接  B.触  C.隔  D.离</w:t>
        <w:br/>
        <w:t>【答案】ABCD</w:t>
      </w:r>
    </w:p>
    <w:p>
      <w:r>
        <w:t>57. 口服给药注意事项包括</w:t>
        <w:br/>
        <w:t>A.按  B.时  C.给  D.药</w:t>
        <w:br/>
        <w:t>【答案】ABCD</w:t>
      </w:r>
    </w:p>
    <w:p>
      <w:r>
        <w:t>58. 急救物品的“五定”包括</w:t>
        <w:br/>
        <w:t>A.定  B.数  C.量  D.|</w:t>
        <w:br/>
        <w:t>【答案】ABCD</w:t>
      </w:r>
    </w:p>
    <w:p>
      <w:r>
        <w:t>59. 医院感染的传播途径包括</w:t>
        <w:br/>
        <w:t>A.接  B.触  C.传  D.播</w:t>
        <w:br/>
        <w:t>【答案】ABCD</w:t>
      </w:r>
    </w:p>
    <w:p>
      <w:r>
        <w:t>60. 无菌技术操作原则包括</w:t>
        <w:br/>
        <w:t>A.环  B.境  C.清  D.洁</w:t>
        <w:br/>
        <w:t>【答案】ABCD</w:t>
      </w:r>
    </w:p>
    <w:p>
      <w:r>
        <w:t>61. 输液反应的类型包括</w:t>
        <w:br/>
        <w:t>A.发  B.热  C.反  D.应</w:t>
        <w:br/>
        <w:t>【答案】ABCD</w:t>
      </w:r>
    </w:p>
    <w:p>
      <w:r>
        <w:t>62. 生命体征包括</w:t>
        <w:br/>
        <w:t>A.体  B.温  C.|  D.脉</w:t>
        <w:br/>
        <w:t>【答案】ABCD</w:t>
      </w:r>
    </w:p>
    <w:p>
      <w:r>
        <w:t>63. 护理记录单的内容包括</w:t>
        <w:br/>
        <w:t>A.病  B.情  C.变  D.化</w:t>
        <w:br/>
        <w:t>【答案】ABCD</w:t>
      </w:r>
    </w:p>
    <w:p>
      <w:r>
        <w:t>64. 隔离的种类包括</w:t>
        <w:br/>
        <w:t>A.接  B.触  C.隔  D.离</w:t>
        <w:br/>
        <w:t>【答案】ABCD</w:t>
      </w:r>
    </w:p>
    <w:p>
      <w:r>
        <w:t>65. 口服给药注意事项包括</w:t>
        <w:br/>
        <w:t>A.按  B.时  C.给  D.药</w:t>
        <w:br/>
        <w:t>【答案】ABCD</w:t>
      </w:r>
    </w:p>
    <w:p>
      <w:r>
        <w:t>66. 急救物品的“五定”包括</w:t>
        <w:br/>
        <w:t>A.定  B.数  C.量  D.|</w:t>
        <w:br/>
        <w:t>【答案】ABCD</w:t>
      </w:r>
    </w:p>
    <w:p>
      <w:r>
        <w:t>67. 医院感染的传播途径包括</w:t>
        <w:br/>
        <w:t>A.接  B.触  C.传  D.播</w:t>
        <w:br/>
        <w:t>【答案】ABCD</w:t>
      </w:r>
    </w:p>
    <w:p>
      <w:r>
        <w:t>68. 无菌技术操作原则包括</w:t>
        <w:br/>
        <w:t>A.环  B.境  C.清  D.洁</w:t>
        <w:br/>
        <w:t>【答案】ABCD</w:t>
      </w:r>
    </w:p>
    <w:p>
      <w:r>
        <w:t>69. 输液反应的类型包括</w:t>
        <w:br/>
        <w:t>A.发  B.热  C.反  D.应</w:t>
        <w:br/>
        <w:t>【答案】ABCD</w:t>
      </w:r>
    </w:p>
    <w:p>
      <w:r>
        <w:t>70. 生命体征包括</w:t>
        <w:br/>
        <w:t>A.体  B.温  C.|  D.脉</w:t>
        <w:br/>
        <w:t>【答案】ABCD</w:t>
      </w:r>
    </w:p>
    <w:p/>
    <w:p>
      <w:pPr>
        <w:pStyle w:val="Heading2"/>
      </w:pPr>
      <w:r>
        <w:t>三、判断题（每题1分，共20分）</w:t>
      </w:r>
    </w:p>
    <w:p>
      <w:r>
        <w:t>71. 护士执业注册后可以终身执业。（对/错）</w:t>
        <w:br/>
        <w:t>【答案】错</w:t>
      </w:r>
    </w:p>
    <w:p>
      <w:r>
        <w:t>72. 输液时可以先输抗生素再加药。（对/错）</w:t>
        <w:br/>
        <w:t>【答案】错</w:t>
      </w:r>
    </w:p>
    <w:p>
      <w:r>
        <w:t>73. 无菌物品超过有效期不得使用。（对/错）</w:t>
        <w:br/>
        <w:t>【答案】对</w:t>
      </w:r>
    </w:p>
    <w:p>
      <w:r>
        <w:t>74. 生命体征是体温、脉搏、呼吸、血压四项。（对/错）</w:t>
        <w:br/>
        <w:t>【答案】对</w:t>
      </w:r>
    </w:p>
    <w:p>
      <w:r>
        <w:t>75. 鼻饲后应保持卧位30分钟以上。（对/错）</w:t>
        <w:br/>
        <w:t>【答案】对</w:t>
      </w:r>
    </w:p>
    <w:p>
      <w:r>
        <w:t>76. 手卫生是预防医院感染最简单有效的措施。（对/错）</w:t>
        <w:br/>
        <w:t>【答案】对</w:t>
      </w:r>
    </w:p>
    <w:p>
      <w:r>
        <w:t>77. 患者的隐私可以不经同意告知家属。（对/错）</w:t>
        <w:br/>
        <w:t>【答案】错</w:t>
      </w:r>
    </w:p>
    <w:p>
      <w:r>
        <w:t>78. 分级护理分为特级和一至四级。（对/错）</w:t>
        <w:br/>
        <w:t>【答案】对</w:t>
      </w:r>
    </w:p>
    <w:p>
      <w:r>
        <w:t>79. 护士执业注册后可以终身执业。（对/错）</w:t>
        <w:br/>
        <w:t>【答案】错</w:t>
      </w:r>
    </w:p>
    <w:p>
      <w:r>
        <w:t>80. 输液时可以先输抗生素再加药。（对/错）</w:t>
        <w:br/>
        <w:t>【答案】错</w:t>
      </w:r>
    </w:p>
    <w:p>
      <w:r>
        <w:t>81. 无菌物品超过有效期不得使用。（对/错）</w:t>
        <w:br/>
        <w:t>【答案】对</w:t>
      </w:r>
    </w:p>
    <w:p>
      <w:r>
        <w:t>82. 生命体征是体温、脉搏、呼吸、血压四项。（对/错）</w:t>
        <w:br/>
        <w:t>【答案】对</w:t>
      </w:r>
    </w:p>
    <w:p>
      <w:r>
        <w:t>83. 鼻饲后应保持卧位30分钟以上。（对/错）</w:t>
        <w:br/>
        <w:t>【答案】对</w:t>
      </w:r>
    </w:p>
    <w:p>
      <w:r>
        <w:t>84. 手卫生是预防医院感染最简单有效的措施。（对/错）</w:t>
        <w:br/>
        <w:t>【答案】对</w:t>
      </w:r>
    </w:p>
    <w:p>
      <w:r>
        <w:t>85. 患者的隐私可以不经同意告知家属。（对/错）</w:t>
        <w:br/>
        <w:t>【答案】错</w:t>
      </w:r>
    </w:p>
    <w:p>
      <w:r>
        <w:t>86. 分级护理分为特级和一至四级。（对/错）</w:t>
        <w:br/>
        <w:t>【答案】对</w:t>
      </w:r>
    </w:p>
    <w:p>
      <w:r>
        <w:t>87. 护士执业注册后可以终身执业。（对/错）</w:t>
        <w:br/>
        <w:t>【答案】错</w:t>
      </w:r>
    </w:p>
    <w:p>
      <w:r>
        <w:t>88. 输液时可以先输抗生素再加药。（对/错）</w:t>
        <w:br/>
        <w:t>【答案】错</w:t>
      </w:r>
    </w:p>
    <w:p>
      <w:r>
        <w:t>89. 无菌物品超过有效期不得使用。（对/错）</w:t>
        <w:br/>
        <w:t>【答案】对</w:t>
      </w:r>
    </w:p>
    <w:p>
      <w:r>
        <w:t>90. 生命体征是体温、脉搏、呼吸、血压四项。（对/错）</w:t>
        <w:br/>
        <w:t>【答案】对</w:t>
      </w:r>
    </w:p>
    <w:p/>
    <w:p>
      <w:pPr>
        <w:pStyle w:val="Heading2"/>
      </w:pPr>
      <w:r>
        <w:t>四、简答题（每题3分，共30分）</w:t>
      </w:r>
    </w:p>
    <w:p>
      <w:r>
        <w:t>91. 简述无菌技术操作的基本原则。</w:t>
        <w:br/>
        <w:t>【答案】环境清洁、操作区域无菌、物品无菌、操作人员无菌</w:t>
      </w:r>
    </w:p>
    <w:p>
      <w:r>
        <w:t>92. 心肺复苏的基本步骤是什么？</w:t>
        <w:br/>
        <w:t>【答案】评估环境、判断意识、呼救、胸外按压、开放气道、人工呼吸</w:t>
      </w:r>
    </w:p>
    <w:p>
      <w:r>
        <w:t>93. 静脉输液发生发热反应如何处理？</w:t>
        <w:br/>
        <w:t>【答案】减慢滴速或停止输液、保暖、报告医生、对症处理</w:t>
      </w:r>
    </w:p>
    <w:p>
      <w:r>
        <w:t>94. 简述压疮的预防措施。</w:t>
        <w:br/>
        <w:t>【答案】避免局部长期受压、保持皮肤清洁干燥、加强营养、定时翻身</w:t>
      </w:r>
    </w:p>
    <w:p>
      <w:r>
        <w:t>95. 简述无菌技术操作的基本原则。</w:t>
        <w:br/>
        <w:t>【答案】环境清洁、操作区域无菌、物品无菌、操作人员无菌</w:t>
      </w:r>
    </w:p>
    <w:p>
      <w:r>
        <w:t>96. 心肺复苏的基本步骤是什么？</w:t>
        <w:br/>
        <w:t>【答案】评估环境、判断意识、呼救、胸外按压、开放气道、人工呼吸</w:t>
      </w:r>
    </w:p>
    <w:p>
      <w:r>
        <w:t>97. 静脉输液发生发热反应如何处理？</w:t>
        <w:br/>
        <w:t>【答案】减慢滴速或停止输液、保暖、报告医生、对症处理</w:t>
      </w:r>
    </w:p>
    <w:p>
      <w:r>
        <w:t>98. 简述压疮的预防措施。</w:t>
        <w:br/>
        <w:t>【答案】避免局部长期受压、保持皮肤清洁干燥、加强营养、定时翻身</w:t>
      </w:r>
    </w:p>
    <w:p>
      <w:r>
        <w:t>99. 简述无菌技术操作的基本原则。</w:t>
        <w:br/>
        <w:t>【答案】环境清洁、操作区域无菌、物品无菌、操作人员无菌</w:t>
      </w:r>
    </w:p>
    <w:p>
      <w:r>
        <w:t>100. 心肺复苏的基本步骤是什么？</w:t>
        <w:br/>
        <w:t>【答案】评估环境、判断意识、呼救、胸外按压、开放气道、人工呼吸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【一、单项选择题（每题1分，共50分）】</w:t>
      </w:r>
    </w:p>
    <w:p>
      <w:r>
        <w:t>1. 护士执业资格考试每年一般安排几次</w:t>
        <w:br/>
        <w:t>A.1  B.次  C.|  D.2</w:t>
        <w:br/>
        <w:t>【答案】A  1. 护士执业资格考试每年一般安排几次</w:t>
        <w:br/>
        <w:t>A.1  B.次  C.|  D.2</w:t>
        <w:br/>
        <w:t>【答案】A</w:t>
      </w:r>
    </w:p>
    <w:p>
      <w:r>
        <w:t>2. 无菌操作时，无菌持物钳应浸泡在</w:t>
        <w:br/>
        <w:t>A.碘  B.伏  C.|  D.酒</w:t>
        <w:br/>
        <w:t>【答案】C  2. 无菌操作时，无菌持物钳应浸泡在</w:t>
        <w:br/>
        <w:t>A.碘  B.伏  C.|  D.酒</w:t>
        <w:br/>
        <w:t>【答案】C</w:t>
      </w:r>
    </w:p>
    <w:p>
      <w:r>
        <w:t>3. 体温测量时，腋测法正常范围是</w:t>
        <w:br/>
        <w:t>A.3  B.6  C.-  D.3</w:t>
        <w:br/>
        <w:t>【答案】A  3. 体温测量时，腋测法正常范围是</w:t>
        <w:br/>
        <w:t>A.3  B.6  C.-  D.3</w:t>
        <w:br/>
        <w:t>【答案】A</w:t>
      </w:r>
    </w:p>
    <w:p>
      <w:r>
        <w:t>4. 心肺复苏胸外按压的频率是</w:t>
        <w:br/>
        <w:t>A.1  B.0  C.0  D.-</w:t>
        <w:br/>
        <w:t>【答案】A  4. 心肺复苏胸外按压的频率是</w:t>
        <w:br/>
        <w:t>A.1  B.0  C.0  D.-</w:t>
        <w:br/>
        <w:t>【答案】A</w:t>
      </w:r>
    </w:p>
    <w:p>
      <w:r>
        <w:t>5. 静脉输液最常见的并发症是</w:t>
        <w:br/>
        <w:t>A.发  B.热  C.反  D.应</w:t>
        <w:br/>
        <w:t>【答案】A  5. 静脉输液最常见的并发症是</w:t>
        <w:br/>
        <w:t>A.发  B.热  C.反  D.应</w:t>
        <w:br/>
        <w:t>【答案】A</w:t>
      </w:r>
    </w:p>
    <w:p>
      <w:r>
        <w:t>6. 鼻饲时胃管插入的长度一般为</w:t>
        <w:br/>
        <w:t>A.4  B.5  C.-  D.5</w:t>
        <w:br/>
        <w:t>【答案】A  6. 鼻饲时胃管插入的长度一般为</w:t>
        <w:br/>
        <w:t>A.4  B.5  C.-  D.5</w:t>
        <w:br/>
        <w:t>【答案】A</w:t>
      </w:r>
    </w:p>
    <w:p>
      <w:r>
        <w:t>7. 压疮的好发部位不包括</w:t>
        <w:br/>
        <w:t>A.骶  B.尾  C.部  D.|</w:t>
        <w:br/>
        <w:t>【答案】D  7. 压疮的好发部位不包括</w:t>
        <w:br/>
        <w:t>A.骶  B.尾  C.部  D.|</w:t>
        <w:br/>
        <w:t>【答案】D</w:t>
      </w:r>
    </w:p>
    <w:p>
      <w:r>
        <w:t>8. 抢救室药品管理原则是</w:t>
        <w:br/>
        <w:t>A.五  B.定  C.|  D.三</w:t>
        <w:br/>
        <w:t>【答案】A  8. 抢救室药品管理原则是</w:t>
        <w:br/>
        <w:t>A.五  B.定  C.|  D.三</w:t>
        <w:br/>
        <w:t>【答案】A</w:t>
      </w:r>
    </w:p>
    <w:p>
      <w:r>
        <w:t>9. 护士执业资格考试每年一般安排几次</w:t>
        <w:br/>
        <w:t>A.1  B.次  C.|  D.2</w:t>
        <w:br/>
        <w:t>【答案】A  9. 护士执业资格考试每年一般安排几次</w:t>
        <w:br/>
        <w:t>A.1  B.次  C.|  D.2</w:t>
        <w:br/>
        <w:t>【答案】A</w:t>
      </w:r>
    </w:p>
    <w:p>
      <w:r>
        <w:t>10. 无菌操作时，无菌持物钳应浸泡在</w:t>
        <w:br/>
        <w:t>A.碘  B.伏  C.|  D.酒</w:t>
        <w:br/>
        <w:t>【答案】C  10. 无菌操作时，无菌持物钳应浸泡在</w:t>
        <w:br/>
        <w:t>A.碘  B.伏  C.|  D.酒</w:t>
        <w:br/>
        <w:t>【答案】C</w:t>
      </w:r>
    </w:p>
    <w:p>
      <w:r>
        <w:t>11. 体温测量时，腋测法正常范围是</w:t>
        <w:br/>
        <w:t>A.3  B.6  C.-  D.3</w:t>
        <w:br/>
        <w:t>【答案】A  11. 体温测量时，腋测法正常范围是</w:t>
        <w:br/>
        <w:t>A.3  B.6  C.-  D.3</w:t>
        <w:br/>
        <w:t>【答案】A</w:t>
      </w:r>
    </w:p>
    <w:p>
      <w:r>
        <w:t>12. 心肺复苏胸外按压的频率是</w:t>
        <w:br/>
        <w:t>A.1  B.0  C.0  D.-</w:t>
        <w:br/>
        <w:t>【答案】A  12. 心肺复苏胸外按压的频率是</w:t>
        <w:br/>
        <w:t>A.1  B.0  C.0  D.-</w:t>
        <w:br/>
        <w:t>【答案】A</w:t>
      </w:r>
    </w:p>
    <w:p>
      <w:r>
        <w:t>13. 静脉输液最常见的并发症是</w:t>
        <w:br/>
        <w:t>A.发  B.热  C.反  D.应</w:t>
        <w:br/>
        <w:t>【答案】A  13. 静脉输液最常见的并发症是</w:t>
        <w:br/>
        <w:t>A.发  B.热  C.反  D.应</w:t>
        <w:br/>
        <w:t>【答案】A</w:t>
      </w:r>
    </w:p>
    <w:p>
      <w:r>
        <w:t>14. 鼻饲时胃管插入的长度一般为</w:t>
        <w:br/>
        <w:t>A.4  B.5  C.-  D.5</w:t>
        <w:br/>
        <w:t>【答案】A  14. 鼻饲时胃管插入的长度一般为</w:t>
        <w:br/>
        <w:t>A.4  B.5  C.-  D.5</w:t>
        <w:br/>
        <w:t>【答案】A</w:t>
      </w:r>
    </w:p>
    <w:p>
      <w:r>
        <w:t>15. 压疮的好发部位不包括</w:t>
        <w:br/>
        <w:t>A.骶  B.尾  C.部  D.|</w:t>
        <w:br/>
        <w:t>【答案】D  15. 压疮的好发部位不包括</w:t>
        <w:br/>
        <w:t>A.骶  B.尾  C.部  D.|</w:t>
        <w:br/>
        <w:t>【答案】D</w:t>
      </w:r>
    </w:p>
    <w:p>
      <w:r>
        <w:t>16. 抢救室药品管理原则是</w:t>
        <w:br/>
        <w:t>A.五  B.定  C.|  D.三</w:t>
        <w:br/>
        <w:t>【答案】A  16. 抢救室药品管理原则是</w:t>
        <w:br/>
        <w:t>A.五  B.定  C.|  D.三</w:t>
        <w:br/>
        <w:t>【答案】A</w:t>
      </w:r>
    </w:p>
    <w:p>
      <w:r>
        <w:t>17. 护士执业资格考试每年一般安排几次</w:t>
        <w:br/>
        <w:t>A.1  B.次  C.|  D.2</w:t>
        <w:br/>
        <w:t>【答案】A  17. 护士执业资格考试每年一般安排几次</w:t>
        <w:br/>
        <w:t>A.1  B.次  C.|  D.2</w:t>
        <w:br/>
        <w:t>【答案】A</w:t>
      </w:r>
    </w:p>
    <w:p>
      <w:r>
        <w:t>18. 无菌操作时，无菌持物钳应浸泡在</w:t>
        <w:br/>
        <w:t>A.碘  B.伏  C.|  D.酒</w:t>
        <w:br/>
        <w:t>【答案】C  18. 无菌操作时，无菌持物钳应浸泡在</w:t>
        <w:br/>
        <w:t>A.碘  B.伏  C.|  D.酒</w:t>
        <w:br/>
        <w:t>【答案】C</w:t>
      </w:r>
    </w:p>
    <w:p>
      <w:r>
        <w:t>19. 体温测量时，腋测法正常范围是</w:t>
        <w:br/>
        <w:t>A.3  B.6  C.-  D.3</w:t>
        <w:br/>
        <w:t>【答案】A  19. 体温测量时，腋测法正常范围是</w:t>
        <w:br/>
        <w:t>A.3  B.6  C.-  D.3</w:t>
        <w:br/>
        <w:t>【答案】A</w:t>
      </w:r>
    </w:p>
    <w:p>
      <w:r>
        <w:t>20. 心肺复苏胸外按压的频率是</w:t>
        <w:br/>
        <w:t>A.1  B.0  C.0  D.-</w:t>
        <w:br/>
        <w:t>【答案】A  20. 心肺复苏胸外按压的频率是</w:t>
        <w:br/>
        <w:t>A.1  B.0  C.0  D.-</w:t>
        <w:br/>
        <w:t>【答案】A</w:t>
      </w:r>
    </w:p>
    <w:p>
      <w:r>
        <w:t>21. 静脉输液最常见的并发症是</w:t>
        <w:br/>
        <w:t>A.发  B.热  C.反  D.应</w:t>
        <w:br/>
        <w:t>【答案】A  21. 静脉输液最常见的并发症是</w:t>
        <w:br/>
        <w:t>A.发  B.热  C.反  D.应</w:t>
        <w:br/>
        <w:t>【答案】A</w:t>
      </w:r>
    </w:p>
    <w:p>
      <w:r>
        <w:t>22. 鼻饲时胃管插入的长度一般为</w:t>
        <w:br/>
        <w:t>A.4  B.5  C.-  D.5</w:t>
        <w:br/>
        <w:t>【答案】A  22. 鼻饲时胃管插入的长度一般为</w:t>
        <w:br/>
        <w:t>A.4  B.5  C.-  D.5</w:t>
        <w:br/>
        <w:t>【答案】A</w:t>
      </w:r>
    </w:p>
    <w:p>
      <w:r>
        <w:t>23. 压疮的好发部位不包括</w:t>
        <w:br/>
        <w:t>A.骶  B.尾  C.部  D.|</w:t>
        <w:br/>
        <w:t>【答案】D  23. 压疮的好发部位不包括</w:t>
        <w:br/>
        <w:t>A.骶  B.尾  C.部  D.|</w:t>
        <w:br/>
        <w:t>【答案】D</w:t>
      </w:r>
    </w:p>
    <w:p>
      <w:r>
        <w:t>24. 抢救室药品管理原则是</w:t>
        <w:br/>
        <w:t>A.五  B.定  C.|  D.三</w:t>
        <w:br/>
        <w:t>【答案】A  24. 抢救室药品管理原则是</w:t>
        <w:br/>
        <w:t>A.五  B.定  C.|  D.三</w:t>
        <w:br/>
        <w:t>【答案】A</w:t>
      </w:r>
    </w:p>
    <w:p>
      <w:r>
        <w:t>25. 护士执业资格考试每年一般安排几次</w:t>
        <w:br/>
        <w:t>A.1  B.次  C.|  D.2</w:t>
        <w:br/>
        <w:t>【答案】A  25. 护士执业资格考试每年一般安排几次</w:t>
        <w:br/>
        <w:t>A.1  B.次  C.|  D.2</w:t>
        <w:br/>
        <w:t>【答案】A</w:t>
      </w:r>
    </w:p>
    <w:p>
      <w:r>
        <w:t>26. 无菌操作时，无菌持物钳应浸泡在</w:t>
        <w:br/>
        <w:t>A.碘  B.伏  C.|  D.酒</w:t>
        <w:br/>
        <w:t>【答案】C  26. 无菌操作时，无菌持物钳应浸泡在</w:t>
        <w:br/>
        <w:t>A.碘  B.伏  C.|  D.酒</w:t>
        <w:br/>
        <w:t>【答案】C</w:t>
      </w:r>
    </w:p>
    <w:p>
      <w:r>
        <w:t>27. 体温测量时，腋测法正常范围是</w:t>
        <w:br/>
        <w:t>A.3  B.6  C.-  D.3</w:t>
        <w:br/>
        <w:t>【答案】A  27. 体温测量时，腋测法正常范围是</w:t>
        <w:br/>
        <w:t>A.3  B.6  C.-  D.3</w:t>
        <w:br/>
        <w:t>【答案】A</w:t>
      </w:r>
    </w:p>
    <w:p>
      <w:r>
        <w:t>28. 心肺复苏胸外按压的频率是</w:t>
        <w:br/>
        <w:t>A.1  B.0  C.0  D.-</w:t>
        <w:br/>
        <w:t>【答案】A  28. 心肺复苏胸外按压的频率是</w:t>
        <w:br/>
        <w:t>A.1  B.0  C.0  D.-</w:t>
        <w:br/>
        <w:t>【答案】A</w:t>
      </w:r>
    </w:p>
    <w:p>
      <w:r>
        <w:t>29. 静脉输液最常见的并发症是</w:t>
        <w:br/>
        <w:t>A.发  B.热  C.反  D.应</w:t>
        <w:br/>
        <w:t>【答案】A  29. 静脉输液最常见的并发症是</w:t>
        <w:br/>
        <w:t>A.发  B.热  C.反  D.应</w:t>
        <w:br/>
        <w:t>【答案】A</w:t>
      </w:r>
    </w:p>
    <w:p>
      <w:r>
        <w:t>30. 鼻饲时胃管插入的长度一般为</w:t>
        <w:br/>
        <w:t>A.4  B.5  C.-  D.5</w:t>
        <w:br/>
        <w:t>【答案】A  30. 鼻饲时胃管插入的长度一般为</w:t>
        <w:br/>
        <w:t>A.4  B.5  C.-  D.5</w:t>
        <w:br/>
        <w:t>【答案】A</w:t>
      </w:r>
    </w:p>
    <w:p>
      <w:r>
        <w:t>31. 压疮的好发部位不包括</w:t>
        <w:br/>
        <w:t>A.骶  B.尾  C.部  D.|</w:t>
        <w:br/>
        <w:t>【答案】D  31. 压疮的好发部位不包括</w:t>
        <w:br/>
        <w:t>A.骶  B.尾  C.部  D.|</w:t>
        <w:br/>
        <w:t>【答案】D</w:t>
      </w:r>
    </w:p>
    <w:p>
      <w:r>
        <w:t>32. 抢救室药品管理原则是</w:t>
        <w:br/>
        <w:t>A.五  B.定  C.|  D.三</w:t>
        <w:br/>
        <w:t>【答案】A  32. 抢救室药品管理原则是</w:t>
        <w:br/>
        <w:t>A.五  B.定  C.|  D.三</w:t>
        <w:br/>
        <w:t>【答案】A</w:t>
      </w:r>
    </w:p>
    <w:p>
      <w:r>
        <w:t>33. 护士执业资格考试每年一般安排几次</w:t>
        <w:br/>
        <w:t>A.1  B.次  C.|  D.2</w:t>
        <w:br/>
        <w:t>【答案】A  33. 护士执业资格考试每年一般安排几次</w:t>
        <w:br/>
        <w:t>A.1  B.次  C.|  D.2</w:t>
        <w:br/>
        <w:t>【答案】A</w:t>
      </w:r>
    </w:p>
    <w:p>
      <w:r>
        <w:t>34. 无菌操作时，无菌持物钳应浸泡在</w:t>
        <w:br/>
        <w:t>A.碘  B.伏  C.|  D.酒</w:t>
        <w:br/>
        <w:t>【答案】C  34. 无菌操作时，无菌持物钳应浸泡在</w:t>
        <w:br/>
        <w:t>A.碘  B.伏  C.|  D.酒</w:t>
        <w:br/>
        <w:t>【答案】C</w:t>
      </w:r>
    </w:p>
    <w:p>
      <w:r>
        <w:t>35. 体温测量时，腋测法正常范围是</w:t>
        <w:br/>
        <w:t>A.3  B.6  C.-  D.3</w:t>
        <w:br/>
        <w:t>【答案】A  35. 体温测量时，腋测法正常范围是</w:t>
        <w:br/>
        <w:t>A.3  B.6  C.-  D.3</w:t>
        <w:br/>
        <w:t>【答案】A</w:t>
      </w:r>
    </w:p>
    <w:p>
      <w:r>
        <w:t>36. 心肺复苏胸外按压的频率是</w:t>
        <w:br/>
        <w:t>A.1  B.0  C.0  D.-</w:t>
        <w:br/>
        <w:t>【答案】A  36. 心肺复苏胸外按压的频率是</w:t>
        <w:br/>
        <w:t>A.1  B.0  C.0  D.-</w:t>
        <w:br/>
        <w:t>【答案】A</w:t>
      </w:r>
    </w:p>
    <w:p>
      <w:r>
        <w:t>37. 静脉输液最常见的并发症是</w:t>
        <w:br/>
        <w:t>A.发  B.热  C.反  D.应</w:t>
        <w:br/>
        <w:t>【答案】A  37. 静脉输液最常见的并发症是</w:t>
        <w:br/>
        <w:t>A.发  B.热  C.反  D.应</w:t>
        <w:br/>
        <w:t>【答案】A</w:t>
      </w:r>
    </w:p>
    <w:p>
      <w:r>
        <w:t>38. 鼻饲时胃管插入的长度一般为</w:t>
        <w:br/>
        <w:t>A.4  B.5  C.-  D.5</w:t>
        <w:br/>
        <w:t>【答案】A  38. 鼻饲时胃管插入的长度一般为</w:t>
        <w:br/>
        <w:t>A.4  B.5  C.-  D.5</w:t>
        <w:br/>
        <w:t>【答案】A</w:t>
      </w:r>
    </w:p>
    <w:p>
      <w:r>
        <w:t>39. 压疮的好发部位不包括</w:t>
        <w:br/>
        <w:t>A.骶  B.尾  C.部  D.|</w:t>
        <w:br/>
        <w:t>【答案】D  39. 压疮的好发部位不包括</w:t>
        <w:br/>
        <w:t>A.骶  B.尾  C.部  D.|</w:t>
        <w:br/>
        <w:t>【答案】D</w:t>
      </w:r>
    </w:p>
    <w:p>
      <w:r>
        <w:t>40. 抢救室药品管理原则是</w:t>
        <w:br/>
        <w:t>A.五  B.定  C.|  D.三</w:t>
        <w:br/>
        <w:t>【答案】A  40. 抢救室药品管理原则是</w:t>
        <w:br/>
        <w:t>A.五  B.定  C.|  D.三</w:t>
        <w:br/>
        <w:t>【答案】A</w:t>
      </w:r>
    </w:p>
    <w:p>
      <w:r>
        <w:t>41. 护士执业资格考试每年一般安排几次</w:t>
        <w:br/>
        <w:t>A.1  B.次  C.|  D.2</w:t>
        <w:br/>
        <w:t>【答案】A  41. 护士执业资格考试每年一般安排几次</w:t>
        <w:br/>
        <w:t>A.1  B.次  C.|  D.2</w:t>
        <w:br/>
        <w:t>【答案】A</w:t>
      </w:r>
    </w:p>
    <w:p>
      <w:r>
        <w:t>42. 无菌操作时，无菌持物钳应浸泡在</w:t>
        <w:br/>
        <w:t>A.碘  B.伏  C.|  D.酒</w:t>
        <w:br/>
        <w:t>【答案】C  42. 无菌操作时，无菌持物钳应浸泡在</w:t>
        <w:br/>
        <w:t>A.碘  B.伏  C.|  D.酒</w:t>
        <w:br/>
        <w:t>【答案】C</w:t>
      </w:r>
    </w:p>
    <w:p>
      <w:r>
        <w:t>43. 体温测量时，腋测法正常范围是</w:t>
        <w:br/>
        <w:t>A.3  B.6  C.-  D.3</w:t>
        <w:br/>
        <w:t>【答案】A  43. 体温测量时，腋测法正常范围是</w:t>
        <w:br/>
        <w:t>A.3  B.6  C.-  D.3</w:t>
        <w:br/>
        <w:t>【答案】A</w:t>
      </w:r>
    </w:p>
    <w:p>
      <w:r>
        <w:t>44. 心肺复苏胸外按压的频率是</w:t>
        <w:br/>
        <w:t>A.1  B.0  C.0  D.-</w:t>
        <w:br/>
        <w:t>【答案】A  44. 心肺复苏胸外按压的频率是</w:t>
        <w:br/>
        <w:t>A.1  B.0  C.0  D.-</w:t>
        <w:br/>
        <w:t>【答案】A</w:t>
      </w:r>
    </w:p>
    <w:p>
      <w:r>
        <w:t>45. 静脉输液最常见的并发症是</w:t>
        <w:br/>
        <w:t>A.发  B.热  C.反  D.应</w:t>
        <w:br/>
        <w:t>【答案】A  45. 静脉输液最常见的并发症是</w:t>
        <w:br/>
        <w:t>A.发  B.热  C.反  D.应</w:t>
        <w:br/>
        <w:t>【答案】A</w:t>
      </w:r>
    </w:p>
    <w:p>
      <w:r>
        <w:t>46. 鼻饲时胃管插入的长度一般为</w:t>
        <w:br/>
        <w:t>A.4  B.5  C.-  D.5</w:t>
        <w:br/>
        <w:t>【答案】A  46. 鼻饲时胃管插入的长度一般为</w:t>
        <w:br/>
        <w:t>A.4  B.5  C.-  D.5</w:t>
        <w:br/>
        <w:t>【答案】A</w:t>
      </w:r>
    </w:p>
    <w:p>
      <w:r>
        <w:t>47. 压疮的好发部位不包括</w:t>
        <w:br/>
        <w:t>A.骶  B.尾  C.部  D.|</w:t>
        <w:br/>
        <w:t>【答案】D  47. 压疮的好发部位不包括</w:t>
        <w:br/>
        <w:t>A.骶  B.尾  C.部  D.|</w:t>
        <w:br/>
        <w:t>【答案】D</w:t>
      </w:r>
    </w:p>
    <w:p>
      <w:r>
        <w:t>48. 抢救室药品管理原则是</w:t>
        <w:br/>
        <w:t>A.五  B.定  C.|  D.三</w:t>
        <w:br/>
        <w:t>【答案】A  48. 抢救室药品管理原则是</w:t>
        <w:br/>
        <w:t>A.五  B.定  C.|  D.三</w:t>
        <w:br/>
        <w:t>【答案】A</w:t>
      </w:r>
    </w:p>
    <w:p>
      <w:r>
        <w:t>49. 护士执业资格考试每年一般安排几次</w:t>
        <w:br/>
        <w:t>A.1  B.次  C.|  D.2</w:t>
        <w:br/>
        <w:t>【答案】A  49. 护士执业资格考试每年一般安排几次</w:t>
        <w:br/>
        <w:t>A.1  B.次  C.|  D.2</w:t>
        <w:br/>
        <w:t>【答案】A</w:t>
      </w:r>
    </w:p>
    <w:p>
      <w:r>
        <w:t>50. 无菌操作时，无菌持物钳应浸泡在</w:t>
        <w:br/>
        <w:t>A.碘  B.伏  C.|  D.酒</w:t>
        <w:br/>
        <w:t>【答案】C  50. 无菌操作时，无菌持物钳应浸泡在</w:t>
        <w:br/>
        <w:t>A.碘  B.伏  C.|  D.酒</w:t>
        <w:br/>
        <w:t>【答案】C</w:t>
      </w:r>
    </w:p>
    <w:p>
      <w:r>
        <w:t>【二、多项选择题（每题2分，共40分）】</w:t>
      </w:r>
    </w:p>
    <w:p>
      <w:r>
        <w:t>51. 医院感染的传播途径包括</w:t>
        <w:br/>
        <w:t>A.接  B.触  C.传  D.播</w:t>
        <w:br/>
        <w:t>【答案】ABCD  51. 医院感染的传播途径包括</w:t>
        <w:br/>
        <w:t>A.接  B.触  C.传  D.播</w:t>
        <w:br/>
        <w:t>【答案】ABCD</w:t>
      </w:r>
    </w:p>
    <w:p>
      <w:r>
        <w:t>52. 无菌技术操作原则包括</w:t>
        <w:br/>
        <w:t>A.环  B.境  C.清  D.洁</w:t>
        <w:br/>
        <w:t>【答案】ABCD  52. 无菌技术操作原则包括</w:t>
        <w:br/>
        <w:t>A.环  B.境  C.清  D.洁</w:t>
        <w:br/>
        <w:t>【答案】ABCD</w:t>
      </w:r>
    </w:p>
    <w:p>
      <w:r>
        <w:t>53. 输液反应的类型包括</w:t>
        <w:br/>
        <w:t>A.发  B.热  C.反  D.应</w:t>
        <w:br/>
        <w:t>【答案】ABCD  53. 输液反应的类型包括</w:t>
        <w:br/>
        <w:t>A.发  B.热  C.反  D.应</w:t>
        <w:br/>
        <w:t>【答案】ABCD</w:t>
      </w:r>
    </w:p>
    <w:p>
      <w:r>
        <w:t>54. 生命体征包括</w:t>
        <w:br/>
        <w:t>A.体  B.温  C.|  D.脉</w:t>
        <w:br/>
        <w:t>【答案】ABCD  54. 生命体征包括</w:t>
        <w:br/>
        <w:t>A.体  B.温  C.|  D.脉</w:t>
        <w:br/>
        <w:t>【答案】ABCD</w:t>
      </w:r>
    </w:p>
    <w:p>
      <w:r>
        <w:t>55. 护理记录单的内容包括</w:t>
        <w:br/>
        <w:t>A.病  B.情  C.变  D.化</w:t>
        <w:br/>
        <w:t>【答案】ABCD  55. 护理记录单的内容包括</w:t>
        <w:br/>
        <w:t>A.病  B.情  C.变  D.化</w:t>
        <w:br/>
        <w:t>【答案】ABCD</w:t>
      </w:r>
    </w:p>
    <w:p>
      <w:r>
        <w:t>56. 隔离的种类包括</w:t>
        <w:br/>
        <w:t>A.接  B.触  C.隔  D.离</w:t>
        <w:br/>
        <w:t>【答案】ABCD  56. 隔离的种类包括</w:t>
        <w:br/>
        <w:t>A.接  B.触  C.隔  D.离</w:t>
        <w:br/>
        <w:t>【答案】ABCD</w:t>
      </w:r>
    </w:p>
    <w:p>
      <w:r>
        <w:t>57. 口服给药注意事项包括</w:t>
        <w:br/>
        <w:t>A.按  B.时  C.给  D.药</w:t>
        <w:br/>
        <w:t>【答案】ABCD  57. 口服给药注意事项包括</w:t>
        <w:br/>
        <w:t>A.按  B.时  C.给  D.药</w:t>
        <w:br/>
        <w:t>【答案】ABCD</w:t>
      </w:r>
    </w:p>
    <w:p>
      <w:r>
        <w:t>58. 急救物品的“五定”包括</w:t>
        <w:br/>
        <w:t>A.定  B.数  C.量  D.|</w:t>
        <w:br/>
        <w:t>【答案】ABCD  58. 急救物品的“五定”包括</w:t>
        <w:br/>
        <w:t>A.定  B.数  C.量  D.|</w:t>
        <w:br/>
        <w:t>【答案】ABCD</w:t>
      </w:r>
    </w:p>
    <w:p>
      <w:r>
        <w:t>59. 医院感染的传播途径包括</w:t>
        <w:br/>
        <w:t>A.接  B.触  C.传  D.播</w:t>
        <w:br/>
        <w:t>【答案】ABCD  59. 医院感染的传播途径包括</w:t>
        <w:br/>
        <w:t>A.接  B.触  C.传  D.播</w:t>
        <w:br/>
        <w:t>【答案】ABCD</w:t>
      </w:r>
    </w:p>
    <w:p>
      <w:r>
        <w:t>60. 无菌技术操作原则包括</w:t>
        <w:br/>
        <w:t>A.环  B.境  C.清  D.洁</w:t>
        <w:br/>
        <w:t>【答案】ABCD  60. 无菌技术操作原则包括</w:t>
        <w:br/>
        <w:t>A.环  B.境  C.清  D.洁</w:t>
        <w:br/>
        <w:t>【答案】ABCD</w:t>
      </w:r>
    </w:p>
    <w:p>
      <w:r>
        <w:t>61. 输液反应的类型包括</w:t>
        <w:br/>
        <w:t>A.发  B.热  C.反  D.应</w:t>
        <w:br/>
        <w:t>【答案】ABCD  61. 输液反应的类型包括</w:t>
        <w:br/>
        <w:t>A.发  B.热  C.反  D.应</w:t>
        <w:br/>
        <w:t>【答案】ABCD</w:t>
      </w:r>
    </w:p>
    <w:p>
      <w:r>
        <w:t>62. 生命体征包括</w:t>
        <w:br/>
        <w:t>A.体  B.温  C.|  D.脉</w:t>
        <w:br/>
        <w:t>【答案】ABCD  62. 生命体征包括</w:t>
        <w:br/>
        <w:t>A.体  B.温  C.|  D.脉</w:t>
        <w:br/>
        <w:t>【答案】ABCD</w:t>
      </w:r>
    </w:p>
    <w:p>
      <w:r>
        <w:t>63. 护理记录单的内容包括</w:t>
        <w:br/>
        <w:t>A.病  B.情  C.变  D.化</w:t>
        <w:br/>
        <w:t>【答案】ABCD  63. 护理记录单的内容包括</w:t>
        <w:br/>
        <w:t>A.病  B.情  C.变  D.化</w:t>
        <w:br/>
        <w:t>【答案】ABCD</w:t>
      </w:r>
    </w:p>
    <w:p>
      <w:r>
        <w:t>64. 隔离的种类包括</w:t>
        <w:br/>
        <w:t>A.接  B.触  C.隔  D.离</w:t>
        <w:br/>
        <w:t>【答案】ABCD  64. 隔离的种类包括</w:t>
        <w:br/>
        <w:t>A.接  B.触  C.隔  D.离</w:t>
        <w:br/>
        <w:t>【答案】ABCD</w:t>
      </w:r>
    </w:p>
    <w:p>
      <w:r>
        <w:t>65. 口服给药注意事项包括</w:t>
        <w:br/>
        <w:t>A.按  B.时  C.给  D.药</w:t>
        <w:br/>
        <w:t>【答案】ABCD  65. 口服给药注意事项包括</w:t>
        <w:br/>
        <w:t>A.按  B.时  C.给  D.药</w:t>
        <w:br/>
        <w:t>【答案】ABCD</w:t>
      </w:r>
    </w:p>
    <w:p>
      <w:r>
        <w:t>66. 急救物品的“五定”包括</w:t>
        <w:br/>
        <w:t>A.定  B.数  C.量  D.|</w:t>
        <w:br/>
        <w:t>【答案】ABCD  66. 急救物品的“五定”包括</w:t>
        <w:br/>
        <w:t>A.定  B.数  C.量  D.|</w:t>
        <w:br/>
        <w:t>【答案】ABCD</w:t>
      </w:r>
    </w:p>
    <w:p>
      <w:r>
        <w:t>67. 医院感染的传播途径包括</w:t>
        <w:br/>
        <w:t>A.接  B.触  C.传  D.播</w:t>
        <w:br/>
        <w:t>【答案】ABCD  67. 医院感染的传播途径包括</w:t>
        <w:br/>
        <w:t>A.接  B.触  C.传  D.播</w:t>
        <w:br/>
        <w:t>【答案】ABCD</w:t>
      </w:r>
    </w:p>
    <w:p>
      <w:r>
        <w:t>68. 无菌技术操作原则包括</w:t>
        <w:br/>
        <w:t>A.环  B.境  C.清  D.洁</w:t>
        <w:br/>
        <w:t>【答案】ABCD  68. 无菌技术操作原则包括</w:t>
        <w:br/>
        <w:t>A.环  B.境  C.清  D.洁</w:t>
        <w:br/>
        <w:t>【答案】ABCD</w:t>
      </w:r>
    </w:p>
    <w:p>
      <w:r>
        <w:t>69. 输液反应的类型包括</w:t>
        <w:br/>
        <w:t>A.发  B.热  C.反  D.应</w:t>
        <w:br/>
        <w:t>【答案】ABCD  69. 输液反应的类型包括</w:t>
        <w:br/>
        <w:t>A.发  B.热  C.反  D.应</w:t>
        <w:br/>
        <w:t>【答案】ABCD</w:t>
      </w:r>
    </w:p>
    <w:p>
      <w:r>
        <w:t>70. 生命体征包括</w:t>
        <w:br/>
        <w:t>A.体  B.温  C.|  D.脉</w:t>
        <w:br/>
        <w:t>【答案】ABCD  70. 生命体征包括</w:t>
        <w:br/>
        <w:t>A.体  B.温  C.|  D.脉</w:t>
        <w:br/>
        <w:t>【答案】ABCD</w:t>
      </w:r>
    </w:p>
    <w:p>
      <w:r>
        <w:t>【三、判断题（每题1分，共20分）】</w:t>
      </w:r>
    </w:p>
    <w:p>
      <w:r>
        <w:t>71. 护士执业注册后可以终身执业  71. 护士执业注册后可以终身执业。（对/错）</w:t>
        <w:br/>
        <w:t>【答案】错</w:t>
      </w:r>
    </w:p>
    <w:p>
      <w:r>
        <w:t>72. 输液时可以先输抗生素再加药  72. 输液时可以先输抗生素再加药。（对/错）</w:t>
        <w:br/>
        <w:t>【答案】错</w:t>
      </w:r>
    </w:p>
    <w:p>
      <w:r>
        <w:t>73. 无菌物品超过有效期不得使用  73. 无菌物品超过有效期不得使用。（对/错）</w:t>
        <w:br/>
        <w:t>【答案】对</w:t>
      </w:r>
    </w:p>
    <w:p>
      <w:r>
        <w:t>74. 生命体征是体温、脉搏、呼吸、血压四项  74. 生命体征是体温、脉搏、呼吸、血压四项。（对/错）</w:t>
        <w:br/>
        <w:t>【答案】对</w:t>
      </w:r>
    </w:p>
    <w:p>
      <w:r>
        <w:t>75. 鼻饲后应保持卧位30分钟以上  75. 鼻饲后应保持卧位30分钟以上。（对/错）</w:t>
        <w:br/>
        <w:t>【答案】对</w:t>
      </w:r>
    </w:p>
    <w:p>
      <w:r>
        <w:t>76. 手卫生是预防医院感染最简单有效的措施  76. 手卫生是预防医院感染最简单有效的措施。（对/错）</w:t>
        <w:br/>
        <w:t>【答案】对</w:t>
      </w:r>
    </w:p>
    <w:p>
      <w:r>
        <w:t>77. 患者的隐私可以不经同意告知家属  77. 患者的隐私可以不经同意告知家属。（对/错）</w:t>
        <w:br/>
        <w:t>【答案】错</w:t>
      </w:r>
    </w:p>
    <w:p>
      <w:r>
        <w:t>78. 分级护理分为特级和一至四级  78. 分级护理分为特级和一至四级。（对/错）</w:t>
        <w:br/>
        <w:t>【答案】对</w:t>
      </w:r>
    </w:p>
    <w:p>
      <w:r>
        <w:t>79. 护士执业注册后可以终身执业  79. 护士执业注册后可以终身执业。（对/错）</w:t>
        <w:br/>
        <w:t>【答案】错</w:t>
      </w:r>
    </w:p>
    <w:p>
      <w:r>
        <w:t>80. 输液时可以先输抗生素再加药  80. 输液时可以先输抗生素再加药。（对/错）</w:t>
        <w:br/>
        <w:t>【答案】错</w:t>
      </w:r>
    </w:p>
    <w:p>
      <w:r>
        <w:t>81. 无菌物品超过有效期不得使用  81. 无菌物品超过有效期不得使用。（对/错）</w:t>
        <w:br/>
        <w:t>【答案】对</w:t>
      </w:r>
    </w:p>
    <w:p>
      <w:r>
        <w:t>82. 生命体征是体温、脉搏、呼吸、血压四项  82. 生命体征是体温、脉搏、呼吸、血压四项。（对/错）</w:t>
        <w:br/>
        <w:t>【答案】对</w:t>
      </w:r>
    </w:p>
    <w:p>
      <w:r>
        <w:t>83. 鼻饲后应保持卧位30分钟以上  83. 鼻饲后应保持卧位30分钟以上。（对/错）</w:t>
        <w:br/>
        <w:t>【答案】对</w:t>
      </w:r>
    </w:p>
    <w:p>
      <w:r>
        <w:t>84. 手卫生是预防医院感染最简单有效的措施  84. 手卫生是预防医院感染最简单有效的措施。（对/错）</w:t>
        <w:br/>
        <w:t>【答案】对</w:t>
      </w:r>
    </w:p>
    <w:p>
      <w:r>
        <w:t>85. 患者的隐私可以不经同意告知家属  85. 患者的隐私可以不经同意告知家属。（对/错）</w:t>
        <w:br/>
        <w:t>【答案】错</w:t>
      </w:r>
    </w:p>
    <w:p>
      <w:r>
        <w:t>86. 分级护理分为特级和一至四级  86. 分级护理分为特级和一至四级。（对/错）</w:t>
        <w:br/>
        <w:t>【答案】对</w:t>
      </w:r>
    </w:p>
    <w:p>
      <w:r>
        <w:t>87. 护士执业注册后可以终身执业  87. 护士执业注册后可以终身执业。（对/错）</w:t>
        <w:br/>
        <w:t>【答案】错</w:t>
      </w:r>
    </w:p>
    <w:p>
      <w:r>
        <w:t>88. 输液时可以先输抗生素再加药  88. 输液时可以先输抗生素再加药。（对/错）</w:t>
        <w:br/>
        <w:t>【答案】错</w:t>
      </w:r>
    </w:p>
    <w:p>
      <w:r>
        <w:t>89. 无菌物品超过有效期不得使用  89. 无菌物品超过有效期不得使用。（对/错）</w:t>
        <w:br/>
        <w:t>【答案】对</w:t>
      </w:r>
    </w:p>
    <w:p>
      <w:r>
        <w:t>90. 生命体征是体温、脉搏、呼吸、血压四项  90. 生命体征是体温、脉搏、呼吸、血压四项。（对/错）</w:t>
        <w:br/>
        <w:t>【答案】对</w:t>
      </w:r>
    </w:p>
    <w:p>
      <w:r>
        <w:t>【四、简答题（每题3分，共30分）】</w:t>
      </w:r>
    </w:p>
    <w:p>
      <w:r>
        <w:t>91. 简述无菌技术操作的基本原则  91. 简述无菌技术操作的基本原则。</w:t>
        <w:br/>
        <w:t>【答案】环境清洁、操作区域无菌、物品无菌、操作人员无菌</w:t>
      </w:r>
    </w:p>
    <w:p>
      <w:r>
        <w:t>92. 心肺复苏的基本步骤是什么？</w:t>
        <w:br/>
        <w:t>【答案】评估环境、判断意识、呼救、胸外按压、开放气道、人工呼吸  92. 心肺复苏的基本步骤是什么？</w:t>
        <w:br/>
        <w:t>【答案】评估环境、判断意识、呼救、胸外按压、开放气道、人工呼吸</w:t>
      </w:r>
    </w:p>
    <w:p>
      <w:r>
        <w:t>93. 静脉输液发生发热反应如何处理？</w:t>
        <w:br/>
        <w:t>【答案】减慢滴速或停止输液、保暖、报告医生、对症处理  93. 静脉输液发生发热反应如何处理？</w:t>
        <w:br/>
        <w:t>【答案】减慢滴速或停止输液、保暖、报告医生、对症处理</w:t>
      </w:r>
    </w:p>
    <w:p>
      <w:r>
        <w:t>94. 简述压疮的预防措施  94. 简述压疮的预防措施。</w:t>
        <w:br/>
        <w:t>【答案】避免局部长期受压、保持皮肤清洁干燥、加强营养、定时翻身</w:t>
      </w:r>
    </w:p>
    <w:p>
      <w:r>
        <w:t>95. 简述无菌技术操作的基本原则  95. 简述无菌技术操作的基本原则。</w:t>
        <w:br/>
        <w:t>【答案】环境清洁、操作区域无菌、物品无菌、操作人员无菌</w:t>
      </w:r>
    </w:p>
    <w:p>
      <w:r>
        <w:t>96. 心肺复苏的基本步骤是什么？</w:t>
        <w:br/>
        <w:t>【答案】评估环境、判断意识、呼救、胸外按压、开放气道、人工呼吸  96. 心肺复苏的基本步骤是什么？</w:t>
        <w:br/>
        <w:t>【答案】评估环境、判断意识、呼救、胸外按压、开放气道、人工呼吸</w:t>
      </w:r>
    </w:p>
    <w:p>
      <w:r>
        <w:t>97. 静脉输液发生发热反应如何处理？</w:t>
        <w:br/>
        <w:t>【答案】减慢滴速或停止输液、保暖、报告医生、对症处理  97. 静脉输液发生发热反应如何处理？</w:t>
        <w:br/>
        <w:t>【答案】减慢滴速或停止输液、保暖、报告医生、对症处理</w:t>
      </w:r>
    </w:p>
    <w:p>
      <w:r>
        <w:t>98. 简述压疮的预防措施  98. 简述压疮的预防措施。</w:t>
        <w:br/>
        <w:t>【答案】避免局部长期受压、保持皮肤清洁干燥、加强营养、定时翻身</w:t>
      </w:r>
    </w:p>
    <w:p>
      <w:r>
        <w:t>99. 简述无菌技术操作的基本原则  99. 简述无菌技术操作的基本原则。</w:t>
        <w:br/>
        <w:t>【答案】环境清洁、操作区域无菌、物品无菌、操作人员无菌</w:t>
      </w:r>
    </w:p>
    <w:p>
      <w:r>
        <w:t>100. 心肺复苏的基本步骤是什么？</w:t>
        <w:br/>
        <w:t>【答案】评估环境、判断意识、呼救、胸外按压、开放气道、人工呼吸  100. 心肺复苏的基本步骤是什么？</w:t>
        <w:br/>
        <w:t>【答案】评估环境、判断意识、呼救、胸外按压、开放气道、人工呼吸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