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护士个人年度总结范文（2026年度）</w:t>
      </w:r>
    </w:p>
    <w:p>
      <w:r>
        <w:t>医护工作者年底写总结最头疼：专业性强、还得体现护理质量！小编整理了一份护士个人年度总结范文，临床护士直接用。</w:t>
      </w:r>
    </w:p>
    <w:p>
      <w:r>
        <w:t>亮点：①护理工作总结的独特结构；②数据化表达模板；③职称晋升相关的表述技巧。网页是预览版，下载Word完整版可编辑。? 免费下载Word完整版（可直接打印编辑）</w:t>
      </w:r>
    </w:p>
    <w:p>
      <w:pPr>
        <w:pStyle w:val="Heading1"/>
      </w:pPr>
      <w:r>
        <w:t>2026年度护士个人总结</w:t>
      </w:r>
    </w:p>
    <w:p>
      <w:r>
        <w:t>【前言】2026年，在护士长和同事们的关心指导下，我严格遵守医院各项规章制度，认真履行护士职责，较好地完成了护理工作任务。</w:t>
      </w:r>
    </w:p>
    <w:p>
      <w:pPr>
        <w:pStyle w:val="Heading1"/>
      </w:pPr>
      <w:r>
        <w:t>一、思想政治与职业道德</w:t>
      </w:r>
    </w:p>
    <w:p>
      <w:r>
        <w:t>坚持以患者为中心，遵守护理职业道德，做到爱岗敬业、恪尽职守，全年无护理纠纷、无投诉。</w:t>
      </w:r>
    </w:p>
    <w:p>
      <w:pPr>
        <w:pStyle w:val="Heading1"/>
      </w:pPr>
      <w:r>
        <w:t>二、护理业务工作</w:t>
      </w:r>
    </w:p>
    <w:p>
      <w:r>
        <w:t>1. 全年完成护理操作____人次，护理文书书写合格率____%；</w:t>
      </w:r>
    </w:p>
    <w:p>
      <w:r>
        <w:t>2. 参与危重患者抢救____次，配合医生完成各项治疗护理；</w:t>
      </w:r>
    </w:p>
    <w:p>
      <w:r>
        <w:t>3. 积极参加业务学习____次，完成继续教育学分____分；</w:t>
      </w:r>
    </w:p>
    <w:p>
      <w:r>
        <w:t>4. 认真做好健康宣教，患者满意度达____%。</w:t>
      </w:r>
    </w:p>
    <w:p>
      <w:r>
        <w:t>（替换成你自己的数据）</w:t>
      </w:r>
    </w:p>
    <w:p>
      <w:pPr>
        <w:pStyle w:val="Heading1"/>
      </w:pPr>
      <w:r>
        <w:t>三、存在不足</w:t>
      </w:r>
    </w:p>
    <w:p>
      <w:r>
        <w:t>护理操作技能还需进一步熟练，应急处理能力有待提高，与患者的沟通技巧需要加强。</w:t>
      </w:r>
    </w:p>
    <w:p>
      <w:pPr>
        <w:pStyle w:val="Heading1"/>
      </w:pPr>
      <w:r>
        <w:t>四、明年计划</w:t>
      </w:r>
    </w:p>
    <w:p>
      <w:r>
        <w:t>加强专科护理知识学习，争取参加____培训；提升静脉穿刺等操作技能；以更细心的服务赢得患者信任。完整范文见Word版。?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