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应届生求职简历模板+面试自我介绍范例（可直接用）</w:t>
      </w:r>
    </w:p>
    <w:p>
      <w:r>
        <w:t>应届生求职简历模板</w:t>
      </w:r>
    </w:p>
    <w:p>
      <w:r>
        <w:t>个人简历：姓名：___ 性别：___ 出生年月：___ 学历：___ 专业：___ 手机：___ 邮箱：___ 求职意向：___</w:t>
      </w:r>
    </w:p>
    <w:p>
      <w:r>
        <w:t>一、教育背景：___年___月至___年___月，___大学，___专业，本科/硕士。主修课程：___、___、___。成绩排名：前___%。</w:t>
      </w:r>
    </w:p>
    <w:p>
      <w:r>
        <w:t>二、实习经历：___年___月至___年___月，___公司，___岗位实习生。工作内容：1.___；2.___；3.___。取得成果：___（量化数据）。</w:t>
      </w:r>
    </w:p>
    <w:p>
      <w:r>
        <w:t>三、校园经历：___年，担任___（学生干部职务/社团职务），组织___活动，参与人数___，获得___好评。</w:t>
      </w:r>
    </w:p>
    <w:p>
      <w:r>
        <w:t>四、技能证书：1.大学英语四级/六级（___分）；2.计算机等级考试___级；3.___职业资格证书；4.熟练使用___软件。</w:t>
      </w:r>
    </w:p>
    <w:p>
      <w:r>
        <w:t>五、自我评价：1.学习能力强：大学期间系统学习___，自学___；2.责任心强：担任___期间，坚持___；3.团队协作：参与___项目，与团队配合完成___。</w:t>
      </w:r>
    </w:p>
    <w:p>
      <w:r>
        <w:t>六、面试自我介绍范例（1分钟版）：各位面试官好！我叫___，是___大学___专业应届毕业生。大学期间，我系统学习了___专业课程，并在___公司实习___个月，主要负责___工作，学会了___。在校期间，我担任___，组织过___活动，锻炼了我的沟通和组织能力。我性格踏实、学习能力强，非常渴望加入贵公司，希望有机会在___岗位上发挥我的价值。谢谢！</w:t>
      </w:r>
    </w:p>
    <w:p>
      <w:r>
        <w:t>七、面试高频问题及回答思路：1.请做自我介绍（1分钟：背景+经历+亮点+意向）；2.你为什么选择我们公司（提前了解公司业务+文化）；3.你的优缺点（优点2个+缺点1个但要说改进措施）；4.你期望薪资（了解行情+合理范围）；5.你还有什么问题吗（问岗位发展/培训体系，不要问薪资福利）。</w:t>
      </w:r>
    </w:p>
    <w:p>
      <w:r>
        <w:t>八、简历制作注意事项：一页以内；用数据说话；针对岗位定制（别用一份简历海投）；不要有错别字；文件名规范（姓名+应聘岗位）。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