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求职简历模板（有工作经验版·业绩导向）</w:t>
      </w:r>
    </w:p>
    <w:p>
      <w:pPr>
        <w:jc w:val="center"/>
      </w:pPr>
      <w:r>
        <w:t>（范文模板，可直接参考使用）</w:t>
      </w:r>
    </w:p>
    <w:p/>
    <w:p>
      <w:r>
        <w:t>求职简历（社会招聘·有工作经验版）</w:t>
      </w:r>
    </w:p>
    <w:p>
      <w:r>
        <w:t>一、基本信息。姓名：XXX；性别：X；出生年月：XXXX年X月；籍贯：XX省XX市；现居住地：XX市XX区；联系电话：XXXXXXXXXXX；电子邮箱：XXXXX@XX.com；求职意向：XX岗位（如销售经理、运营主管、财务专员等）；期望薪资：XK-XK元/月（可面议）。</w:t>
      </w:r>
    </w:p>
    <w:p>
      <w:r>
        <w:t>二、工作经历（倒序排列，突出最近一段）。1.XXXX年X月—至今，就职于XX公司，任XX岗位。主要职责：负责XX区域的XX业务，管理XX人团队；主导XX项目，实现XX指标提升X%。主要业绩：任职期间，所负责业务年度销售额从X万元增长至X万元，增长X%；带领团队获得公司“XX”奖项X次；优化XX流程，将XX环节效率提升X%。2.XXXX年X月—XXXX年X月，就职于XX公司，任XX岗位。主要职责：负责XX工作，独立处理XX事项X项/月。主要业绩：参与XX项目，该项目为公司带来XX收益；多次获评月度“优秀员工”。</w:t>
      </w:r>
    </w:p>
    <w:p>
      <w:r>
        <w:t>三、项目经验（如有重点项目可单独说明）。项目名称：XX项目；项目时间：XXXX年X月—XXXX年X月；项目角色：项目负责人（核心成员）；项目描述：该项目旨在XX，预算X万元，涉及XX、XX等多个环节；个人贡献：负责XX模块的方案设计与执行，协调X个部门资源，确保项目按期交付；项目成果：项目上线后XX指标提升X%，获客户认可。</w:t>
      </w:r>
    </w:p>
    <w:p>
      <w:r>
        <w:t>四、教育背景。XXXX年X月—XXXX年X月，就读于XX大学XX学院XX专业。学历：本科（专科、硕士）。</w:t>
      </w:r>
    </w:p>
    <w:p>
      <w:r>
        <w:t>五、专业技能与证书。1.熟练掌握XX、XX等专业工具；2.具备XX证书（执业资格）；3.其他：驾驶C1驾照、XX等。</w:t>
      </w:r>
    </w:p>
    <w:p>
      <w:r>
        <w:t>六、自我评价。本人有X年XX行业从业经验，熟悉XX业务全流程，具备较强的执行力和抗压能力。过往工作中养成了“结果导向”的工作习惯，善于在复杂局面中理清头绪、推动问题解决。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