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应届生简历模板+面试自我介绍范文（可直接套用）</w:t>
      </w:r>
    </w:p>
    <w:p>
      <w:r>
        <w:t>秋招季来了，简历和自我介绍是拿offer的第一关！小编整理了应届生简历模板和面试自我介绍范文，照着填就行。</w:t>
      </w:r>
    </w:p>
    <w:p>
      <w:r>
        <w:t>亮点：①简历分模块模板（基本信息、教育经历、实习经历、技能证书、自我评价）；②自我介绍3个版本（1分钟/3分钟/英文）；③HR筛选简历的5个关注点。网页是预览版，下载Word完整版可直接编辑。? 免费下载Word完整版（可直接打印编辑）</w:t>
      </w:r>
    </w:p>
    <w:p>
      <w:pPr>
        <w:pStyle w:val="Heading1"/>
      </w:pPr>
      <w:r>
        <w:t>简历模板结构</w:t>
      </w:r>
    </w:p>
    <w:p>
      <w:r>
        <w:t>【基本信息】姓名/电话/邮箱/求职意向</w:t>
      </w:r>
    </w:p>
    <w:p>
      <w:r>
        <w:t>【教育经历】学校/专业/起止时间/主修课程</w:t>
      </w:r>
    </w:p>
    <w:p>
      <w:r>
        <w:t>【实习经历】公司/岗位/时间/工作内容+成果（量化！）</w:t>
      </w:r>
    </w:p>
    <w:p>
      <w:r>
        <w:t>【技能证书】英语、计算机、专业技能</w:t>
      </w:r>
    </w:p>
    <w:p>
      <w:r>
        <w:t>【自我评价】3句话：性格+能力+态度</w:t>
      </w:r>
    </w:p>
    <w:p>
      <w:pPr>
        <w:pStyle w:val="Heading1"/>
      </w:pPr>
      <w:r>
        <w:t>面试自我介绍（1分钟版）</w:t>
      </w:r>
    </w:p>
    <w:p>
      <w:r>
        <w:t>各位面试官好，我叫____，毕业于____大学____专业。在校期间，我担任____，组织过____活动；实习期间，我在____公司____岗位，负责____，取得了____的成绩。我的优点是____。希望能加入贵公司，谢谢！</w:t>
      </w:r>
    </w:p>
    <w:p>
      <w:pPr>
        <w:pStyle w:val="Heading1"/>
      </w:pPr>
      <w:r>
        <w:t>HR最关注的5点</w:t>
      </w:r>
    </w:p>
    <w:p>
      <w:r>
        <w:t>①简历匹配度（关键词是否和岗位JD对应）②实习经历含金量 ③数据化成果 ④稳定性（跳槽频率）⑤细节（错别字、照片、排版）? Word完整版含英文自我介绍和更多模板。?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