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应届生求职简历模板（通用版·可直接填）</w:t>
      </w:r>
    </w:p>
    <w:p>
      <w:pPr>
        <w:jc w:val="center"/>
      </w:pPr>
      <w:r>
        <w:t>（范文模板，可直接参考使用）</w:t>
      </w:r>
    </w:p>
    <w:p/>
    <w:p>
      <w:r>
        <w:t>求职简历（应届毕业生通用版）</w:t>
      </w:r>
    </w:p>
    <w:p>
      <w:r>
        <w:t>一、基本信息。姓名：XXX；性别：X；出生年月：XXXX年X月；籍贯：XX省XX市；政治面貌：中共党员（共青团员）；联系电话：XXXXXXXXXXX；电子邮箱：XXXXX@XX.com；求职意向：XX岗位（如会计、行政专员、技术工程师等）。</w:t>
      </w:r>
    </w:p>
    <w:p>
      <w:r>
        <w:t>二、教育背景。XXXX年X月—XXXX年X月，就读于XX大学XX学院XX专业，本科学历，学士学位。主修课程：XX、XX、XX、XX。在校期间综合成绩排名班级前X%，获得XX奖学金X次。</w:t>
      </w:r>
    </w:p>
    <w:p>
      <w:r>
        <w:t>三、实习实践经历。1.XXXX年X月—XXXX年X月，在XX公司XX部门实习，主要工作：协助完成XX项目的数据整理与录入，独立负责XX报表的编制，参与客户资料归档工作。通过实习，熟悉了XX工作流程，提升了沟通协作能力。2.XXXX年X月—XXXX年X月，参加XX志愿活动（或社团、学生会工作），担任XX职务，组织策划了XX活动，参与人数X人，锻炼了组织协调能力。</w:t>
      </w:r>
    </w:p>
    <w:p>
      <w:r>
        <w:t>四、专业技能与证书。1.英语：通过大学英语四级（六级）考试，具备良好的听说读写能力；2.计算机：熟练掌握Office办公软件（Word/Excel/PPT），会使用XX软件（如Photoshop、Python等）；3.证书：取得XX证书（如会计从业资格、普通话二级甲等、教师资格证等）。</w:t>
      </w:r>
    </w:p>
    <w:p>
      <w:r>
        <w:t>五、自我评价。本人性格踏实认真，责任心强，具备较强的学习能力和团队合作精神。对待工作细致耐心，能够吃苦耐劳，愿意从基层做起，与公司共同成长。</w:t>
      </w:r>
    </w:p>
    <w:p>
      <w:r>
        <w:t>六、求职寄语。非常感谢您在百忙之中查阅我的简历。如果有机会加入贵公司，我将以最大的热情和努力投入工作，用行动证明自己的价值。期待与您进一步交流！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