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非全日制用工劳动合同范本（兼职/小时工用）</w:t>
      </w:r>
    </w:p>
    <w:p>
      <w:r>
        <w:t>非全日制用工劳动合同</w:t>
      </w:r>
    </w:p>
    <w:p>
      <w:r>
        <w:t>甲方（用人单位）：__ 乙方（劳动者）：__ 身份证号：__</w:t>
      </w:r>
    </w:p>
    <w:p>
      <w:r>
        <w:t>根据《中华人民共和国劳动法》《中华人民共和国劳动合同法》及有关规定，甲乙双方经平等协商，就非全日制用工事宜订立本合同。</w:t>
      </w:r>
    </w:p>
    <w:p>
      <w:r>
        <w:t>第一条 工作内容：乙方同意在甲方从事__工作，工作地点__。甲方可根据工作需要合理调整乙方的工作时间和任务。</w:t>
      </w:r>
    </w:p>
    <w:p>
      <w:r>
        <w:t>第二条 工作时间：乙方每日工作不超过4小时，每周累计工作不超过24小时。超过部分按加班费标准支付报酬。</w:t>
      </w:r>
    </w:p>
    <w:p>
      <w:r>
        <w:t>第三条 劳动报酬：乙方的工资按小时计算，每小时__元，甲方以货币形式按月（或按约定周期）支付，不得低于当地最低小时工资标准。</w:t>
      </w:r>
    </w:p>
    <w:p>
      <w:r>
        <w:t>第四条 社会保险：甲方按规定为乙方缴纳工伤保险；其他社会保险由乙方自行缴纳（或按当地政策由甲方办理）。</w:t>
      </w:r>
    </w:p>
    <w:p>
      <w:r>
        <w:t>第五条 劳动保护：甲方为乙方提供必要的劳动条件和劳动保护，保障乙方劳动安全卫生。</w:t>
      </w:r>
    </w:p>
    <w:p>
      <w:r>
        <w:t>第六条 合同终止：双方任何一方可以随时通知对方终止用工，无需支付经济补偿金，但应当结清乙方已经付出的劳动报酬。</w:t>
      </w:r>
    </w:p>
    <w:p>
      <w:r>
        <w:t>第七条 保密条款：乙方在工作期间知悉的甲方商业秘密应予保密，不得泄露或用于自身利益。</w:t>
      </w:r>
    </w:p>
    <w:p>
      <w:r>
        <w:t>第八条 争议处理：因履行本合同发生争议，双方协商不成的，可向劳动争议仲裁委员会申请仲裁。</w:t>
      </w:r>
    </w:p>
    <w:p>
      <w:r>
        <w:t>第九条 本合同自双方签字之日起生效，一式两份，甲乙双方各执一份。甲方（盖章）：__ 乙方（签字）：__ 日期：__年__月__日</w:t>
      </w:r>
    </w:p>
    <w:p>
      <w:r>
        <w:t>使用说明：以上为完整合同模板，甲方乙方信息留空，请根据实际情况填写后打印签字。合同签字即生效，请仔细阅读每一条款。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