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教师年度个人工作总结范文（教学+德育+教研）</w:t>
      </w:r>
    </w:p>
    <w:p>
      <w:r>
        <w:t>教师年度总结怎么写才规范？小编整理了教师年度个人工作总结范文，从思想政治、教学工作、班级管理、教研科研四个方面展开，适合中小学教师参考。</w:t>
      </w:r>
    </w:p>
    <w:p>
      <w:r>
        <w:t>亮点：①四大板块框架完整；②教学反思写法示范；③量化成果示例（公开课次数、学生成绩提升等）；④可直接修改使用。网页是预览版，下载Word完整版可编辑使用。? 免费下载Word完整版（可直接打印编辑）</w:t>
      </w:r>
    </w:p>
    <w:p>
      <w:pPr>
        <w:pStyle w:val="Heading1"/>
      </w:pPr>
      <w:r>
        <w:t>范文正文（节选）</w:t>
      </w:r>
    </w:p>
    <w:p>
      <w:r>
        <w:t>一、思想政治方面</w:t>
      </w:r>
    </w:p>
    <w:p>
      <w:r>
        <w:t>本人忠诚党的教育事业，认真学习贯彻党的教育方针，积极参加学校组织的政治学习和师德师风教育活动，坚持立德树人，以身作则，为人师表。</w:t>
      </w:r>
    </w:p>
    <w:p>
      <w:r>
        <w:t>二、教学工作方面</w:t>
      </w:r>
    </w:p>
    <w:p>
      <w:r>
        <w:t>本学年承担XX年级XX学科教学工作。认真备课、上课、批改作业，坚持因材施教，关注学困生转化。全年完成课时XX节，参加校内公开课XX次，所带班级学科平均成绩较上学期提升XX分。</w:t>
      </w:r>
    </w:p>
    <w:p>
      <w:r>
        <w:t>三、班级管理方面</w:t>
      </w:r>
    </w:p>
    <w:p>
      <w:r>
        <w:t>注重班风学风建设，建立健全班级管理制度，组织开展主题班会XX次，家访XX次，所带班级获评校级“文明班级”。</w:t>
      </w:r>
    </w:p>
    <w:p>
      <w:r>
        <w:t>四、教研科研方面</w:t>
      </w:r>
    </w:p>
    <w:p>
      <w:r>
        <w:t>积极参加教研组集体备课和听评课活动，撰写教学反思XX篇，参与校级课题《XX》的研究工作。</w:t>
      </w:r>
    </w:p>
    <w:p>
      <w:r>
        <w:t>五、不足与努力方向</w:t>
      </w:r>
    </w:p>
    <w:p>
      <w:r>
        <w:t>信息化教学手段运用不够熟练，教科研能力有待提升。今后将加强学习，争取在教学方法改革和课题研究上取得新突破。? 使用提示：替换“XX”为实际数据；班主任和非班主任老师可删改班级管理部分。完整版见Word。?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