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教师学期教学工作总结范文（教学+反思+改进）</w:t>
      </w:r>
    </w:p>
    <w:p>
      <w:r>
        <w:t>学期结束要交教学工作总结，怎么写才有水平？小编整理了教师学期教学工作总结范文，从教学常规、教学方法、教学效果、反思改进四方面展开。</w:t>
      </w:r>
    </w:p>
    <w:p>
      <w:r>
        <w:t>亮点：①四部分结构完整；②教学反思写法示范；③学生成绩和课堂改革成果量化示例；④Word版可直接修改。网页是预览版，下载Word完整版可编辑使用。? 免费下载Word完整版（可直接打印编辑）</w:t>
      </w:r>
    </w:p>
    <w:p>
      <w:pPr>
        <w:pStyle w:val="Heading1"/>
      </w:pPr>
      <w:r>
        <w:t>教学工作总结范文（节选）</w:t>
      </w:r>
    </w:p>
    <w:p>
      <w:r>
        <w:t>本学期，我承担XX年级XX学科教学工作。一学期以来，在学校领导和教研组的指导下，我认真履行岗位职责，较好地完成了教学任务。现将工作总结如下：</w:t>
      </w:r>
    </w:p>
    <w:p>
      <w:r>
        <w:t>一、教学常规落实</w:t>
      </w:r>
    </w:p>
    <w:p>
      <w:r>
        <w:t>坚持课前认真备课，深研教材课标，结合学情设计教学方案；认真批改作业，及时反馈订正；积极参加教研组集体备课X次，听评课X节。</w:t>
      </w:r>
    </w:p>
    <w:p>
      <w:r>
        <w:t>二、教学方法探索</w:t>
      </w:r>
    </w:p>
    <w:p>
      <w:r>
        <w:t>注重激发学生学习兴趣，运用情境教学、小组合作等方式提高课堂效率；针对学困生建立帮扶档案，利用课余时间个别辅导X人次；本班学科平均分较上学期提升X分，及格率提升X个百分点。</w:t>
      </w:r>
    </w:p>
    <w:p>
      <w:r>
        <w:t>三、教学反思</w:t>
      </w:r>
    </w:p>
    <w:p>
      <w:r>
        <w:t>反思本学期教学，存在课堂时间分配不够合理、分层教学落实不到位等问题。</w:t>
      </w:r>
    </w:p>
    <w:p>
      <w:r>
        <w:t>四、下学期改进方向</w:t>
      </w:r>
    </w:p>
    <w:p>
      <w:r>
        <w:t>一是加强新课标学习，更新教学理念；二是优化课堂设计，提高学生参与度；三是完善分层作业，满足不同层次学生需求。</w:t>
      </w:r>
    </w:p>
    <w:p>
      <w:r>
        <w:t>教学之路任重道远，我将不断学习、不断改进，努力提升教学质量。? 写作要点：①数据量化教学成果；②反思真实具体；③改进措施有针对性。完整版见Word。?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