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9661"/>
        </w:rPr>
        <w:t>教师招聘考试·教育综合知识模拟试卷（100题完整版）：教育学+心理学+教育法规</w:t>
      </w:r>
    </w:p>
    <w:p>
      <w:pPr>
        <w:pStyle w:val="Heading1"/>
      </w:pPr>
      <w:r>
        <w:t>一、考试通知（真实信息）</w:t>
      </w:r>
    </w:p>
    <w:p>
      <w:r>
        <w:t>全国教师招聘（含特岗教师）全年多批次：各地春季（2-5月）、秋季（8-11月）集中招聘，特岗教师一般5-7月报名。</w:t>
      </w:r>
    </w:p>
    <w:p>
      <w:r>
        <w:t>考试科目：教育综合知识（教育学、心理学、教育法规、教师职业道德）+学科专业知识，各地笔试内容略有差异。</w:t>
      </w:r>
    </w:p>
    <w:p>
      <w:r>
        <w:t>报名入口：各地教育局官网、人事考试网或事业单位招聘平台；应届生与往届生均可报考，需持有（或正在取得）教师资格证。</w:t>
      </w:r>
    </w:p>
    <w:p>
      <w:r>
        <w:t>本卷为模拟真实试卷出题（单选60/多选20/判断20），非官方真题，仅供备考练习。</w:t>
      </w:r>
    </w:p>
    <w:p>
      <w:pPr>
        <w:pStyle w:val="Heading1"/>
      </w:pPr>
      <w:r>
        <w:t>2、单项选择题（60题）</w:t>
      </w:r>
    </w:p>
    <w:p>
      <w:r>
        <w:t>1.【教育学】教育的本质属性是（　）。</w:t>
        <w:br/>
        <w:t>A. 有目的地培养人的社会活动　B. 传递知识　C. 管理学生　D. 考试</w:t>
        <w:br/>
        <w:t>【答案】A　【解析】教育是有目的地培养人的社会实践活动，是其本质属性。</w:t>
      </w:r>
    </w:p>
    <w:p>
      <w:r>
        <w:t>2.【教育学】提出'不愤不启，不悱不发'的教育家是（　）。</w:t>
        <w:br/>
        <w:t>A. 孔子　B. 孟子　C. 荀子　D. 墨子</w:t>
        <w:br/>
        <w:t>【答案】A　【解析】孔子主张启发式教学，'不愤不启，不悱不发'。</w:t>
      </w:r>
    </w:p>
    <w:p>
      <w:r>
        <w:t>3.【教育学】世界上最早的教育专著是（　）。</w:t>
        <w:br/>
        <w:t>A. 《学记》　B. 《论语》　C. 《大教学论》　D. 《理想国》</w:t>
        <w:br/>
        <w:t>【答案】A　【解析】我国《学记》是世界上最早专门论述教育问题的著作。</w:t>
      </w:r>
    </w:p>
    <w:p>
      <w:r>
        <w:t>4.【教育学】《大教学论》的作者是（　）。</w:t>
        <w:br/>
        <w:t>A. 夸美纽斯　B. 赫尔巴特　C. 杜威　D. 卢梭</w:t>
        <w:br/>
        <w:t>【答案】A　【解析】夸美纽斯《大教学论》（1632年）标志着教育学成为独立学科。</w:t>
      </w:r>
    </w:p>
    <w:p>
      <w:r>
        <w:t>5.【教育学】提出'教育即生活''学校即社会'的教育家是（　）。</w:t>
        <w:br/>
        <w:t>A. 杜威　B. 赫尔巴特　C. 洛克　D. 裴斯泰洛齐</w:t>
        <w:br/>
        <w:t>【答案】A　【解析】杜威实用主义教育：教育即生活、学校即社会、从做中学。</w:t>
      </w:r>
    </w:p>
    <w:p>
      <w:r>
        <w:t>6.【教育学】赫尔巴特提出的教学过程阶段不包括（　）。</w:t>
        <w:br/>
        <w:t>A. 明了　B. 联想　C. 系统　D. 实验</w:t>
        <w:br/>
        <w:t>【答案】D　【解析】赫尔巴特四段教学法：明了、联想、系统、方法。</w:t>
      </w:r>
    </w:p>
    <w:p>
      <w:r>
        <w:t>7.【教育学】遗传素质在人的发展中的作用是（　）。</w:t>
        <w:br/>
        <w:t>A. 物质前提　B. 决定作用　C. 主导作用　D. 无作用</w:t>
        <w:br/>
        <w:t>【答案】A　【解析】遗传为发展提供物质前提，环境起重要影响，学校教育起主导作用，个体主观能动性是根本动力。</w:t>
      </w:r>
    </w:p>
    <w:p>
      <w:r>
        <w:t>8.【教育学】学校教育在人的发展中起（　）。</w:t>
        <w:br/>
        <w:t>A. 主导作用　B. 决定作用　C. 辅助作用　D. 基础作用</w:t>
        <w:br/>
        <w:t>【答案】A　【解析】学校教育有目的、有计划、有组织，在个体发展中起主导作用。</w:t>
      </w:r>
    </w:p>
    <w:p>
      <w:r>
        <w:t>9.【教育学】我国教育目的的根本性质是（　）。</w:t>
        <w:br/>
        <w:t>A. 培养社会主义事业的建设者和接班人　B. 高分　C. 升学　D. 就业</w:t>
        <w:br/>
        <w:t>【答案】A　【解析】我国教育目的强调培养德智体美劳全面发展的社会主义建设者和接班人。</w:t>
      </w:r>
    </w:p>
    <w:p>
      <w:r>
        <w:t>10.【教育学】素质教育与应试教育的根本区别在于（　）。</w:t>
        <w:br/>
        <w:t>A. 是否面向全体学生并促进全面发展　B. 是否考试　C. 是否上课　D. 是否有作业</w:t>
        <w:br/>
        <w:t>【答案】A　【解析】素质教育面向全体、全面发展、主动发展；应试教育重分数轻素质。</w:t>
      </w:r>
    </w:p>
    <w:p>
      <w:r>
        <w:t>11.【教育学】教师劳动的特点是（　）。</w:t>
        <w:br/>
        <w:t>A. 复杂性、创造性、示范性、长期性　B. 简单性　C. 重复性　D. 机械性</w:t>
        <w:br/>
        <w:t>【答案】A　【解析】教师劳动具复杂性、创造性（教育机智）、示范性、长期性、空间广延性等。</w:t>
      </w:r>
    </w:p>
    <w:p>
      <w:r>
        <w:t>12.【教育学】教师专业发展的核心是（　）。</w:t>
        <w:br/>
        <w:t>A. 教育理念和师德　B. 学历　C. 职称　D. 教龄</w:t>
        <w:br/>
        <w:t>【答案】A　【解析】教师专业发展以师德与教育理念为核心，知识与能力为支撑。</w:t>
      </w:r>
    </w:p>
    <w:p>
      <w:r>
        <w:t>13.【教育学】新课程改革倡导的学习方式是（　）。</w:t>
        <w:br/>
        <w:t>A. 自主、合作、探究　B. 死记硬背　C. 题海战术　D. 单向灌输</w:t>
        <w:br/>
        <w:t>【答案】A　【解析】新课改倡导自主学习、合作学习、探究学习。</w:t>
      </w:r>
    </w:p>
    <w:p>
      <w:r>
        <w:t>14.【教育学】教学过程的中心环节是（　）。</w:t>
        <w:br/>
        <w:t>A. 理解教材　B. 感知教材　C. 巩固知识　D. 运用知识</w:t>
        <w:br/>
        <w:t>【答案】A　【解析】领会知识（理解教材）是教学过程的中心环节。</w:t>
      </w:r>
    </w:p>
    <w:p>
      <w:r>
        <w:t>15.【教育学】下列属于讲授法优点的是（　）。</w:t>
        <w:br/>
        <w:t>A. 能在较短时间内传授大量知识　B. 人人参与　C. 培养动手能力　D. 个别化</w:t>
        <w:br/>
        <w:t>【答案】A　【解析】讲授法经济高效，便于系统传授知识，但不利于学生主动参与。</w:t>
      </w:r>
    </w:p>
    <w:p>
      <w:r>
        <w:t>16.【教育学】教学评价中，'形成性评价'的作用是（　）。</w:t>
        <w:br/>
        <w:t>A. 及时反馈、改进教学　B. 排名　C. 淘汰　D. 鉴定</w:t>
        <w:br/>
        <w:t>【答案】A　【解析】形成性评价在教学过程中进行，旨在反馈与改进。</w:t>
      </w:r>
    </w:p>
    <w:p>
      <w:r>
        <w:t>17.【教育学】班级授课制的主要优点包括（　）。</w:t>
        <w:br/>
        <w:t>A. 教学效率高、利于集体教学　B. 因材施教最好　C. 完全自主　D. 无缺点</w:t>
        <w:br/>
        <w:t>【答案】A　【解析】班级授课制效率高、系统性强，但不利于因材施教（有局限）。</w:t>
      </w:r>
    </w:p>
    <w:p>
      <w:r>
        <w:t>18.【教育学】德育过程的基本矛盾是（　）。</w:t>
        <w:br/>
        <w:t>A. 教育者提出的德育要求与受教育者已有品德水平的矛盾　B. 师生关系　C. 分数　D. 家庭学校</w:t>
        <w:br/>
        <w:t>【答案】A　【解析】德育过程基本矛盾：德育要求与受教育者品德发展水平的矛盾。</w:t>
      </w:r>
    </w:p>
    <w:p>
      <w:r>
        <w:t>19.【教育学】下列属于德育方法的是（　）。</w:t>
        <w:br/>
        <w:t>A. 说服教育法、榜样示范法　B. 讲授法　C. 实验法　D. 练习法</w:t>
        <w:br/>
        <w:t>【答案】A　【解析】德育方法：说服、榜样、锻炼、陶冶、表扬奖励与批评处分等。</w:t>
      </w:r>
    </w:p>
    <w:p>
      <w:r>
        <w:t>20.【教育学】班主任工作的中心环节是（　）。</w:t>
        <w:br/>
        <w:t>A. 组织和培养班集体　B. 了解学生　C. 班会　D. 家访</w:t>
        <w:br/>
        <w:t>【答案】A　【解析】组织和培养班集体是班主任工作的中心环节。</w:t>
      </w:r>
    </w:p>
    <w:p>
      <w:r>
        <w:t>21.【教育学】课外活动的特点包括（　）。</w:t>
        <w:br/>
        <w:t>A. 自愿性、灵活性、自主性　B. 强制性　C. 统一性　D. 理论性</w:t>
        <w:br/>
        <w:t>【答案】A　【解析】课外活动自愿参加、内容形式灵活、学生自主。</w:t>
      </w:r>
    </w:p>
    <w:p>
      <w:r>
        <w:t>22.【教育学】'因材施教'原则要求教学要（　）。</w:t>
        <w:br/>
        <w:t>A. 针对学生个别差异施教　B. 统一要求　C. 只看成绩　D. 放任</w:t>
        <w:br/>
        <w:t>【答案】A　【解析】因材施教：依据学生个别差异有的放矢教学。</w:t>
      </w:r>
    </w:p>
    <w:p>
      <w:r>
        <w:t>23.【教育学】循序渐进教学原则的依据是（　）。</w:t>
        <w:br/>
        <w:t>A. 学生身心发展顺序性　B. 学生兴趣　C. 教师安排　D. 教材任意</w:t>
        <w:br/>
        <w:t>【答案】A　【解析】循序渐进基于个体身心发展顺序性与知识逻辑性。</w:t>
      </w:r>
    </w:p>
    <w:p>
      <w:r>
        <w:t>24.【教育学】隐性课程的特点是（　）。</w:t>
        <w:br/>
        <w:t>A. 潜移默化　B. 明文规定　C. 显性考核　D. 有教材</w:t>
        <w:br/>
        <w:t>【答案】A　【解析】隐性课程（校园文化、人际关系等）潜移默化影响学生。</w:t>
      </w:r>
    </w:p>
    <w:p>
      <w:r>
        <w:t>25.【教育学】课程计划的核心内容是（　）。</w:t>
        <w:br/>
        <w:t>A. 学科设置　B. 课时　C. 考试　D. 教师</w:t>
        <w:br/>
        <w:t>【答案】A　【解析】课程计划（教学计划）以学科设置（课程结构）为核心。</w:t>
      </w:r>
    </w:p>
    <w:p>
      <w:r>
        <w:t>26.【教育学】课程标准是（　）的纲领性文件。</w:t>
        <w:br/>
        <w:t>A. 编写教材和教学评价依据　B. 招生　C. 就业　D. 收费</w:t>
        <w:br/>
        <w:t>【答案】A　【解析】课程标准规定课程性质、目标、内容与评价，是教材编写与教学依据。</w:t>
      </w:r>
    </w:p>
    <w:p>
      <w:r>
        <w:t>27.【心理学】心理过程包括（　）。</w:t>
        <w:br/>
        <w:t>A. 认知过程、情绪情感过程、意志过程　B. 感知　C. 记忆　D. 思维</w:t>
        <w:br/>
        <w:t>【答案】A　【解析】心理过程三部分：认知、情绪情感、意志过程。</w:t>
      </w:r>
    </w:p>
    <w:p>
      <w:r>
        <w:t>28.【心理学】感觉的对比规律中，'月明星稀'体现（　）。</w:t>
        <w:br/>
        <w:t>A. 同时对比　B. 继时对比　C. 适应　D. 联觉</w:t>
        <w:br/>
        <w:t>【答案】A　【解析】月明与星稀同时相互影响，属同时对比。</w:t>
      </w:r>
    </w:p>
    <w:p>
      <w:r>
        <w:t>29.【心理学】'入芝兰之室，久而不闻其香'体现的感觉现象是（　）。</w:t>
        <w:br/>
        <w:t>A. 感觉适应　B. 感觉对比　C. 联觉　D. 错觉</w:t>
        <w:br/>
        <w:t>【答案】A　【解析】嗅觉适应：刺激持续作用感受性降低。</w:t>
      </w:r>
    </w:p>
    <w:p>
      <w:r>
        <w:t>30.【心理学】短时记忆的容量约为（　）。</w:t>
        <w:br/>
        <w:t>A. 7±2个组块　B. 无限　C. 3个　D. 100个</w:t>
        <w:br/>
        <w:t>【答案】A　【解析】短时记忆容量7±2个组块。</w:t>
      </w:r>
    </w:p>
    <w:p>
      <w:r>
        <w:t>31.【心理学】遗忘的规律是（　）。</w:t>
        <w:br/>
        <w:t>A. 先快后慢　B. 先慢后快　C. 匀速　D. 不遗忘</w:t>
        <w:br/>
        <w:t>【答案】A　【解析】艾宾浩斯遗忘曲线：遗忘先快后慢、先多后少。</w:t>
      </w:r>
    </w:p>
    <w:p>
      <w:r>
        <w:t>32.【心理学】思维的基本过程是（　）。</w:t>
        <w:br/>
        <w:t>A. 分析与综合　B. 比较　C. 抽象　D. 概括</w:t>
        <w:br/>
        <w:t>【答案】A　【解析】分析与综合是思维最基本的过程。</w:t>
      </w:r>
    </w:p>
    <w:p>
      <w:r>
        <w:t>33.【心理学】'一题多解'属于（　）。</w:t>
        <w:br/>
        <w:t>A. 发散思维　B. 聚合思维　C. 直觉思维　D. 常规思维</w:t>
        <w:br/>
        <w:t>【答案】A　【解析】发散思维（求异思维）从多方向寻求多种答案。</w:t>
      </w:r>
    </w:p>
    <w:p>
      <w:r>
        <w:t>34.【心理学】注意的稳定性是指（　）。</w:t>
        <w:br/>
        <w:t>A. 注意长时间保持在某一对象上　B. 注意转移快　C. 注意范围大　D. 注意分散</w:t>
        <w:br/>
        <w:t>【答案】A　【解析】注意稳定性即注意持久地集中于某一对象。</w:t>
      </w:r>
    </w:p>
    <w:p>
      <w:r>
        <w:t>35.【心理学】人的气质类型中，多血质的特点是（　）。</w:t>
        <w:br/>
        <w:t>A. 活泼好动、反应迅速　B. 安静稳重　C. 敏感孤僻　D. 迟缓稳重</w:t>
        <w:br/>
        <w:t>【答案】A　【解析】多血质活泼敏捷；胆汁质冲动；黏液质安静稳重；抑郁质敏感。</w:t>
      </w:r>
    </w:p>
    <w:p>
      <w:r>
        <w:t>36.【心理学】马斯洛需要层次理论中，最高层次的需要是（　）。</w:t>
        <w:br/>
        <w:t>A. 自我实现　B. 安全　C. 归属与爱　D. 生理</w:t>
        <w:br/>
        <w:t>【答案】A　【解析】生理→安全→归属与爱→尊重→自我实现。</w:t>
      </w:r>
    </w:p>
    <w:p>
      <w:r>
        <w:t>37.【心理学】耶克斯-多德森定律表明，中等难度任务时最佳动机水平为（　）。</w:t>
        <w:br/>
        <w:t>A. 中等　B. 最低　C. 最高　D. 无关系</w:t>
        <w:br/>
        <w:t>【答案】A　【解析】动机强度与效率呈倒U型，中等难度任务中等动机最佳。</w:t>
      </w:r>
    </w:p>
    <w:p>
      <w:r>
        <w:t>38.【心理学】下列属于学习策略中'元认知策略'的是（　）。</w:t>
        <w:br/>
        <w:t>A. 计划、监控、调节　B. 复述　C. 精加工　D. 组织</w:t>
        <w:br/>
        <w:t>【答案】A　【解析】元认知策略含计划策略、监控策略、调节策略。</w:t>
      </w:r>
    </w:p>
    <w:p>
      <w:r>
        <w:t>39.【心理学】根据皮亚杰认知发展理论，7-11岁儿童处于（　）。</w:t>
        <w:br/>
        <w:t>A. 具体运算阶段　B. 感知运动阶段　C. 前运算阶段　D. 形式运算阶段</w:t>
        <w:br/>
        <w:t>【答案】A　【解析】感知运动0-2、前运算2-7、具体运算7-11、形式运算11岁以上。</w:t>
      </w:r>
    </w:p>
    <w:p>
      <w:r>
        <w:t>40.【心理学】根据科尔伯格道德发展理论，'好孩子定向'属于（　）水平。</w:t>
        <w:br/>
        <w:t>A. 习俗水平　B. 前习俗　C. 后习俗　D. 无水平</w:t>
        <w:br/>
        <w:t>【答案】A　【解析】习俗水平含'好孩子定向'与'维护权威定向'阶段。</w:t>
      </w:r>
    </w:p>
    <w:p>
      <w:r>
        <w:t>41.【心理学】维果茨基提出的'最近发展区'是指（　）。</w:t>
        <w:br/>
        <w:t>A. 现有水平与潜在发展水平之间的差距　B. 智商区间　C. 年龄区间　D. 成绩区间</w:t>
        <w:br/>
        <w:t>【答案】A　【解析】最近发展区=独立解决问题的现有水平与在帮助下达到的潜在水平之间的差距。</w:t>
      </w:r>
    </w:p>
    <w:p>
      <w:r>
        <w:t>42.【心理学】奥苏贝尔认为，有意义学习的实质是（　）。</w:t>
        <w:br/>
        <w:t>A. 新知识与认知结构建立非人为实质性联系　B. 死记硬背　C. 机械重复　D. 题海</w:t>
        <w:br/>
        <w:t>【答案】A　【解析】有意义学习：符号代表的新知识与认知结构中已有观念建立实质性的非人为联系。</w:t>
      </w:r>
    </w:p>
    <w:p>
      <w:r>
        <w:t>43.【心理学】班杜拉认为，影响自我效能感的主要因素是（　）。</w:t>
        <w:br/>
        <w:t>A. 成败经验　B. 外貌　C. 家庭收入　D. 身高</w:t>
        <w:br/>
        <w:t>【答案】A　【解析】自我效能感受成败经验、替代经验、言语说服、情绪状态影响，成败经验最关键。</w:t>
      </w:r>
    </w:p>
    <w:p>
      <w:r>
        <w:t>44.【心理学】学生学习动机中，'为了获得家长表扬'属于（　）。</w:t>
        <w:br/>
        <w:t>A. 外部动机　B. 内部动机　C. 认知动机　D. 成就动机（内化前）</w:t>
        <w:br/>
        <w:t>【答案】A　【解析】为外部奖赏而学为外部动机；对知识本身兴趣为内部动机。</w:t>
      </w:r>
    </w:p>
    <w:p>
      <w:r>
        <w:t>45.【心理学】'头脑风暴法'用于（　）。</w:t>
        <w:br/>
        <w:t>A. 训练创造性思维　B. 记忆训练　C. 行为矫正　D. 智力测验</w:t>
        <w:br/>
        <w:t>【答案】A　【解析】头脑风暴鼓励自由发散，培养创造性思维。</w:t>
      </w:r>
    </w:p>
    <w:p>
      <w:r>
        <w:t>46.【心理学】过度学习达到（　）时，记忆效果最好。</w:t>
        <w:br/>
        <w:t>A. 150%　B. 100%　C. 200%　D. 300%</w:t>
        <w:br/>
        <w:t>【答案】A　【解析】学习程度150%左右（过度学习50%）记忆效果最佳。</w:t>
      </w:r>
    </w:p>
    <w:p>
      <w:r>
        <w:t>47.【心理学】下列属于正强化的是（　）。</w:t>
        <w:br/>
        <w:t>A. 表现好给奖励　B. 表现差扣分　C. 表现好不批评　D. 无视</w:t>
        <w:br/>
        <w:t>【答案】A　【解析】正强化=呈现愉快刺激增加行为；负强化=消除厌恶刺激。</w:t>
      </w:r>
    </w:p>
    <w:p>
      <w:r>
        <w:t>48.【心理学】学生考试焦虑属于（　）。</w:t>
        <w:br/>
        <w:t>A. 情绪障碍倾向（情境性焦虑）　B. 智力问题　C. 品德问题　D. 生理疾病</w:t>
        <w:br/>
        <w:t>【答案】A　【解析】考试焦虑是情境性情绪问题，可通过放松训练、认知调整缓解。</w:t>
      </w:r>
    </w:p>
    <w:p>
      <w:r>
        <w:t>49.【心理学】皮亚杰认为，儿童思维自我中心的阶段是（　）。</w:t>
        <w:br/>
        <w:t>A. 前运算阶段　B. 感知运动　C. 具体运算　D. 形式运算</w:t>
        <w:br/>
        <w:t>【答案】A　【解析】前运算阶段（2-7岁）思维自我中心、不可逆。</w:t>
      </w:r>
    </w:p>
    <w:p>
      <w:r>
        <w:t>50.【心理学】加德纳的多元智能理论中，'人际智能'指（　）。</w:t>
        <w:br/>
        <w:t>A. 理解他人关系与互动的能力　B. 数理逻辑　C. 音乐　D. 运动</w:t>
        <w:br/>
        <w:t>【答案】A　【解析】多元智能含语言、逻辑-数学、音乐、空间、身体-动觉、人际、内省、自然观察等。</w:t>
      </w:r>
    </w:p>
    <w:p>
      <w:r>
        <w:t>51.【教育法规】《中华人民共和国义务教育法》规定，义务教育是（　）。</w:t>
        <w:br/>
        <w:t>A. 国家统一实施的所有适龄儿童少年必须接受的教育　B. 可选择　C. 收费　D. 成人教育</w:t>
        <w:br/>
        <w:t>【答案】A　【解析】义务教育具强制性、免费性、普及性。</w:t>
      </w:r>
    </w:p>
    <w:p>
      <w:r>
        <w:t>52.【教育法规】我国法律规定，教师的待遇应（　）。</w:t>
        <w:br/>
        <w:t>A. 不低于或高于国家公务员平均工资水平　B. 随意　C. 低于公务员　D. 无规定</w:t>
        <w:br/>
        <w:t>【答案】A　【解析】《教师法》：教师平均工资水平应当不低于或者高于国家公务员的平均工资水平。</w:t>
      </w:r>
    </w:p>
    <w:p>
      <w:r>
        <w:t>53.【教育法规】未成年人保护法规定，学校不得（　）。</w:t>
        <w:br/>
        <w:t>A. 体罚或变相体罚学生　B. 组织活动　C. 进行安全教育　D. 开设课程</w:t>
        <w:br/>
        <w:t>【答案】A　【解析】学校不得体罚、变相体罚学生，不得侮辱人格尊严。</w:t>
      </w:r>
    </w:p>
    <w:p>
      <w:r>
        <w:t>54.【教育法规】我国教师资格制度规定，教师资格证有效期（　）。</w:t>
        <w:br/>
        <w:t>A. 长期有效（注册制度地区需定期注册）　B. 一年　C. 三年　D. 五年</w:t>
        <w:br/>
        <w:t>【答案】A　【解析】教师资格证长期有效（试点地区实施定期注册，在职教师5年一注册）。</w:t>
      </w:r>
    </w:p>
    <w:p>
      <w:r>
        <w:t>55.【教育法规】学生伤害事故处理中，学校承担责任的归责原则是（　）。</w:t>
        <w:br/>
        <w:t>A. 过错责任原则　B. 无过错　C. 公平　D. 连带全责</w:t>
        <w:br/>
        <w:t>【答案】A　【解析】学校对未尽到教育、管理职责的过错承担相应责任（过错责任）。</w:t>
      </w:r>
    </w:p>
    <w:p>
      <w:r>
        <w:t>56.【教育法规】教育法规定，受教育者享有（　）权利。</w:t>
        <w:br/>
        <w:t>A. 参加教育教学活动　B. 拒绝学习　C. 破坏纪律　D. 退学费</w:t>
        <w:br/>
        <w:t>【答案】A　【解析】受教育者享有参加教育教学计划安排的各种活动的权利。</w:t>
      </w:r>
    </w:p>
    <w:p>
      <w:r>
        <w:t>57.【教育法规】《教师法》规定，教师的义务包括（　）。</w:t>
        <w:br/>
        <w:t>A. 教书育人、为人师表　B. 只发工资　C. 随意旷课　D. 只教尖子生</w:t>
        <w:br/>
        <w:t>【答案】A　【解析】教师义务：贯彻教育方针、遵守职业道德、教书育人、关心爱护学生等。</w:t>
      </w:r>
    </w:p>
    <w:p>
      <w:r>
        <w:t>58.【教育法规】教师的职业道德规范核心是（　）。</w:t>
        <w:br/>
        <w:t>A. 爱岗敬业、关爱学生、教书育人、为人师表　B. 高薪　C. 职称　D. 行政</w:t>
        <w:br/>
        <w:t>【答案】A　【解析】《中小学教师职业道德规范》：爱国守法、爱岗敬业、关爱学生、教书育人、为人师表、终身学习。</w:t>
      </w:r>
    </w:p>
    <w:p>
      <w:r>
        <w:t>59.【教育法规】对未成年学生实施体罚，情节严重的应（　）。</w:t>
        <w:br/>
        <w:t>A. 依法给予行政处分或追究法律责任　B. 不予处理　C. 只批评　D. 表扬</w:t>
        <w:br/>
        <w:t>【答案】A　【解析】体罚学生视情节给予行政处分或治安处罚，构成犯罪追刑责。</w:t>
      </w:r>
    </w:p>
    <w:p>
      <w:r>
        <w:t>60.【教育法规】国家实行（　）年义务教育制度。</w:t>
        <w:br/>
        <w:t>A. 九　B. 六　C. 十二　D. 八</w:t>
        <w:br/>
        <w:t>【答案】A　【解析】我国实行九年义务教育。</w:t>
      </w:r>
    </w:p>
    <w:p>
      <w:pPr>
        <w:pStyle w:val="Heading1"/>
      </w:pPr>
      <w:r>
        <w:t>3、多项选择题（20题）</w:t>
      </w:r>
    </w:p>
    <w:p>
      <w:r>
        <w:t>61.【教育学】素质教育的内涵包括（　）。</w:t>
        <w:br/>
        <w:t>A. 面向全体学生　B. 促进学生全面发展　C. 促进学生个性发展　D. 以培养学生创新精神和实践能力为重点</w:t>
        <w:br/>
        <w:t>【答案】ABCD　【解析】素质教育：面向全体、全面发展、个性发展、创新实践为重点。</w:t>
      </w:r>
    </w:p>
    <w:p>
      <w:r>
        <w:t>62.【教育学】教师劳动的特点包括（　）。</w:t>
        <w:br/>
        <w:t>A. 复杂性与创造性　B. 连续性与广延性　C. 长期性与间接性　D. 示范性与主体性</w:t>
        <w:br/>
        <w:t>【答案】ABCD　【解析】教师劳动特点：复杂创造、连续广延、长期间接、示范主体、个体与集体结合等。</w:t>
      </w:r>
    </w:p>
    <w:p>
      <w:r>
        <w:t>63.【教育学】新课改倡导的学习方式有（　）。</w:t>
        <w:br/>
        <w:t>A. 自主学习　B. 合作学习　C. 探究学习　D. 死记硬背</w:t>
        <w:br/>
        <w:t>【答案】ABC　【解析】新课改倡导自主、合作、探究学习。</w:t>
      </w:r>
    </w:p>
    <w:p>
      <w:r>
        <w:t>64.【教育学】下列属于教学过程基本规律的有（　）。</w:t>
        <w:br/>
        <w:t>A. 间接经验与直接经验相统一　B. 掌握知识与发展智力相统一　C. 教师主导与学生主体相统一　D. 传授知识与思想教育相统一</w:t>
        <w:br/>
        <w:t>【答案】ABCD　【解析】教学四大规律：间接与直接、掌握知识与发展能力、教师主导与学生主体、传授知识与思想教育。</w:t>
      </w:r>
    </w:p>
    <w:p>
      <w:r>
        <w:t>65.【教育学】班主任的基本职责包括（　）。</w:t>
        <w:br/>
        <w:t>A. 组织培养班集体　B. 了解研究学生　C. 协调各方教育力量　D. 评定学生操行</w:t>
        <w:br/>
        <w:t>【答案】ABCD　【解析】班主任职责：组织班集体、了解学生、协调教育力量、评定操行、组织班会等。</w:t>
      </w:r>
    </w:p>
    <w:p>
      <w:r>
        <w:t>66.【教育学】德育的途径包括（　）。</w:t>
        <w:br/>
        <w:t>A. 各科教学　B. 班主任工作　C. 共青团少先队活动　D. 课外活动与校外活动</w:t>
        <w:br/>
        <w:t>【答案】ABCD　【解析】德育途径：教学、班主任工作、团队活动、课外活动、社会实践等。</w:t>
      </w:r>
    </w:p>
    <w:p>
      <w:r>
        <w:t>67.【心理学】影响注意稳定性的因素有（　）。</w:t>
        <w:br/>
        <w:t>A. 注意对象特点　B. 主体意志与兴趣　C. 活动任务　D. 无关干扰</w:t>
        <w:br/>
        <w:t>【答案】ABCD　【解析】对象新颖丰富、兴趣、意志、任务明确等影响注意稳定性。</w:t>
      </w:r>
    </w:p>
    <w:p>
      <w:r>
        <w:t>68.【心理学】影响遗忘的因素包括（　）。</w:t>
        <w:br/>
        <w:t>A. 学习材料的性质与数量　B. 学习程度　C. 时间因素　D. 识记方法与情绪状态</w:t>
        <w:br/>
        <w:t>【答案】ABCD　【解析】材料、程度（150%）、时间、方法、情绪等均影响遗忘。</w:t>
      </w:r>
    </w:p>
    <w:p>
      <w:r>
        <w:t>69.【心理学】下列属于内部学习动机的有（　）。</w:t>
        <w:br/>
        <w:t>A. 对知识本身感兴趣　B. 追求成就　C. 为他人表扬　D. 好奇心驱使</w:t>
        <w:br/>
        <w:t>【答案】ABD　【解析】内部动机源于学习本身（兴趣、求知欲、成就感）；为外部表扬属外部动机。</w:t>
      </w:r>
    </w:p>
    <w:p>
      <w:r>
        <w:t>70.【心理学】耶克斯-多德森定律表明（　）。</w:t>
        <w:br/>
        <w:t>A. 动机与效率呈倒U型关系　B. 难任务动机宜低　C. 易任务动机宜高　D. 中等难度任务动机中等最佳</w:t>
        <w:br/>
        <w:t>【答案】ABCD　【解析】动机强度与效率倒U型；任务难度与最佳动机水平负相关。</w:t>
      </w:r>
    </w:p>
    <w:p>
      <w:r>
        <w:t>71.【心理学】皮亚杰认知发展阶段包括（　）。</w:t>
        <w:br/>
        <w:t>A. 感知运动阶段　B. 前运算阶段　C. 具体运算阶段　D. 形式运算阶段</w:t>
        <w:br/>
        <w:t>【答案】ABCD　【解析】四阶段：感知运动、前运算、具体运算、形式运算。</w:t>
      </w:r>
    </w:p>
    <w:p>
      <w:r>
        <w:t>72.【心理学】创造性思维的特征有（　）。</w:t>
        <w:br/>
        <w:t>A. 流畅性　B. 变通性（灵活性）　C. 独创性　D. 刻板性</w:t>
        <w:br/>
        <w:t>【答案】ABC　【解析】创造性思维：流畅性、变通性、独创性。</w:t>
      </w:r>
    </w:p>
    <w:p>
      <w:r>
        <w:t>73.【教育法规】学生的基本权利包括（　）。</w:t>
        <w:br/>
        <w:t>A. 受教育权　B. 人身权　C. 财产权　D. 隐私权</w:t>
        <w:br/>
        <w:t>【答案】ABCD　【解析】学生权利：受教育权、人身权（生命健康、人格尊严、隐私等）、财产权等。</w:t>
      </w:r>
    </w:p>
    <w:p>
      <w:r>
        <w:t>74.【教育法规】教师应履行的义务包括（　）。</w:t>
        <w:br/>
        <w:t>A. 遵守宪法法律和职业道德　B. 贯彻教育方针　C. 关心爱护学生　D. 制止有害于学生的行为</w:t>
        <w:br/>
        <w:t>【答案】ABCD　【解析】教师义务含遵法守德、贯彻方针、关爱学生、制止侵害、不断提高等。</w:t>
      </w:r>
    </w:p>
    <w:p>
      <w:r>
        <w:t>75.【教育学】教学组织形式包括（　）。</w:t>
        <w:br/>
        <w:t>A. 班级授课制　B. 个别教学　C. 分组教学　D. 复式教学</w:t>
        <w:br/>
        <w:t>【答案】ABCD　【解析】教学组织形式多样：班级授课、个别、分组、复式、现场教学等。</w:t>
      </w:r>
    </w:p>
    <w:p>
      <w:r>
        <w:t>76.【教育学】课程的类型包括（　）。</w:t>
        <w:br/>
        <w:t>A. 学科课程与活动课程　B. 必修课程与选修课程　C. 显性课程与隐性课程　D. 国家、地方与校本课程</w:t>
        <w:br/>
        <w:t>【答案】ABCD　【解析】按内容、要求、呈现、管理主体等划分课程类型。</w:t>
      </w:r>
    </w:p>
    <w:p>
      <w:r>
        <w:t>77.【心理学】情绪的基本状态包括（　）。</w:t>
        <w:br/>
        <w:t>A. 心境　B. 激情　C. 应激　D. 认知</w:t>
        <w:br/>
        <w:t>【答案】ABC　【解析】情绪状态：心境、激情、应激。</w:t>
      </w:r>
    </w:p>
    <w:p>
      <w:r>
        <w:t>78.【心理学】影响问题解决的因素有（　）。</w:t>
        <w:br/>
        <w:t>A. 问题表征　B. 思维定势　C. 功能固着　D. 动机与情绪</w:t>
        <w:br/>
        <w:t>【答案】ABCD　【解析】表征、定势、功能固着、原型启发、动机情绪等影响问题解决。</w:t>
      </w:r>
    </w:p>
    <w:p>
      <w:r>
        <w:t>79.【教育学】教学评价的类型包括（　）。</w:t>
        <w:br/>
        <w:t>A. 诊断性评价　B. 形成性评价　C. 总结性评价　D. 绝对评价</w:t>
        <w:br/>
        <w:t>【答案】ABCD　【解析】按功能分诊断性、形成性、总结性；按参照标准分绝对、相对、个体内差异评价。</w:t>
      </w:r>
    </w:p>
    <w:p>
      <w:r>
        <w:t>80.【教育法规】学校对学生进行安全管理，应做到（　）。</w:t>
        <w:br/>
        <w:t>A. 建立健全安全制度　B. 定期开展安全教育　C. 及时处理安全事故　D. 尽到教育管理职责</w:t>
        <w:br/>
        <w:t>【答案】ABCD　【解析】学校安全管理：制度、教育、预案、及时处置、尽到职责。</w:t>
      </w:r>
    </w:p>
    <w:p>
      <w:pPr>
        <w:pStyle w:val="Heading1"/>
      </w:pPr>
      <w:r>
        <w:t>4、判断题（20题）</w:t>
      </w:r>
    </w:p>
    <w:p>
      <w:r>
        <w:t>81.【教育学】教育起源于生产劳动。（　）</w:t>
        <w:br/>
        <w:t>【答案】正确　【解析】教育起源于生产劳动（马克思主义观点）。</w:t>
      </w:r>
    </w:p>
    <w:p>
      <w:r>
        <w:t>82.【教育学】《学记》是世界上最早的教育专著。（　）</w:t>
        <w:br/>
        <w:t>【答案】正确　【解析】《学记》是我国乃至世界最早专门论述教育的著作。</w:t>
      </w:r>
    </w:p>
    <w:p>
      <w:r>
        <w:t>83.【教育学】学校教育在人的发展中起主导作用。（　）</w:t>
        <w:br/>
        <w:t>【答案】正确　【解析】学校有目的有计划有组织，起主导作用。</w:t>
      </w:r>
    </w:p>
    <w:p>
      <w:r>
        <w:t>84.【教育学】讲授法是唯一可用的教学方法。（　）</w:t>
        <w:br/>
        <w:t>【答案】错误　【解析】教学方法是多种多样的，应结合运用。</w:t>
      </w:r>
    </w:p>
    <w:p>
      <w:r>
        <w:t>85.【教育学】班级授课制可以完美实现因材施教。（　）</w:t>
        <w:br/>
        <w:t>【答案】错误　【解析】班级授课制统一要求，不利于因材施教，需结合个别教学。</w:t>
      </w:r>
    </w:p>
    <w:p>
      <w:r>
        <w:t>86.【教育学】教师劳动具有示范性。（　）</w:t>
        <w:br/>
        <w:t>【答案】正确　【解析】教师言行具有示范性，须为人师表。</w:t>
      </w:r>
    </w:p>
    <w:p>
      <w:r>
        <w:t>87.【心理学】遗忘的进程是先快后慢。（　）</w:t>
        <w:br/>
        <w:t>【答案】正确　【解析】艾宾浩斯遗忘曲线先快后慢。</w:t>
      </w:r>
    </w:p>
    <w:p>
      <w:r>
        <w:t>88.【心理学】短时记忆容量是7±2个组块。（　）</w:t>
        <w:br/>
        <w:t>【答案】正确　【解析】短时记忆容量约7±2。</w:t>
      </w:r>
    </w:p>
    <w:p>
      <w:r>
        <w:t>89.【心理学】智商越高，学习成绩一定越好。（　）</w:t>
        <w:br/>
        <w:t>【答案】错误　【解析】成绩受动机、方法、非智力因素等综合影响。</w:t>
      </w:r>
    </w:p>
    <w:p>
      <w:r>
        <w:t>90.【心理学】气质类型没有好坏之分。（　）</w:t>
        <w:br/>
        <w:t>【答案】正确　【解析】气质无优劣，各有适应性与局限性。</w:t>
      </w:r>
    </w:p>
    <w:p>
      <w:r>
        <w:t>91.【心理学】负强化就是惩罚。（　）</w:t>
        <w:br/>
        <w:t>【答案】错误　【解析】负强化是消除厌恶刺激增加行为；惩罚是呈现刺激减少行为。</w:t>
      </w:r>
    </w:p>
    <w:p>
      <w:r>
        <w:t>92.【心理学】自我效能感影响个体的行为选择与坚持性。（　）</w:t>
        <w:br/>
        <w:t>【答案】正确　【解析】自我效能感高者更敢于尝试并坚持。</w:t>
      </w:r>
    </w:p>
    <w:p>
      <w:r>
        <w:t>93.【教育法规】教师平均工资不低于或高于国家公务员平均水平。（　）</w:t>
        <w:br/>
        <w:t>【答案】正确　【解析】《教师法》明确教师待遇不低于或高于公务员平均工资。</w:t>
      </w:r>
    </w:p>
    <w:p>
      <w:r>
        <w:t>94.【教育法规】学校可以体罚违反纪律的学生。（　）</w:t>
        <w:br/>
        <w:t>【答案】错误　【解析】法律禁止体罚与变相体罚。</w:t>
      </w:r>
    </w:p>
    <w:p>
      <w:r>
        <w:t>95.【教育法规】九年义务教育具有强制性。（　）</w:t>
        <w:br/>
        <w:t>【答案】正确　【解析】义务教育强制、免费、普及。</w:t>
      </w:r>
    </w:p>
    <w:p>
      <w:r>
        <w:t>96.【教育法规】教师资格一经取得，终身有效（注册制地区另有规定）。（　）</w:t>
        <w:br/>
        <w:t>【答案】正确　【解析】教师资格长期有效，试点地区在职教师须定期注册。</w:t>
      </w:r>
    </w:p>
    <w:p>
      <w:r>
        <w:t>97.【教育学】隐性课程对学生的影响是潜移默化的。（　）</w:t>
        <w:br/>
        <w:t>【答案】正确　【解析】校园文化、师生关系等隐性课程潜移默化育人。</w:t>
      </w:r>
    </w:p>
    <w:p>
      <w:r>
        <w:t>98.【教育学】教学是学校工作的中心。（　）</w:t>
        <w:br/>
        <w:t>【答案】正确　【解析】教学是学校的中心工作，其他工作须围绕教学。</w:t>
      </w:r>
    </w:p>
    <w:p>
      <w:r>
        <w:t>99.【心理学】皮亚杰认为2-7岁儿童处于前运算阶段。（　）</w:t>
        <w:br/>
        <w:t>【答案】正确　【解析】前运算阶段2-7岁，思维自我中心。</w:t>
      </w:r>
    </w:p>
    <w:p>
      <w:r>
        <w:t>100.【教育法规】学生伤害事故中学校适用过错责任原则。（　）</w:t>
        <w:br/>
        <w:t>【答案】正确　【解析】学校对未尽教育管理职责的过错承担相应责任。</w:t>
      </w:r>
    </w:p>
    <w:p>
      <w:pPr>
        <w:pStyle w:val="Heading1"/>
      </w:pPr>
      <w:r>
        <w:t>5、备考建议</w:t>
      </w:r>
    </w:p>
    <w:p>
      <w:r>
        <w:t>教育综合知识背诵高频考点：代表人物与著作、教学原则与方法、德育原则、认知发展阶段、遗忘曲线等。</w:t>
      </w:r>
    </w:p>
    <w:p>
      <w:r>
        <w:t>各地笔试科目不同，报名前先看招聘公告的考试大纲；多数地区笔试+面试（试讲/说课/结构化）。</w:t>
      </w:r>
    </w:p>
    <w:p>
      <w:r>
        <w:t>学科专业知识部分按所报学段学科复习，结合历年真题；教育法规重点背'禁止体罚''教师待遇'等条文。</w:t>
      </w:r>
    </w:p>
    <w:p>
      <w:r>
        <w:t>关注目标地区教育局官网，春季招聘高峰期（3-5月）信息密集，提前准备报名材料。</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