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教师资格面试倒计时：12月5-6日开考</w:t>
      </w:r>
    </w:p>
    <w:p>
      <w:pPr>
        <w:jc w:val="center"/>
      </w:pPr>
      <w:r>
        <w:t>（模拟试卷：单选50题+多选20题+判断20题+简答10题）</w:t>
      </w:r>
    </w:p>
    <w:p>
      <w:r>
        <w:t>姓名：__________  准考证号：__________  分数：__________</w:t>
      </w:r>
    </w:p>
    <w:p/>
    <w:p>
      <w:pPr>
        <w:pStyle w:val="Heading2"/>
      </w:pPr>
      <w:r>
        <w:t>一、单项选择题（每题1分，共50分）</w:t>
      </w:r>
    </w:p>
    <w:p>
      <w:r>
        <w:t>1. 教师资格面试一般安排在什么时候</w:t>
        <w:br/>
        <w:t>A.笔  B.试  C.后  D.1</w:t>
        <w:br/>
        <w:t>【答案】A</w:t>
      </w:r>
    </w:p>
    <w:p>
      <w:r>
        <w:t>2. 教师资格笔试科目一《综合素质》主要考查</w:t>
        <w:br/>
        <w:t>A.职  B.业  C.理  D.念</w:t>
        <w:br/>
        <w:t>【答案】A</w:t>
      </w:r>
    </w:p>
    <w:p>
      <w:r>
        <w:t>3. 《教育法》规定，教育的根本任务是</w:t>
        <w:br/>
        <w:t>A.立  B.德  C.树  D.人</w:t>
        <w:br/>
        <w:t>【答案】A</w:t>
      </w:r>
    </w:p>
    <w:p>
      <w:r>
        <w:t>4. 新课改倡导的学习方式是</w:t>
        <w:br/>
        <w:t>A.自  B.主  C.、  D.合</w:t>
        <w:br/>
        <w:t>【答案】A</w:t>
      </w:r>
    </w:p>
    <w:p>
      <w:r>
        <w:t>5. 教师职业道德的核心是</w:t>
        <w:br/>
        <w:t>A.关  B.爱  C.学  D.生</w:t>
        <w:br/>
        <w:t>【答案】A</w:t>
      </w:r>
    </w:p>
    <w:p>
      <w:r>
        <w:t>6. 班级管理的核心是</w:t>
        <w:br/>
        <w:t>A.学  B.生  C.|  D.教</w:t>
        <w:br/>
        <w:t>【答案】A</w:t>
      </w:r>
    </w:p>
    <w:p>
      <w:r>
        <w:t>7. 教学设计的基本要素不包括</w:t>
        <w:br/>
        <w:t>A.教  B.学  C.目  D.标</w:t>
        <w:br/>
        <w:t>【答案】D</w:t>
      </w:r>
    </w:p>
    <w:p>
      <w:r>
        <w:t>8. 形成性评价的特点是</w:t>
        <w:br/>
        <w:t>A.注  B.重  C.过  D.程</w:t>
        <w:br/>
        <w:t>【答案】A</w:t>
      </w:r>
    </w:p>
    <w:p>
      <w:r>
        <w:t>9. 教师资格面试一般安排在什么时候</w:t>
        <w:br/>
        <w:t>A.笔  B.试  C.后  D.1</w:t>
        <w:br/>
        <w:t>【答案】A</w:t>
      </w:r>
    </w:p>
    <w:p>
      <w:r>
        <w:t>10. 教师资格笔试科目一《综合素质》主要考查</w:t>
        <w:br/>
        <w:t>A.职  B.业  C.理  D.念</w:t>
        <w:br/>
        <w:t>【答案】A</w:t>
      </w:r>
    </w:p>
    <w:p>
      <w:r>
        <w:t>11. 《教育法》规定，教育的根本任务是</w:t>
        <w:br/>
        <w:t>A.立  B.德  C.树  D.人</w:t>
        <w:br/>
        <w:t>【答案】A</w:t>
      </w:r>
    </w:p>
    <w:p>
      <w:r>
        <w:t>12. 新课改倡导的学习方式是</w:t>
        <w:br/>
        <w:t>A.自  B.主  C.、  D.合</w:t>
        <w:br/>
        <w:t>【答案】A</w:t>
      </w:r>
    </w:p>
    <w:p>
      <w:r>
        <w:t>13. 教师职业道德的核心是</w:t>
        <w:br/>
        <w:t>A.关  B.爱  C.学  D.生</w:t>
        <w:br/>
        <w:t>【答案】A</w:t>
      </w:r>
    </w:p>
    <w:p>
      <w:r>
        <w:t>14. 班级管理的核心是</w:t>
        <w:br/>
        <w:t>A.学  B.生  C.|  D.教</w:t>
        <w:br/>
        <w:t>【答案】A</w:t>
      </w:r>
    </w:p>
    <w:p>
      <w:r>
        <w:t>15. 教学设计的基本要素不包括</w:t>
        <w:br/>
        <w:t>A.教  B.学  C.目  D.标</w:t>
        <w:br/>
        <w:t>【答案】D</w:t>
      </w:r>
    </w:p>
    <w:p>
      <w:r>
        <w:t>16. 形成性评价的特点是</w:t>
        <w:br/>
        <w:t>A.注  B.重  C.过  D.程</w:t>
        <w:br/>
        <w:t>【答案】A</w:t>
      </w:r>
    </w:p>
    <w:p>
      <w:r>
        <w:t>17. 教师资格面试一般安排在什么时候</w:t>
        <w:br/>
        <w:t>A.笔  B.试  C.后  D.1</w:t>
        <w:br/>
        <w:t>【答案】A</w:t>
      </w:r>
    </w:p>
    <w:p>
      <w:r>
        <w:t>18. 教师资格笔试科目一《综合素质》主要考查</w:t>
        <w:br/>
        <w:t>A.职  B.业  C.理  D.念</w:t>
        <w:br/>
        <w:t>【答案】A</w:t>
      </w:r>
    </w:p>
    <w:p>
      <w:r>
        <w:t>19. 《教育法》规定，教育的根本任务是</w:t>
        <w:br/>
        <w:t>A.立  B.德  C.树  D.人</w:t>
        <w:br/>
        <w:t>【答案】A</w:t>
      </w:r>
    </w:p>
    <w:p>
      <w:r>
        <w:t>20. 新课改倡导的学习方式是</w:t>
        <w:br/>
        <w:t>A.自  B.主  C.、  D.合</w:t>
        <w:br/>
        <w:t>【答案】A</w:t>
      </w:r>
    </w:p>
    <w:p>
      <w:r>
        <w:t>21. 教师职业道德的核心是</w:t>
        <w:br/>
        <w:t>A.关  B.爱  C.学  D.生</w:t>
        <w:br/>
        <w:t>【答案】A</w:t>
      </w:r>
    </w:p>
    <w:p>
      <w:r>
        <w:t>22. 班级管理的核心是</w:t>
        <w:br/>
        <w:t>A.学  B.生  C.|  D.教</w:t>
        <w:br/>
        <w:t>【答案】A</w:t>
      </w:r>
    </w:p>
    <w:p>
      <w:r>
        <w:t>23. 教学设计的基本要素不包括</w:t>
        <w:br/>
        <w:t>A.教  B.学  C.目  D.标</w:t>
        <w:br/>
        <w:t>【答案】D</w:t>
      </w:r>
    </w:p>
    <w:p>
      <w:r>
        <w:t>24. 形成性评价的特点是</w:t>
        <w:br/>
        <w:t>A.注  B.重  C.过  D.程</w:t>
        <w:br/>
        <w:t>【答案】A</w:t>
      </w:r>
    </w:p>
    <w:p>
      <w:r>
        <w:t>25. 教师资格面试一般安排在什么时候</w:t>
        <w:br/>
        <w:t>A.笔  B.试  C.后  D.1</w:t>
        <w:br/>
        <w:t>【答案】A</w:t>
      </w:r>
    </w:p>
    <w:p>
      <w:r>
        <w:t>26. 教师资格笔试科目一《综合素质》主要考查</w:t>
        <w:br/>
        <w:t>A.职  B.业  C.理  D.念</w:t>
        <w:br/>
        <w:t>【答案】A</w:t>
      </w:r>
    </w:p>
    <w:p>
      <w:r>
        <w:t>27. 《教育法》规定，教育的根本任务是</w:t>
        <w:br/>
        <w:t>A.立  B.德  C.树  D.人</w:t>
        <w:br/>
        <w:t>【答案】A</w:t>
      </w:r>
    </w:p>
    <w:p>
      <w:r>
        <w:t>28. 新课改倡导的学习方式是</w:t>
        <w:br/>
        <w:t>A.自  B.主  C.、  D.合</w:t>
        <w:br/>
        <w:t>【答案】A</w:t>
      </w:r>
    </w:p>
    <w:p>
      <w:r>
        <w:t>29. 教师职业道德的核心是</w:t>
        <w:br/>
        <w:t>A.关  B.爱  C.学  D.生</w:t>
        <w:br/>
        <w:t>【答案】A</w:t>
      </w:r>
    </w:p>
    <w:p>
      <w:r>
        <w:t>30. 班级管理的核心是</w:t>
        <w:br/>
        <w:t>A.学  B.生  C.|  D.教</w:t>
        <w:br/>
        <w:t>【答案】A</w:t>
      </w:r>
    </w:p>
    <w:p>
      <w:r>
        <w:t>31. 教学设计的基本要素不包括</w:t>
        <w:br/>
        <w:t>A.教  B.学  C.目  D.标</w:t>
        <w:br/>
        <w:t>【答案】D</w:t>
      </w:r>
    </w:p>
    <w:p>
      <w:r>
        <w:t>32. 形成性评价的特点是</w:t>
        <w:br/>
        <w:t>A.注  B.重  C.过  D.程</w:t>
        <w:br/>
        <w:t>【答案】A</w:t>
      </w:r>
    </w:p>
    <w:p>
      <w:r>
        <w:t>33. 教师资格面试一般安排在什么时候</w:t>
        <w:br/>
        <w:t>A.笔  B.试  C.后  D.1</w:t>
        <w:br/>
        <w:t>【答案】A</w:t>
      </w:r>
    </w:p>
    <w:p>
      <w:r>
        <w:t>34. 教师资格笔试科目一《综合素质》主要考查</w:t>
        <w:br/>
        <w:t>A.职  B.业  C.理  D.念</w:t>
        <w:br/>
        <w:t>【答案】A</w:t>
      </w:r>
    </w:p>
    <w:p>
      <w:r>
        <w:t>35. 《教育法》规定，教育的根本任务是</w:t>
        <w:br/>
        <w:t>A.立  B.德  C.树  D.人</w:t>
        <w:br/>
        <w:t>【答案】A</w:t>
      </w:r>
    </w:p>
    <w:p>
      <w:r>
        <w:t>36. 新课改倡导的学习方式是</w:t>
        <w:br/>
        <w:t>A.自  B.主  C.、  D.合</w:t>
        <w:br/>
        <w:t>【答案】A</w:t>
      </w:r>
    </w:p>
    <w:p>
      <w:r>
        <w:t>37. 教师职业道德的核心是</w:t>
        <w:br/>
        <w:t>A.关  B.爱  C.学  D.生</w:t>
        <w:br/>
        <w:t>【答案】A</w:t>
      </w:r>
    </w:p>
    <w:p>
      <w:r>
        <w:t>38. 班级管理的核心是</w:t>
        <w:br/>
        <w:t>A.学  B.生  C.|  D.教</w:t>
        <w:br/>
        <w:t>【答案】A</w:t>
      </w:r>
    </w:p>
    <w:p>
      <w:r>
        <w:t>39. 教学设计的基本要素不包括</w:t>
        <w:br/>
        <w:t>A.教  B.学  C.目  D.标</w:t>
        <w:br/>
        <w:t>【答案】D</w:t>
      </w:r>
    </w:p>
    <w:p>
      <w:r>
        <w:t>40. 形成性评价的特点是</w:t>
        <w:br/>
        <w:t>A.注  B.重  C.过  D.程</w:t>
        <w:br/>
        <w:t>【答案】A</w:t>
      </w:r>
    </w:p>
    <w:p>
      <w:r>
        <w:t>41. 教师资格面试一般安排在什么时候</w:t>
        <w:br/>
        <w:t>A.笔  B.试  C.后  D.1</w:t>
        <w:br/>
        <w:t>【答案】A</w:t>
      </w:r>
    </w:p>
    <w:p>
      <w:r>
        <w:t>42. 教师资格笔试科目一《综合素质》主要考查</w:t>
        <w:br/>
        <w:t>A.职  B.业  C.理  D.念</w:t>
        <w:br/>
        <w:t>【答案】A</w:t>
      </w:r>
    </w:p>
    <w:p>
      <w:r>
        <w:t>43. 《教育法》规定，教育的根本任务是</w:t>
        <w:br/>
        <w:t>A.立  B.德  C.树  D.人</w:t>
        <w:br/>
        <w:t>【答案】A</w:t>
      </w:r>
    </w:p>
    <w:p>
      <w:r>
        <w:t>44. 新课改倡导的学习方式是</w:t>
        <w:br/>
        <w:t>A.自  B.主  C.、  D.合</w:t>
        <w:br/>
        <w:t>【答案】A</w:t>
      </w:r>
    </w:p>
    <w:p>
      <w:r>
        <w:t>45. 教师职业道德的核心是</w:t>
        <w:br/>
        <w:t>A.关  B.爱  C.学  D.生</w:t>
        <w:br/>
        <w:t>【答案】A</w:t>
      </w:r>
    </w:p>
    <w:p>
      <w:r>
        <w:t>46. 班级管理的核心是</w:t>
        <w:br/>
        <w:t>A.学  B.生  C.|  D.教</w:t>
        <w:br/>
        <w:t>【答案】A</w:t>
      </w:r>
    </w:p>
    <w:p>
      <w:r>
        <w:t>47. 教学设计的基本要素不包括</w:t>
        <w:br/>
        <w:t>A.教  B.学  C.目  D.标</w:t>
        <w:br/>
        <w:t>【答案】D</w:t>
      </w:r>
    </w:p>
    <w:p>
      <w:r>
        <w:t>48. 形成性评价的特点是</w:t>
        <w:br/>
        <w:t>A.注  B.重  C.过  D.程</w:t>
        <w:br/>
        <w:t>【答案】A</w:t>
      </w:r>
    </w:p>
    <w:p>
      <w:r>
        <w:t>49. 教师资格面试一般安排在什么时候</w:t>
        <w:br/>
        <w:t>A.笔  B.试  C.后  D.1</w:t>
        <w:br/>
        <w:t>【答案】A</w:t>
      </w:r>
    </w:p>
    <w:p>
      <w:r>
        <w:t>50. 教师资格笔试科目一《综合素质》主要考查</w:t>
        <w:br/>
        <w:t>A.职  B.业  C.理  D.念</w:t>
        <w:br/>
        <w:t>【答案】A</w:t>
      </w:r>
    </w:p>
    <w:p/>
    <w:p>
      <w:pPr>
        <w:pStyle w:val="Heading2"/>
      </w:pPr>
      <w:r>
        <w:t>二、多项选择题（每题2分，共40分）</w:t>
      </w:r>
    </w:p>
    <w:p>
      <w:r>
        <w:t>51. 教师职业素养包括</w:t>
        <w:br/>
        <w:t>A.职  B.业  C.道  D.德</w:t>
        <w:br/>
        <w:t>【答案】ABCD</w:t>
      </w:r>
    </w:p>
    <w:p>
      <w:r>
        <w:t>52. 课堂教学的基本环节包括</w:t>
        <w:br/>
        <w:t>A.组  B.织  C.教  D.学</w:t>
        <w:br/>
        <w:t>【答案】ABCD</w:t>
      </w:r>
    </w:p>
    <w:p>
      <w:r>
        <w:t>53. 德育方法包括</w:t>
        <w:br/>
        <w:t>A.说  B.服  C.教  D.育</w:t>
        <w:br/>
        <w:t>【答案】ABCD</w:t>
      </w:r>
    </w:p>
    <w:p>
      <w:r>
        <w:t>54. 新课改的三维目标包括</w:t>
        <w:br/>
        <w:t>A.知  B.识  C.与  D.技</w:t>
        <w:br/>
        <w:t>【答案】ABC</w:t>
      </w:r>
    </w:p>
    <w:p>
      <w:r>
        <w:t>55. 班集体建设的内容包括</w:t>
        <w:br/>
        <w:t>A.目  B.标  C.建  D.设</w:t>
        <w:br/>
        <w:t>【答案】ABCD</w:t>
      </w:r>
    </w:p>
    <w:p>
      <w:r>
        <w:t>56. 教师专业发展途径包括</w:t>
        <w:br/>
        <w:t>A.教  B.学  C.反  D.思</w:t>
        <w:br/>
        <w:t>【答案】ABCD</w:t>
      </w:r>
    </w:p>
    <w:p>
      <w:r>
        <w:t>57. 学生身心发展规律包括</w:t>
        <w:br/>
        <w:t>A.顺  B.序  C.性  D.|</w:t>
        <w:br/>
        <w:t>【答案】ABCD</w:t>
      </w:r>
    </w:p>
    <w:p>
      <w:r>
        <w:t>58. 教学原则包括</w:t>
        <w:br/>
        <w:t>A.启  B.发  C.性  D.|</w:t>
        <w:br/>
        <w:t>【答案】ABCD</w:t>
      </w:r>
    </w:p>
    <w:p>
      <w:r>
        <w:t>59. 教师职业素养包括</w:t>
        <w:br/>
        <w:t>A.职  B.业  C.道  D.德</w:t>
        <w:br/>
        <w:t>【答案】ABCD</w:t>
      </w:r>
    </w:p>
    <w:p>
      <w:r>
        <w:t>60. 课堂教学的基本环节包括</w:t>
        <w:br/>
        <w:t>A.组  B.织  C.教  D.学</w:t>
        <w:br/>
        <w:t>【答案】ABCD</w:t>
      </w:r>
    </w:p>
    <w:p>
      <w:r>
        <w:t>61. 德育方法包括</w:t>
        <w:br/>
        <w:t>A.说  B.服  C.教  D.育</w:t>
        <w:br/>
        <w:t>【答案】ABCD</w:t>
      </w:r>
    </w:p>
    <w:p>
      <w:r>
        <w:t>62. 新课改的三维目标包括</w:t>
        <w:br/>
        <w:t>A.知  B.识  C.与  D.技</w:t>
        <w:br/>
        <w:t>【答案】ABC</w:t>
      </w:r>
    </w:p>
    <w:p>
      <w:r>
        <w:t>63. 班集体建设的内容包括</w:t>
        <w:br/>
        <w:t>A.目  B.标  C.建  D.设</w:t>
        <w:br/>
        <w:t>【答案】ABCD</w:t>
      </w:r>
    </w:p>
    <w:p>
      <w:r>
        <w:t>64. 教师专业发展途径包括</w:t>
        <w:br/>
        <w:t>A.教  B.学  C.反  D.思</w:t>
        <w:br/>
        <w:t>【答案】ABCD</w:t>
      </w:r>
    </w:p>
    <w:p>
      <w:r>
        <w:t>65. 学生身心发展规律包括</w:t>
        <w:br/>
        <w:t>A.顺  B.序  C.性  D.|</w:t>
        <w:br/>
        <w:t>【答案】ABCD</w:t>
      </w:r>
    </w:p>
    <w:p>
      <w:r>
        <w:t>66. 教学原则包括</w:t>
        <w:br/>
        <w:t>A.启  B.发  C.性  D.|</w:t>
        <w:br/>
        <w:t>【答案】ABCD</w:t>
      </w:r>
    </w:p>
    <w:p>
      <w:r>
        <w:t>67. 教师职业素养包括</w:t>
        <w:br/>
        <w:t>A.职  B.业  C.道  D.德</w:t>
        <w:br/>
        <w:t>【答案】ABCD</w:t>
      </w:r>
    </w:p>
    <w:p>
      <w:r>
        <w:t>68. 课堂教学的基本环节包括</w:t>
        <w:br/>
        <w:t>A.组  B.织  C.教  D.学</w:t>
        <w:br/>
        <w:t>【答案】ABCD</w:t>
      </w:r>
    </w:p>
    <w:p>
      <w:r>
        <w:t>69. 德育方法包括</w:t>
        <w:br/>
        <w:t>A.说  B.服  C.教  D.育</w:t>
        <w:br/>
        <w:t>【答案】ABCD</w:t>
      </w:r>
    </w:p>
    <w:p>
      <w:r>
        <w:t>70. 新课改的三维目标包括</w:t>
        <w:br/>
        <w:t>A.知  B.识  C.与  D.技</w:t>
        <w:br/>
        <w:t>【答案】ABC</w:t>
      </w:r>
    </w:p>
    <w:p/>
    <w:p>
      <w:pPr>
        <w:pStyle w:val="Heading2"/>
      </w:pPr>
      <w:r>
        <w:t>三、判断题（每题1分，共20分）</w:t>
      </w:r>
    </w:p>
    <w:p>
      <w:r>
        <w:t>71. 教师可以体罚学生。（对/错）</w:t>
        <w:br/>
        <w:t>【答案】错</w:t>
      </w:r>
    </w:p>
    <w:p>
      <w:r>
        <w:t>72. 教学反思有助于教师专业成长。（对/错）</w:t>
        <w:br/>
        <w:t>【答案】对</w:t>
      </w:r>
    </w:p>
    <w:p>
      <w:r>
        <w:t>73. 教案就是教材内容的复制。（对/错）</w:t>
        <w:br/>
        <w:t>【答案】错</w:t>
      </w:r>
    </w:p>
    <w:p>
      <w:r>
        <w:t>74. 评价学生只看考试成绩。（对/错）</w:t>
        <w:br/>
        <w:t>【答案】错</w:t>
      </w:r>
    </w:p>
    <w:p>
      <w:r>
        <w:t>75. 班主任是班集体的组织者和管理者。（对/错）</w:t>
        <w:br/>
        <w:t>【答案】对</w:t>
      </w:r>
    </w:p>
    <w:p>
      <w:r>
        <w:t>76. 学生是发展中的人。（对/错）</w:t>
        <w:br/>
        <w:t>【答案】对</w:t>
      </w:r>
    </w:p>
    <w:p>
      <w:r>
        <w:t>77. 课堂教学中教师是唯一主体。（对/错）</w:t>
        <w:br/>
        <w:t>【答案】错</w:t>
      </w:r>
    </w:p>
    <w:p>
      <w:r>
        <w:t>78. 师德是评价教师的唯一标准。（对/错）</w:t>
        <w:br/>
        <w:t>【答案】错</w:t>
      </w:r>
    </w:p>
    <w:p>
      <w:r>
        <w:t>79. 教师可以体罚学生。（对/错）</w:t>
        <w:br/>
        <w:t>【答案】错</w:t>
      </w:r>
    </w:p>
    <w:p>
      <w:r>
        <w:t>80. 教学反思有助于教师专业成长。（对/错）</w:t>
        <w:br/>
        <w:t>【答案】对</w:t>
      </w:r>
    </w:p>
    <w:p>
      <w:r>
        <w:t>81. 教案就是教材内容的复制。（对/错）</w:t>
        <w:br/>
        <w:t>【答案】错</w:t>
      </w:r>
    </w:p>
    <w:p>
      <w:r>
        <w:t>82. 评价学生只看考试成绩。（对/错）</w:t>
        <w:br/>
        <w:t>【答案】错</w:t>
      </w:r>
    </w:p>
    <w:p>
      <w:r>
        <w:t>83. 班主任是班集体的组织者和管理者。（对/错）</w:t>
        <w:br/>
        <w:t>【答案】对</w:t>
      </w:r>
    </w:p>
    <w:p>
      <w:r>
        <w:t>84. 学生是发展中的人。（对/错）</w:t>
        <w:br/>
        <w:t>【答案】对</w:t>
      </w:r>
    </w:p>
    <w:p>
      <w:r>
        <w:t>85. 课堂教学中教师是唯一主体。（对/错）</w:t>
        <w:br/>
        <w:t>【答案】错</w:t>
      </w:r>
    </w:p>
    <w:p>
      <w:r>
        <w:t>86. 师德是评价教师的唯一标准。（对/错）</w:t>
        <w:br/>
        <w:t>【答案】错</w:t>
      </w:r>
    </w:p>
    <w:p>
      <w:r>
        <w:t>87. 教师可以体罚学生。（对/错）</w:t>
        <w:br/>
        <w:t>【答案】错</w:t>
      </w:r>
    </w:p>
    <w:p>
      <w:r>
        <w:t>88. 教学反思有助于教师专业成长。（对/错）</w:t>
        <w:br/>
        <w:t>【答案】对</w:t>
      </w:r>
    </w:p>
    <w:p>
      <w:r>
        <w:t>89. 教案就是教材内容的复制。（对/错）</w:t>
        <w:br/>
        <w:t>【答案】错</w:t>
      </w:r>
    </w:p>
    <w:p>
      <w:r>
        <w:t>90. 评价学生只看考试成绩。（对/错）</w:t>
        <w:br/>
        <w:t>【答案】错</w:t>
      </w:r>
    </w:p>
    <w:p/>
    <w:p>
      <w:pPr>
        <w:pStyle w:val="Heading2"/>
      </w:pPr>
      <w:r>
        <w:t>四、简答题（每题3分，共30分）</w:t>
      </w:r>
    </w:p>
    <w:p>
      <w:r>
        <w:t>91. 简述教师的职业道德规范。</w:t>
        <w:br/>
        <w:t>【答案】爱国守法、爱岗敬业、关爱学生、教书育人、为人师表、终身学习</w:t>
      </w:r>
    </w:p>
    <w:p>
      <w:r>
        <w:t>92. 什么是因材施教？</w:t>
        <w:br/>
        <w:t>【答案】根据学生个别差异有针对性地进行教学</w:t>
      </w:r>
    </w:p>
    <w:p>
      <w:r>
        <w:t>93. 简述一堂好课的标准。</w:t>
        <w:br/>
        <w:t>【答案】目标明确、内容正确、方法得当、气氛活跃、效果良好</w:t>
      </w:r>
    </w:p>
    <w:p>
      <w:r>
        <w:t>94. 如何做好班级管理？</w:t>
        <w:br/>
        <w:t>【答案】确立目标、健全制度、培养班干、建设文化</w:t>
      </w:r>
    </w:p>
    <w:p>
      <w:r>
        <w:t>95. 简述教师的职业道德规范。</w:t>
        <w:br/>
        <w:t>【答案】爱国守法、爱岗敬业、关爱学生、教书育人、为人师表、终身学习</w:t>
      </w:r>
    </w:p>
    <w:p>
      <w:r>
        <w:t>96. 什么是因材施教？</w:t>
        <w:br/>
        <w:t>【答案】根据学生个别差异有针对性地进行教学</w:t>
      </w:r>
    </w:p>
    <w:p>
      <w:r>
        <w:t>97. 简述一堂好课的标准。</w:t>
        <w:br/>
        <w:t>【答案】目标明确、内容正确、方法得当、气氛活跃、效果良好</w:t>
      </w:r>
    </w:p>
    <w:p>
      <w:r>
        <w:t>98. 如何做好班级管理？</w:t>
        <w:br/>
        <w:t>【答案】确立目标、健全制度、培养班干、建设文化</w:t>
      </w:r>
    </w:p>
    <w:p>
      <w:r>
        <w:t>99. 简述教师的职业道德规范。</w:t>
        <w:br/>
        <w:t>【答案】爱国守法、爱岗敬业、关爱学生、教书育人、为人师表、终身学习</w:t>
      </w:r>
    </w:p>
    <w:p>
      <w:r>
        <w:t>100. 什么是因材施教？</w:t>
        <w:br/>
        <w:t>【答案】根据学生个别差异有针对性地进行教学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【一、单项选择题（每题1分，共50分）】</w:t>
      </w:r>
    </w:p>
    <w:p>
      <w:r>
        <w:t>1. 教师资格面试一般安排在什么时候</w:t>
        <w:br/>
        <w:t>A.笔  B.试  C.后  D.1</w:t>
        <w:br/>
        <w:t>【答案】A  1. 教师资格面试一般安排在什么时候</w:t>
        <w:br/>
        <w:t>A.笔  B.试  C.后  D.1</w:t>
        <w:br/>
        <w:t>【答案】A</w:t>
      </w:r>
    </w:p>
    <w:p>
      <w:r>
        <w:t>2. 教师资格笔试科目一《综合素质》主要考查</w:t>
        <w:br/>
        <w:t>A.职  B.业  C.理  D.念</w:t>
        <w:br/>
        <w:t>【答案】A  2. 教师资格笔试科目一《综合素质》主要考查</w:t>
        <w:br/>
        <w:t>A.职  B.业  C.理  D.念</w:t>
        <w:br/>
        <w:t>【答案】A</w:t>
      </w:r>
    </w:p>
    <w:p>
      <w:r>
        <w:t>3. 《教育法》规定，教育的根本任务是</w:t>
        <w:br/>
        <w:t>A.立  B.德  C.树  D.人</w:t>
        <w:br/>
        <w:t>【答案】A  3. 《教育法》规定，教育的根本任务是</w:t>
        <w:br/>
        <w:t>A.立  B.德  C.树  D.人</w:t>
        <w:br/>
        <w:t>【答案】A</w:t>
      </w:r>
    </w:p>
    <w:p>
      <w:r>
        <w:t>4. 新课改倡导的学习方式是</w:t>
        <w:br/>
        <w:t>A.自  B.主  C.、  D.合</w:t>
        <w:br/>
        <w:t>【答案】A  4. 新课改倡导的学习方式是</w:t>
        <w:br/>
        <w:t>A.自  B.主  C.、  D.合</w:t>
        <w:br/>
        <w:t>【答案】A</w:t>
      </w:r>
    </w:p>
    <w:p>
      <w:r>
        <w:t>5. 教师职业道德的核心是</w:t>
        <w:br/>
        <w:t>A.关  B.爱  C.学  D.生</w:t>
        <w:br/>
        <w:t>【答案】A  5. 教师职业道德的核心是</w:t>
        <w:br/>
        <w:t>A.关  B.爱  C.学  D.生</w:t>
        <w:br/>
        <w:t>【答案】A</w:t>
      </w:r>
    </w:p>
    <w:p>
      <w:r>
        <w:t>6. 班级管理的核心是</w:t>
        <w:br/>
        <w:t>A.学  B.生  C.|  D.教</w:t>
        <w:br/>
        <w:t>【答案】A  6. 班级管理的核心是</w:t>
        <w:br/>
        <w:t>A.学  B.生  C.|  D.教</w:t>
        <w:br/>
        <w:t>【答案】A</w:t>
      </w:r>
    </w:p>
    <w:p>
      <w:r>
        <w:t>7. 教学设计的基本要素不包括</w:t>
        <w:br/>
        <w:t>A.教  B.学  C.目  D.标</w:t>
        <w:br/>
        <w:t>【答案】D  7. 教学设计的基本要素不包括</w:t>
        <w:br/>
        <w:t>A.教  B.学  C.目  D.标</w:t>
        <w:br/>
        <w:t>【答案】D</w:t>
      </w:r>
    </w:p>
    <w:p>
      <w:r>
        <w:t>8. 形成性评价的特点是</w:t>
        <w:br/>
        <w:t>A.注  B.重  C.过  D.程</w:t>
        <w:br/>
        <w:t>【答案】A  8. 形成性评价的特点是</w:t>
        <w:br/>
        <w:t>A.注  B.重  C.过  D.程</w:t>
        <w:br/>
        <w:t>【答案】A</w:t>
      </w:r>
    </w:p>
    <w:p>
      <w:r>
        <w:t>9. 教师资格面试一般安排在什么时候</w:t>
        <w:br/>
        <w:t>A.笔  B.试  C.后  D.1</w:t>
        <w:br/>
        <w:t>【答案】A  9. 教师资格面试一般安排在什么时候</w:t>
        <w:br/>
        <w:t>A.笔  B.试  C.后  D.1</w:t>
        <w:br/>
        <w:t>【答案】A</w:t>
      </w:r>
    </w:p>
    <w:p>
      <w:r>
        <w:t>10. 教师资格笔试科目一《综合素质》主要考查</w:t>
        <w:br/>
        <w:t>A.职  B.业  C.理  D.念</w:t>
        <w:br/>
        <w:t>【答案】A  10. 教师资格笔试科目一《综合素质》主要考查</w:t>
        <w:br/>
        <w:t>A.职  B.业  C.理  D.念</w:t>
        <w:br/>
        <w:t>【答案】A</w:t>
      </w:r>
    </w:p>
    <w:p>
      <w:r>
        <w:t>11. 《教育法》规定，教育的根本任务是</w:t>
        <w:br/>
        <w:t>A.立  B.德  C.树  D.人</w:t>
        <w:br/>
        <w:t>【答案】A  11. 《教育法》规定，教育的根本任务是</w:t>
        <w:br/>
        <w:t>A.立  B.德  C.树  D.人</w:t>
        <w:br/>
        <w:t>【答案】A</w:t>
      </w:r>
    </w:p>
    <w:p>
      <w:r>
        <w:t>12. 新课改倡导的学习方式是</w:t>
        <w:br/>
        <w:t>A.自  B.主  C.、  D.合</w:t>
        <w:br/>
        <w:t>【答案】A  12. 新课改倡导的学习方式是</w:t>
        <w:br/>
        <w:t>A.自  B.主  C.、  D.合</w:t>
        <w:br/>
        <w:t>【答案】A</w:t>
      </w:r>
    </w:p>
    <w:p>
      <w:r>
        <w:t>13. 教师职业道德的核心是</w:t>
        <w:br/>
        <w:t>A.关  B.爱  C.学  D.生</w:t>
        <w:br/>
        <w:t>【答案】A  13. 教师职业道德的核心是</w:t>
        <w:br/>
        <w:t>A.关  B.爱  C.学  D.生</w:t>
        <w:br/>
        <w:t>【答案】A</w:t>
      </w:r>
    </w:p>
    <w:p>
      <w:r>
        <w:t>14. 班级管理的核心是</w:t>
        <w:br/>
        <w:t>A.学  B.生  C.|  D.教</w:t>
        <w:br/>
        <w:t>【答案】A  14. 班级管理的核心是</w:t>
        <w:br/>
        <w:t>A.学  B.生  C.|  D.教</w:t>
        <w:br/>
        <w:t>【答案】A</w:t>
      </w:r>
    </w:p>
    <w:p>
      <w:r>
        <w:t>15. 教学设计的基本要素不包括</w:t>
        <w:br/>
        <w:t>A.教  B.学  C.目  D.标</w:t>
        <w:br/>
        <w:t>【答案】D  15. 教学设计的基本要素不包括</w:t>
        <w:br/>
        <w:t>A.教  B.学  C.目  D.标</w:t>
        <w:br/>
        <w:t>【答案】D</w:t>
      </w:r>
    </w:p>
    <w:p>
      <w:r>
        <w:t>16. 形成性评价的特点是</w:t>
        <w:br/>
        <w:t>A.注  B.重  C.过  D.程</w:t>
        <w:br/>
        <w:t>【答案】A  16. 形成性评价的特点是</w:t>
        <w:br/>
        <w:t>A.注  B.重  C.过  D.程</w:t>
        <w:br/>
        <w:t>【答案】A</w:t>
      </w:r>
    </w:p>
    <w:p>
      <w:r>
        <w:t>17. 教师资格面试一般安排在什么时候</w:t>
        <w:br/>
        <w:t>A.笔  B.试  C.后  D.1</w:t>
        <w:br/>
        <w:t>【答案】A  17. 教师资格面试一般安排在什么时候</w:t>
        <w:br/>
        <w:t>A.笔  B.试  C.后  D.1</w:t>
        <w:br/>
        <w:t>【答案】A</w:t>
      </w:r>
    </w:p>
    <w:p>
      <w:r>
        <w:t>18. 教师资格笔试科目一《综合素质》主要考查</w:t>
        <w:br/>
        <w:t>A.职  B.业  C.理  D.念</w:t>
        <w:br/>
        <w:t>【答案】A  18. 教师资格笔试科目一《综合素质》主要考查</w:t>
        <w:br/>
        <w:t>A.职  B.业  C.理  D.念</w:t>
        <w:br/>
        <w:t>【答案】A</w:t>
      </w:r>
    </w:p>
    <w:p>
      <w:r>
        <w:t>19. 《教育法》规定，教育的根本任务是</w:t>
        <w:br/>
        <w:t>A.立  B.德  C.树  D.人</w:t>
        <w:br/>
        <w:t>【答案】A  19. 《教育法》规定，教育的根本任务是</w:t>
        <w:br/>
        <w:t>A.立  B.德  C.树  D.人</w:t>
        <w:br/>
        <w:t>【答案】A</w:t>
      </w:r>
    </w:p>
    <w:p>
      <w:r>
        <w:t>20. 新课改倡导的学习方式是</w:t>
        <w:br/>
        <w:t>A.自  B.主  C.、  D.合</w:t>
        <w:br/>
        <w:t>【答案】A  20. 新课改倡导的学习方式是</w:t>
        <w:br/>
        <w:t>A.自  B.主  C.、  D.合</w:t>
        <w:br/>
        <w:t>【答案】A</w:t>
      </w:r>
    </w:p>
    <w:p>
      <w:r>
        <w:t>21. 教师职业道德的核心是</w:t>
        <w:br/>
        <w:t>A.关  B.爱  C.学  D.生</w:t>
        <w:br/>
        <w:t>【答案】A  21. 教师职业道德的核心是</w:t>
        <w:br/>
        <w:t>A.关  B.爱  C.学  D.生</w:t>
        <w:br/>
        <w:t>【答案】A</w:t>
      </w:r>
    </w:p>
    <w:p>
      <w:r>
        <w:t>22. 班级管理的核心是</w:t>
        <w:br/>
        <w:t>A.学  B.生  C.|  D.教</w:t>
        <w:br/>
        <w:t>【答案】A  22. 班级管理的核心是</w:t>
        <w:br/>
        <w:t>A.学  B.生  C.|  D.教</w:t>
        <w:br/>
        <w:t>【答案】A</w:t>
      </w:r>
    </w:p>
    <w:p>
      <w:r>
        <w:t>23. 教学设计的基本要素不包括</w:t>
        <w:br/>
        <w:t>A.教  B.学  C.目  D.标</w:t>
        <w:br/>
        <w:t>【答案】D  23. 教学设计的基本要素不包括</w:t>
        <w:br/>
        <w:t>A.教  B.学  C.目  D.标</w:t>
        <w:br/>
        <w:t>【答案】D</w:t>
      </w:r>
    </w:p>
    <w:p>
      <w:r>
        <w:t>24. 形成性评价的特点是</w:t>
        <w:br/>
        <w:t>A.注  B.重  C.过  D.程</w:t>
        <w:br/>
        <w:t>【答案】A  24. 形成性评价的特点是</w:t>
        <w:br/>
        <w:t>A.注  B.重  C.过  D.程</w:t>
        <w:br/>
        <w:t>【答案】A</w:t>
      </w:r>
    </w:p>
    <w:p>
      <w:r>
        <w:t>25. 教师资格面试一般安排在什么时候</w:t>
        <w:br/>
        <w:t>A.笔  B.试  C.后  D.1</w:t>
        <w:br/>
        <w:t>【答案】A  25. 教师资格面试一般安排在什么时候</w:t>
        <w:br/>
        <w:t>A.笔  B.试  C.后  D.1</w:t>
        <w:br/>
        <w:t>【答案】A</w:t>
      </w:r>
    </w:p>
    <w:p>
      <w:r>
        <w:t>26. 教师资格笔试科目一《综合素质》主要考查</w:t>
        <w:br/>
        <w:t>A.职  B.业  C.理  D.念</w:t>
        <w:br/>
        <w:t>【答案】A  26. 教师资格笔试科目一《综合素质》主要考查</w:t>
        <w:br/>
        <w:t>A.职  B.业  C.理  D.念</w:t>
        <w:br/>
        <w:t>【答案】A</w:t>
      </w:r>
    </w:p>
    <w:p>
      <w:r>
        <w:t>27. 《教育法》规定，教育的根本任务是</w:t>
        <w:br/>
        <w:t>A.立  B.德  C.树  D.人</w:t>
        <w:br/>
        <w:t>【答案】A  27. 《教育法》规定，教育的根本任务是</w:t>
        <w:br/>
        <w:t>A.立  B.德  C.树  D.人</w:t>
        <w:br/>
        <w:t>【答案】A</w:t>
      </w:r>
    </w:p>
    <w:p>
      <w:r>
        <w:t>28. 新课改倡导的学习方式是</w:t>
        <w:br/>
        <w:t>A.自  B.主  C.、  D.合</w:t>
        <w:br/>
        <w:t>【答案】A  28. 新课改倡导的学习方式是</w:t>
        <w:br/>
        <w:t>A.自  B.主  C.、  D.合</w:t>
        <w:br/>
        <w:t>【答案】A</w:t>
      </w:r>
    </w:p>
    <w:p>
      <w:r>
        <w:t>29. 教师职业道德的核心是</w:t>
        <w:br/>
        <w:t>A.关  B.爱  C.学  D.生</w:t>
        <w:br/>
        <w:t>【答案】A  29. 教师职业道德的核心是</w:t>
        <w:br/>
        <w:t>A.关  B.爱  C.学  D.生</w:t>
        <w:br/>
        <w:t>【答案】A</w:t>
      </w:r>
    </w:p>
    <w:p>
      <w:r>
        <w:t>30. 班级管理的核心是</w:t>
        <w:br/>
        <w:t>A.学  B.生  C.|  D.教</w:t>
        <w:br/>
        <w:t>【答案】A  30. 班级管理的核心是</w:t>
        <w:br/>
        <w:t>A.学  B.生  C.|  D.教</w:t>
        <w:br/>
        <w:t>【答案】A</w:t>
      </w:r>
    </w:p>
    <w:p>
      <w:r>
        <w:t>31. 教学设计的基本要素不包括</w:t>
        <w:br/>
        <w:t>A.教  B.学  C.目  D.标</w:t>
        <w:br/>
        <w:t>【答案】D  31. 教学设计的基本要素不包括</w:t>
        <w:br/>
        <w:t>A.教  B.学  C.目  D.标</w:t>
        <w:br/>
        <w:t>【答案】D</w:t>
      </w:r>
    </w:p>
    <w:p>
      <w:r>
        <w:t>32. 形成性评价的特点是</w:t>
        <w:br/>
        <w:t>A.注  B.重  C.过  D.程</w:t>
        <w:br/>
        <w:t>【答案】A  32. 形成性评价的特点是</w:t>
        <w:br/>
        <w:t>A.注  B.重  C.过  D.程</w:t>
        <w:br/>
        <w:t>【答案】A</w:t>
      </w:r>
    </w:p>
    <w:p>
      <w:r>
        <w:t>33. 教师资格面试一般安排在什么时候</w:t>
        <w:br/>
        <w:t>A.笔  B.试  C.后  D.1</w:t>
        <w:br/>
        <w:t>【答案】A  33. 教师资格面试一般安排在什么时候</w:t>
        <w:br/>
        <w:t>A.笔  B.试  C.后  D.1</w:t>
        <w:br/>
        <w:t>【答案】A</w:t>
      </w:r>
    </w:p>
    <w:p>
      <w:r>
        <w:t>34. 教师资格笔试科目一《综合素质》主要考查</w:t>
        <w:br/>
        <w:t>A.职  B.业  C.理  D.念</w:t>
        <w:br/>
        <w:t>【答案】A  34. 教师资格笔试科目一《综合素质》主要考查</w:t>
        <w:br/>
        <w:t>A.职  B.业  C.理  D.念</w:t>
        <w:br/>
        <w:t>【答案】A</w:t>
      </w:r>
    </w:p>
    <w:p>
      <w:r>
        <w:t>35. 《教育法》规定，教育的根本任务是</w:t>
        <w:br/>
        <w:t>A.立  B.德  C.树  D.人</w:t>
        <w:br/>
        <w:t>【答案】A  35. 《教育法》规定，教育的根本任务是</w:t>
        <w:br/>
        <w:t>A.立  B.德  C.树  D.人</w:t>
        <w:br/>
        <w:t>【答案】A</w:t>
      </w:r>
    </w:p>
    <w:p>
      <w:r>
        <w:t>36. 新课改倡导的学习方式是</w:t>
        <w:br/>
        <w:t>A.自  B.主  C.、  D.合</w:t>
        <w:br/>
        <w:t>【答案】A  36. 新课改倡导的学习方式是</w:t>
        <w:br/>
        <w:t>A.自  B.主  C.、  D.合</w:t>
        <w:br/>
        <w:t>【答案】A</w:t>
      </w:r>
    </w:p>
    <w:p>
      <w:r>
        <w:t>37. 教师职业道德的核心是</w:t>
        <w:br/>
        <w:t>A.关  B.爱  C.学  D.生</w:t>
        <w:br/>
        <w:t>【答案】A  37. 教师职业道德的核心是</w:t>
        <w:br/>
        <w:t>A.关  B.爱  C.学  D.生</w:t>
        <w:br/>
        <w:t>【答案】A</w:t>
      </w:r>
    </w:p>
    <w:p>
      <w:r>
        <w:t>38. 班级管理的核心是</w:t>
        <w:br/>
        <w:t>A.学  B.生  C.|  D.教</w:t>
        <w:br/>
        <w:t>【答案】A  38. 班级管理的核心是</w:t>
        <w:br/>
        <w:t>A.学  B.生  C.|  D.教</w:t>
        <w:br/>
        <w:t>【答案】A</w:t>
      </w:r>
    </w:p>
    <w:p>
      <w:r>
        <w:t>39. 教学设计的基本要素不包括</w:t>
        <w:br/>
        <w:t>A.教  B.学  C.目  D.标</w:t>
        <w:br/>
        <w:t>【答案】D  39. 教学设计的基本要素不包括</w:t>
        <w:br/>
        <w:t>A.教  B.学  C.目  D.标</w:t>
        <w:br/>
        <w:t>【答案】D</w:t>
      </w:r>
    </w:p>
    <w:p>
      <w:r>
        <w:t>40. 形成性评价的特点是</w:t>
        <w:br/>
        <w:t>A.注  B.重  C.过  D.程</w:t>
        <w:br/>
        <w:t>【答案】A  40. 形成性评价的特点是</w:t>
        <w:br/>
        <w:t>A.注  B.重  C.过  D.程</w:t>
        <w:br/>
        <w:t>【答案】A</w:t>
      </w:r>
    </w:p>
    <w:p>
      <w:r>
        <w:t>41. 教师资格面试一般安排在什么时候</w:t>
        <w:br/>
        <w:t>A.笔  B.试  C.后  D.1</w:t>
        <w:br/>
        <w:t>【答案】A  41. 教师资格面试一般安排在什么时候</w:t>
        <w:br/>
        <w:t>A.笔  B.试  C.后  D.1</w:t>
        <w:br/>
        <w:t>【答案】A</w:t>
      </w:r>
    </w:p>
    <w:p>
      <w:r>
        <w:t>42. 教师资格笔试科目一《综合素质》主要考查</w:t>
        <w:br/>
        <w:t>A.职  B.业  C.理  D.念</w:t>
        <w:br/>
        <w:t>【答案】A  42. 教师资格笔试科目一《综合素质》主要考查</w:t>
        <w:br/>
        <w:t>A.职  B.业  C.理  D.念</w:t>
        <w:br/>
        <w:t>【答案】A</w:t>
      </w:r>
    </w:p>
    <w:p>
      <w:r>
        <w:t>43. 《教育法》规定，教育的根本任务是</w:t>
        <w:br/>
        <w:t>A.立  B.德  C.树  D.人</w:t>
        <w:br/>
        <w:t>【答案】A  43. 《教育法》规定，教育的根本任务是</w:t>
        <w:br/>
        <w:t>A.立  B.德  C.树  D.人</w:t>
        <w:br/>
        <w:t>【答案】A</w:t>
      </w:r>
    </w:p>
    <w:p>
      <w:r>
        <w:t>44. 新课改倡导的学习方式是</w:t>
        <w:br/>
        <w:t>A.自  B.主  C.、  D.合</w:t>
        <w:br/>
        <w:t>【答案】A  44. 新课改倡导的学习方式是</w:t>
        <w:br/>
        <w:t>A.自  B.主  C.、  D.合</w:t>
        <w:br/>
        <w:t>【答案】A</w:t>
      </w:r>
    </w:p>
    <w:p>
      <w:r>
        <w:t>45. 教师职业道德的核心是</w:t>
        <w:br/>
        <w:t>A.关  B.爱  C.学  D.生</w:t>
        <w:br/>
        <w:t>【答案】A  45. 教师职业道德的核心是</w:t>
        <w:br/>
        <w:t>A.关  B.爱  C.学  D.生</w:t>
        <w:br/>
        <w:t>【答案】A</w:t>
      </w:r>
    </w:p>
    <w:p>
      <w:r>
        <w:t>46. 班级管理的核心是</w:t>
        <w:br/>
        <w:t>A.学  B.生  C.|  D.教</w:t>
        <w:br/>
        <w:t>【答案】A  46. 班级管理的核心是</w:t>
        <w:br/>
        <w:t>A.学  B.生  C.|  D.教</w:t>
        <w:br/>
        <w:t>【答案】A</w:t>
      </w:r>
    </w:p>
    <w:p>
      <w:r>
        <w:t>47. 教学设计的基本要素不包括</w:t>
        <w:br/>
        <w:t>A.教  B.学  C.目  D.标</w:t>
        <w:br/>
        <w:t>【答案】D  47. 教学设计的基本要素不包括</w:t>
        <w:br/>
        <w:t>A.教  B.学  C.目  D.标</w:t>
        <w:br/>
        <w:t>【答案】D</w:t>
      </w:r>
    </w:p>
    <w:p>
      <w:r>
        <w:t>48. 形成性评价的特点是</w:t>
        <w:br/>
        <w:t>A.注  B.重  C.过  D.程</w:t>
        <w:br/>
        <w:t>【答案】A  48. 形成性评价的特点是</w:t>
        <w:br/>
        <w:t>A.注  B.重  C.过  D.程</w:t>
        <w:br/>
        <w:t>【答案】A</w:t>
      </w:r>
    </w:p>
    <w:p>
      <w:r>
        <w:t>49. 教师资格面试一般安排在什么时候</w:t>
        <w:br/>
        <w:t>A.笔  B.试  C.后  D.1</w:t>
        <w:br/>
        <w:t>【答案】A  49. 教师资格面试一般安排在什么时候</w:t>
        <w:br/>
        <w:t>A.笔  B.试  C.后  D.1</w:t>
        <w:br/>
        <w:t>【答案】A</w:t>
      </w:r>
    </w:p>
    <w:p>
      <w:r>
        <w:t>50. 教师资格笔试科目一《综合素质》主要考查</w:t>
        <w:br/>
        <w:t>A.职  B.业  C.理  D.念</w:t>
        <w:br/>
        <w:t>【答案】A  50. 教师资格笔试科目一《综合素质》主要考查</w:t>
        <w:br/>
        <w:t>A.职  B.业  C.理  D.念</w:t>
        <w:br/>
        <w:t>【答案】A</w:t>
      </w:r>
    </w:p>
    <w:p>
      <w:r>
        <w:t>【二、多项选择题（每题2分，共40分）】</w:t>
      </w:r>
    </w:p>
    <w:p>
      <w:r>
        <w:t>51. 教师职业素养包括</w:t>
        <w:br/>
        <w:t>A.职  B.业  C.道  D.德</w:t>
        <w:br/>
        <w:t>【答案】ABCD  51. 教师职业素养包括</w:t>
        <w:br/>
        <w:t>A.职  B.业  C.道  D.德</w:t>
        <w:br/>
        <w:t>【答案】ABCD</w:t>
      </w:r>
    </w:p>
    <w:p>
      <w:r>
        <w:t>52. 课堂教学的基本环节包括</w:t>
        <w:br/>
        <w:t>A.组  B.织  C.教  D.学</w:t>
        <w:br/>
        <w:t>【答案】ABCD  52. 课堂教学的基本环节包括</w:t>
        <w:br/>
        <w:t>A.组  B.织  C.教  D.学</w:t>
        <w:br/>
        <w:t>【答案】ABCD</w:t>
      </w:r>
    </w:p>
    <w:p>
      <w:r>
        <w:t>53. 德育方法包括</w:t>
        <w:br/>
        <w:t>A.说  B.服  C.教  D.育</w:t>
        <w:br/>
        <w:t>【答案】ABCD  53. 德育方法包括</w:t>
        <w:br/>
        <w:t>A.说  B.服  C.教  D.育</w:t>
        <w:br/>
        <w:t>【答案】ABCD</w:t>
      </w:r>
    </w:p>
    <w:p>
      <w:r>
        <w:t>54. 新课改的三维目标包括</w:t>
        <w:br/>
        <w:t>A.知  B.识  C.与  D.技</w:t>
        <w:br/>
        <w:t>【答案】ABC  54. 新课改的三维目标包括</w:t>
        <w:br/>
        <w:t>A.知  B.识  C.与  D.技</w:t>
        <w:br/>
        <w:t>【答案】ABC</w:t>
      </w:r>
    </w:p>
    <w:p>
      <w:r>
        <w:t>55. 班集体建设的内容包括</w:t>
        <w:br/>
        <w:t>A.目  B.标  C.建  D.设</w:t>
        <w:br/>
        <w:t>【答案】ABCD  55. 班集体建设的内容包括</w:t>
        <w:br/>
        <w:t>A.目  B.标  C.建  D.设</w:t>
        <w:br/>
        <w:t>【答案】ABCD</w:t>
      </w:r>
    </w:p>
    <w:p>
      <w:r>
        <w:t>56. 教师专业发展途径包括</w:t>
        <w:br/>
        <w:t>A.教  B.学  C.反  D.思</w:t>
        <w:br/>
        <w:t>【答案】ABCD  56. 教师专业发展途径包括</w:t>
        <w:br/>
        <w:t>A.教  B.学  C.反  D.思</w:t>
        <w:br/>
        <w:t>【答案】ABCD</w:t>
      </w:r>
    </w:p>
    <w:p>
      <w:r>
        <w:t>57. 学生身心发展规律包括</w:t>
        <w:br/>
        <w:t>A.顺  B.序  C.性  D.|</w:t>
        <w:br/>
        <w:t>【答案】ABCD  57. 学生身心发展规律包括</w:t>
        <w:br/>
        <w:t>A.顺  B.序  C.性  D.|</w:t>
        <w:br/>
        <w:t>【答案】ABCD</w:t>
      </w:r>
    </w:p>
    <w:p>
      <w:r>
        <w:t>58. 教学原则包括</w:t>
        <w:br/>
        <w:t>A.启  B.发  C.性  D.|</w:t>
        <w:br/>
        <w:t>【答案】ABCD  58. 教学原则包括</w:t>
        <w:br/>
        <w:t>A.启  B.发  C.性  D.|</w:t>
        <w:br/>
        <w:t>【答案】ABCD</w:t>
      </w:r>
    </w:p>
    <w:p>
      <w:r>
        <w:t>59. 教师职业素养包括</w:t>
        <w:br/>
        <w:t>A.职  B.业  C.道  D.德</w:t>
        <w:br/>
        <w:t>【答案】ABCD  59. 教师职业素养包括</w:t>
        <w:br/>
        <w:t>A.职  B.业  C.道  D.德</w:t>
        <w:br/>
        <w:t>【答案】ABCD</w:t>
      </w:r>
    </w:p>
    <w:p>
      <w:r>
        <w:t>60. 课堂教学的基本环节包括</w:t>
        <w:br/>
        <w:t>A.组  B.织  C.教  D.学</w:t>
        <w:br/>
        <w:t>【答案】ABCD  60. 课堂教学的基本环节包括</w:t>
        <w:br/>
        <w:t>A.组  B.织  C.教  D.学</w:t>
        <w:br/>
        <w:t>【答案】ABCD</w:t>
      </w:r>
    </w:p>
    <w:p>
      <w:r>
        <w:t>61. 德育方法包括</w:t>
        <w:br/>
        <w:t>A.说  B.服  C.教  D.育</w:t>
        <w:br/>
        <w:t>【答案】ABCD  61. 德育方法包括</w:t>
        <w:br/>
        <w:t>A.说  B.服  C.教  D.育</w:t>
        <w:br/>
        <w:t>【答案】ABCD</w:t>
      </w:r>
    </w:p>
    <w:p>
      <w:r>
        <w:t>62. 新课改的三维目标包括</w:t>
        <w:br/>
        <w:t>A.知  B.识  C.与  D.技</w:t>
        <w:br/>
        <w:t>【答案】ABC  62. 新课改的三维目标包括</w:t>
        <w:br/>
        <w:t>A.知  B.识  C.与  D.技</w:t>
        <w:br/>
        <w:t>【答案】ABC</w:t>
      </w:r>
    </w:p>
    <w:p>
      <w:r>
        <w:t>63. 班集体建设的内容包括</w:t>
        <w:br/>
        <w:t>A.目  B.标  C.建  D.设</w:t>
        <w:br/>
        <w:t>【答案】ABCD  63. 班集体建设的内容包括</w:t>
        <w:br/>
        <w:t>A.目  B.标  C.建  D.设</w:t>
        <w:br/>
        <w:t>【答案】ABCD</w:t>
      </w:r>
    </w:p>
    <w:p>
      <w:r>
        <w:t>64. 教师专业发展途径包括</w:t>
        <w:br/>
        <w:t>A.教  B.学  C.反  D.思</w:t>
        <w:br/>
        <w:t>【答案】ABCD  64. 教师专业发展途径包括</w:t>
        <w:br/>
        <w:t>A.教  B.学  C.反  D.思</w:t>
        <w:br/>
        <w:t>【答案】ABCD</w:t>
      </w:r>
    </w:p>
    <w:p>
      <w:r>
        <w:t>65. 学生身心发展规律包括</w:t>
        <w:br/>
        <w:t>A.顺  B.序  C.性  D.|</w:t>
        <w:br/>
        <w:t>【答案】ABCD  65. 学生身心发展规律包括</w:t>
        <w:br/>
        <w:t>A.顺  B.序  C.性  D.|</w:t>
        <w:br/>
        <w:t>【答案】ABCD</w:t>
      </w:r>
    </w:p>
    <w:p>
      <w:r>
        <w:t>66. 教学原则包括</w:t>
        <w:br/>
        <w:t>A.启  B.发  C.性  D.|</w:t>
        <w:br/>
        <w:t>【答案】ABCD  66. 教学原则包括</w:t>
        <w:br/>
        <w:t>A.启  B.发  C.性  D.|</w:t>
        <w:br/>
        <w:t>【答案】ABCD</w:t>
      </w:r>
    </w:p>
    <w:p>
      <w:r>
        <w:t>67. 教师职业素养包括</w:t>
        <w:br/>
        <w:t>A.职  B.业  C.道  D.德</w:t>
        <w:br/>
        <w:t>【答案】ABCD  67. 教师职业素养包括</w:t>
        <w:br/>
        <w:t>A.职  B.业  C.道  D.德</w:t>
        <w:br/>
        <w:t>【答案】ABCD</w:t>
      </w:r>
    </w:p>
    <w:p>
      <w:r>
        <w:t>68. 课堂教学的基本环节包括</w:t>
        <w:br/>
        <w:t>A.组  B.织  C.教  D.学</w:t>
        <w:br/>
        <w:t>【答案】ABCD  68. 课堂教学的基本环节包括</w:t>
        <w:br/>
        <w:t>A.组  B.织  C.教  D.学</w:t>
        <w:br/>
        <w:t>【答案】ABCD</w:t>
      </w:r>
    </w:p>
    <w:p>
      <w:r>
        <w:t>69. 德育方法包括</w:t>
        <w:br/>
        <w:t>A.说  B.服  C.教  D.育</w:t>
        <w:br/>
        <w:t>【答案】ABCD  69. 德育方法包括</w:t>
        <w:br/>
        <w:t>A.说  B.服  C.教  D.育</w:t>
        <w:br/>
        <w:t>【答案】ABCD</w:t>
      </w:r>
    </w:p>
    <w:p>
      <w:r>
        <w:t>70. 新课改的三维目标包括</w:t>
        <w:br/>
        <w:t>A.知  B.识  C.与  D.技</w:t>
        <w:br/>
        <w:t>【答案】ABC  70. 新课改的三维目标包括</w:t>
        <w:br/>
        <w:t>A.知  B.识  C.与  D.技</w:t>
        <w:br/>
        <w:t>【答案】ABC</w:t>
      </w:r>
    </w:p>
    <w:p>
      <w:r>
        <w:t>【三、判断题（每题1分，共20分）】</w:t>
      </w:r>
    </w:p>
    <w:p>
      <w:r>
        <w:t>71. 教师可以体罚学生  71. 教师可以体罚学生。（对/错）</w:t>
        <w:br/>
        <w:t>【答案】错</w:t>
      </w:r>
    </w:p>
    <w:p>
      <w:r>
        <w:t>72. 教学反思有助于教师专业成长  72. 教学反思有助于教师专业成长。（对/错）</w:t>
        <w:br/>
        <w:t>【答案】对</w:t>
      </w:r>
    </w:p>
    <w:p>
      <w:r>
        <w:t>73. 教案就是教材内容的复制  73. 教案就是教材内容的复制。（对/错）</w:t>
        <w:br/>
        <w:t>【答案】错</w:t>
      </w:r>
    </w:p>
    <w:p>
      <w:r>
        <w:t>74. 评价学生只看考试成绩  74. 评价学生只看考试成绩。（对/错）</w:t>
        <w:br/>
        <w:t>【答案】错</w:t>
      </w:r>
    </w:p>
    <w:p>
      <w:r>
        <w:t>75. 班主任是班集体的组织者和管理者  75. 班主任是班集体的组织者和管理者。（对/错）</w:t>
        <w:br/>
        <w:t>【答案】对</w:t>
      </w:r>
    </w:p>
    <w:p>
      <w:r>
        <w:t>76. 学生是发展中的人  76. 学生是发展中的人。（对/错）</w:t>
        <w:br/>
        <w:t>【答案】对</w:t>
      </w:r>
    </w:p>
    <w:p>
      <w:r>
        <w:t>77. 课堂教学中教师是唯一主体  77. 课堂教学中教师是唯一主体。（对/错）</w:t>
        <w:br/>
        <w:t>【答案】错</w:t>
      </w:r>
    </w:p>
    <w:p>
      <w:r>
        <w:t>78. 师德是评价教师的唯一标准  78. 师德是评价教师的唯一标准。（对/错）</w:t>
        <w:br/>
        <w:t>【答案】错</w:t>
      </w:r>
    </w:p>
    <w:p>
      <w:r>
        <w:t>79. 教师可以体罚学生  79. 教师可以体罚学生。（对/错）</w:t>
        <w:br/>
        <w:t>【答案】错</w:t>
      </w:r>
    </w:p>
    <w:p>
      <w:r>
        <w:t>80. 教学反思有助于教师专业成长  80. 教学反思有助于教师专业成长。（对/错）</w:t>
        <w:br/>
        <w:t>【答案】对</w:t>
      </w:r>
    </w:p>
    <w:p>
      <w:r>
        <w:t>81. 教案就是教材内容的复制  81. 教案就是教材内容的复制。（对/错）</w:t>
        <w:br/>
        <w:t>【答案】错</w:t>
      </w:r>
    </w:p>
    <w:p>
      <w:r>
        <w:t>82. 评价学生只看考试成绩  82. 评价学生只看考试成绩。（对/错）</w:t>
        <w:br/>
        <w:t>【答案】错</w:t>
      </w:r>
    </w:p>
    <w:p>
      <w:r>
        <w:t>83. 班主任是班集体的组织者和管理者  83. 班主任是班集体的组织者和管理者。（对/错）</w:t>
        <w:br/>
        <w:t>【答案】对</w:t>
      </w:r>
    </w:p>
    <w:p>
      <w:r>
        <w:t>84. 学生是发展中的人  84. 学生是发展中的人。（对/错）</w:t>
        <w:br/>
        <w:t>【答案】对</w:t>
      </w:r>
    </w:p>
    <w:p>
      <w:r>
        <w:t>85. 课堂教学中教师是唯一主体  85. 课堂教学中教师是唯一主体。（对/错）</w:t>
        <w:br/>
        <w:t>【答案】错</w:t>
      </w:r>
    </w:p>
    <w:p>
      <w:r>
        <w:t>86. 师德是评价教师的唯一标准  86. 师德是评价教师的唯一标准。（对/错）</w:t>
        <w:br/>
        <w:t>【答案】错</w:t>
      </w:r>
    </w:p>
    <w:p>
      <w:r>
        <w:t>87. 教师可以体罚学生  87. 教师可以体罚学生。（对/错）</w:t>
        <w:br/>
        <w:t>【答案】错</w:t>
      </w:r>
    </w:p>
    <w:p>
      <w:r>
        <w:t>88. 教学反思有助于教师专业成长  88. 教学反思有助于教师专业成长。（对/错）</w:t>
        <w:br/>
        <w:t>【答案】对</w:t>
      </w:r>
    </w:p>
    <w:p>
      <w:r>
        <w:t>89. 教案就是教材内容的复制  89. 教案就是教材内容的复制。（对/错）</w:t>
        <w:br/>
        <w:t>【答案】错</w:t>
      </w:r>
    </w:p>
    <w:p>
      <w:r>
        <w:t>90. 评价学生只看考试成绩  90. 评价学生只看考试成绩。（对/错）</w:t>
        <w:br/>
        <w:t>【答案】错</w:t>
      </w:r>
    </w:p>
    <w:p>
      <w:r>
        <w:t>【四、简答题（每题3分，共30分）】</w:t>
      </w:r>
    </w:p>
    <w:p>
      <w:r>
        <w:t>91. 简述教师的职业道德规范  91. 简述教师的职业道德规范。</w:t>
        <w:br/>
        <w:t>【答案】爱国守法、爱岗敬业、关爱学生、教书育人、为人师表、终身学习</w:t>
      </w:r>
    </w:p>
    <w:p>
      <w:r>
        <w:t>92. 什么是因材施教？</w:t>
        <w:br/>
        <w:t>【答案】根据学生个别差异有针对性地进行教学  92. 什么是因材施教？</w:t>
        <w:br/>
        <w:t>【答案】根据学生个别差异有针对性地进行教学</w:t>
      </w:r>
    </w:p>
    <w:p>
      <w:r>
        <w:t>93. 简述一堂好课的标准  93. 简述一堂好课的标准。</w:t>
        <w:br/>
        <w:t>【答案】目标明确、内容正确、方法得当、气氛活跃、效果良好</w:t>
      </w:r>
    </w:p>
    <w:p>
      <w:r>
        <w:t>94. 如何做好班级管理？</w:t>
        <w:br/>
        <w:t>【答案】确立目标、健全制度、培养班干、建设文化  94. 如何做好班级管理？</w:t>
        <w:br/>
        <w:t>【答案】确立目标、健全制度、培养班干、建设文化</w:t>
      </w:r>
    </w:p>
    <w:p>
      <w:r>
        <w:t>95. 简述教师的职业道德规范  95. 简述教师的职业道德规范。</w:t>
        <w:br/>
        <w:t>【答案】爱国守法、爱岗敬业、关爱学生、教书育人、为人师表、终身学习</w:t>
      </w:r>
    </w:p>
    <w:p>
      <w:r>
        <w:t>96. 什么是因材施教？</w:t>
        <w:br/>
        <w:t>【答案】根据学生个别差异有针对性地进行教学  96. 什么是因材施教？</w:t>
        <w:br/>
        <w:t>【答案】根据学生个别差异有针对性地进行教学</w:t>
      </w:r>
    </w:p>
    <w:p>
      <w:r>
        <w:t>97. 简述一堂好课的标准  97. 简述一堂好课的标准。</w:t>
        <w:br/>
        <w:t>【答案】目标明确、内容正确、方法得当、气氛活跃、效果良好</w:t>
      </w:r>
    </w:p>
    <w:p>
      <w:r>
        <w:t>98. 如何做好班级管理？</w:t>
        <w:br/>
        <w:t>【答案】确立目标、健全制度、培养班干、建设文化  98. 如何做好班级管理？</w:t>
        <w:br/>
        <w:t>【答案】确立目标、健全制度、培养班干、建设文化</w:t>
      </w:r>
    </w:p>
    <w:p>
      <w:r>
        <w:t>99. 简述教师的职业道德规范  99. 简述教师的职业道德规范。</w:t>
        <w:br/>
        <w:t>【答案】爱国守法、爱岗敬业、关爱学生、教书育人、为人师表、终身学习</w:t>
      </w:r>
    </w:p>
    <w:p>
      <w:r>
        <w:t>100. 什么是因材施教？</w:t>
        <w:br/>
        <w:t>【答案】根据学生个别差异有针对性地进行教学  100. 什么是因材施教？</w:t>
        <w:br/>
        <w:t>【答案】根据学生个别差异有针对性地进行教学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