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教师资格证笔试备考资料：综合素质核心考点+作文模板</w:t>
      </w:r>
    </w:p>
    <w:p>
      <w:r>
        <w:t>教师资格证笔试报名季，综合素质这一科很多人栽在作文上！小编整理了综合素质核心考点+写作模板，覆盖职业理念、职业道德、法律法规、文化素养四大模块。</w:t>
      </w:r>
    </w:p>
    <w:p>
      <w:r>
        <w:t>亮点：①核心考点浓缩版；②教育写作万能模板；③高频考点速记。网页是预览版，下载Word完整版可打印背诵。? 免费下载Word完整版（可直接打印编辑）</w:t>
      </w:r>
    </w:p>
    <w:p>
      <w:pPr>
        <w:pStyle w:val="Heading1"/>
      </w:pPr>
      <w:r>
        <w:t>一、职业理念三观</w:t>
      </w:r>
    </w:p>
    <w:p>
      <w:r>
        <w:t>教育观：素质教育（面向全体、全面发展、创新实践）</w:t>
      </w:r>
    </w:p>
    <w:p>
      <w:r>
        <w:t>学生观：学生是发展的人、独特的人、具有独立意义的人</w:t>
      </w:r>
    </w:p>
    <w:p>
      <w:r>
        <w:t>教师观：教师是学生学习的促进者，是教育教学的研究者</w:t>
      </w:r>
    </w:p>
    <w:p>
      <w:pPr>
        <w:pStyle w:val="Heading1"/>
      </w:pPr>
      <w:r>
        <w:t>二、职业道德规范</w:t>
      </w:r>
    </w:p>
    <w:p>
      <w:r>
        <w:t>爱国守法、爱岗敬业、关爱学生、教书育人、为人师表、终身学习——"三爱两人一终身"口诀。</w:t>
      </w:r>
    </w:p>
    <w:p>
      <w:pPr>
        <w:pStyle w:val="Heading1"/>
      </w:pPr>
      <w:r>
        <w:t>三、教育写作模板</w:t>
      </w:r>
    </w:p>
    <w:p>
      <w:r>
        <w:t>标题：用材料关键词+观点</w:t>
      </w:r>
    </w:p>
    <w:p>
      <w:r>
        <w:t>开头：引材料+亮观点（100字）</w:t>
      </w:r>
    </w:p>
    <w:p>
      <w:r>
        <w:t>主体：2-3个分论点（每段：论点+举例+分析）</w:t>
      </w:r>
    </w:p>
    <w:p>
      <w:r>
        <w:t>结尾：总结升华（100字）</w:t>
      </w:r>
    </w:p>
    <w:p>
      <w:r>
        <w:t>万能素材：陶行知、叶圣陶、苏霍姆林斯基等教育家故事。完整版见Word。?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