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教师资格证《综合素质》模拟100题</w:t>
      </w:r>
    </w:p>
    <w:p/>
    <w:p>
      <w:pPr>
        <w:pStyle w:val="Heading2"/>
      </w:pPr>
      <w:r>
        <w:t>一、单选题（第1-60题）</w:t>
      </w:r>
    </w:p>
    <w:p>
      <w:r>
        <w:t>1. 素质教育的基本内涵不包括（ ）。（综合素质模拟题）</w:t>
        <w:br/>
        <w:t>A. 选项一  B. 选项二  C. 选项三  D. 选项四</w:t>
        <w:br/>
        <w:t>答案：B  解析：本题考查基础知识，注意审题后结合教材原文作答，该知识点属于高频考点。</w:t>
      </w:r>
    </w:p>
    <w:p>
      <w:r>
        <w:t>2. 《教育法》规定教师享有（ ）权利。（综合素质模拟题）</w:t>
        <w:br/>
        <w:t>A. 选项一  B. 选项二  C. 选项三  D. 选项四</w:t>
        <w:br/>
        <w:t>答案：A  解析：本题考查基础知识，注意审题后结合教材原文作答，该知识点属于高频考点。</w:t>
      </w:r>
    </w:p>
    <w:p>
      <w:r>
        <w:t>3. 素质教育的基本内涵不包括（ ）。（综合素质模拟题）</w:t>
        <w:br/>
        <w:t>A. 选项一  B. 选项二  C. 选项三  D. 选项四</w:t>
        <w:br/>
        <w:t>答案：B  解析：本题考查基础知识，注意审题后结合教材原文作答，该知识点属于高频考点。</w:t>
      </w:r>
    </w:p>
    <w:p>
      <w:r>
        <w:t>4. 素质教育的基本内涵不包括（ ）。（综合素质模拟题）</w:t>
        <w:br/>
        <w:t>A. 选项一  B. 选项二  C. 选项三  D. 选项四</w:t>
        <w:br/>
        <w:t>答案：B  解析：本题考查基础知识，注意审题后结合教材原文作答，该知识点属于高频考点。</w:t>
      </w:r>
    </w:p>
    <w:p>
      <w:r>
        <w:t>5. 终身学习的理念要求教师（ ）。（综合素质模拟题）</w:t>
        <w:br/>
        <w:t>A. 选项一  B. 选项二  C. 选项三  D. 选项四</w:t>
        <w:br/>
        <w:t>答案：D  解析：本题考查基础知识，注意审题后结合教材原文作答，该知识点属于高频考点。</w:t>
      </w:r>
    </w:p>
    <w:p>
      <w:r>
        <w:t>6. 新课程改革强调的课程评价方向是（ ）。（综合素质模拟题）</w:t>
        <w:br/>
        <w:t>A. 选项一  B. 选项二  C. 选项三  D. 选项四</w:t>
        <w:br/>
        <w:t>答案：D  解析：本题考查基础知识，注意审题后结合教材原文作答，该知识点属于高频考点。</w:t>
      </w:r>
    </w:p>
    <w:p>
      <w:r>
        <w:t>7. 终身学习的理念要求教师（ ）。（综合素质模拟题）</w:t>
        <w:br/>
        <w:t>A. 选项一  B. 选项二  C. 选项三  D. 选项四</w:t>
        <w:br/>
        <w:t>答案：B  解析：本题考查基础知识，注意审题后结合教材原文作答，该知识点属于高频考点。</w:t>
      </w:r>
    </w:p>
    <w:p>
      <w:r>
        <w:t>8. 《教育法》规定教师享有（ ）权利。（综合素质模拟题）</w:t>
        <w:br/>
        <w:t>A. 选项一  B. 选项二  C. 选项三  D. 选项四</w:t>
        <w:br/>
        <w:t>答案：C  解析：本题考查基础知识，注意审题后结合教材原文作答，该知识点属于高频考点。</w:t>
      </w:r>
    </w:p>
    <w:p>
      <w:r>
        <w:t>9. 素质教育的基本内涵不包括（ ）。（综合素质模拟题）</w:t>
        <w:br/>
        <w:t>A. 选项一  B. 选项二  C. 选项三  D. 选项四</w:t>
        <w:br/>
        <w:t>答案：A  解析：本题考查基础知识，注意审题后结合教材原文作答，该知识点属于高频考点。</w:t>
      </w:r>
    </w:p>
    <w:p>
      <w:r>
        <w:t>10. 教师职业道德的核心是（ ）。（综合素质模拟题）</w:t>
        <w:br/>
        <w:t>A. 选项一  B. 选项二  C. 选项三  D. 选项四</w:t>
        <w:br/>
        <w:t>答案：D  解析：本题考查基础知识，注意审题后结合教材原文作答，该知识点属于高频考点。</w:t>
      </w:r>
    </w:p>
    <w:p>
      <w:r>
        <w:t>11. 终身学习的理念要求教师（ ）。（综合素质模拟题）</w:t>
        <w:br/>
        <w:t>A. 选项一  B. 选项二  C. 选项三  D. 选项四</w:t>
        <w:br/>
        <w:t>答案：D  解析：本题考查基础知识，注意审题后结合教材原文作答，该知识点属于高频考点。</w:t>
      </w:r>
    </w:p>
    <w:p>
      <w:r>
        <w:t>12. 终身学习的理念要求教师（ ）。（综合素质模拟题）</w:t>
        <w:br/>
        <w:t>A. 选项一  B. 选项二  C. 选项三  D. 选项四</w:t>
        <w:br/>
        <w:t>答案：C  解析：本题考查基础知识，注意审题后结合教材原文作答，该知识点属于高频考点。</w:t>
      </w:r>
    </w:p>
    <w:p>
      <w:r>
        <w:t>13. 新课程改革强调的课程评价方向是（ ）。（综合素质模拟题）</w:t>
        <w:br/>
        <w:t>A. 选项一  B. 选项二  C. 选项三  D. 选项四</w:t>
        <w:br/>
        <w:t>答案：D  解析：本题考查基础知识，注意审题后结合教材原文作答，该知识点属于高频考点。</w:t>
      </w:r>
    </w:p>
    <w:p>
      <w:r>
        <w:t>14. 学生是发展中的人，要求教师（ ）。（综合素质模拟题）</w:t>
        <w:br/>
        <w:t>A. 选项一  B. 选项二  C. 选项三  D. 选项四</w:t>
        <w:br/>
        <w:t>答案：B  解析：本题考查基础知识，注意审题后结合教材原文作答，该知识点属于高频考点。</w:t>
      </w:r>
    </w:p>
    <w:p>
      <w:r>
        <w:t>15. 学生是发展中的人，要求教师（ ）。（综合素质模拟题）</w:t>
        <w:br/>
        <w:t>A. 选项一  B. 选项二  C. 选项三  D. 选项四</w:t>
        <w:br/>
        <w:t>答案：D  解析：本题考查基础知识，注意审题后结合教材原文作答，该知识点属于高频考点。</w:t>
      </w:r>
    </w:p>
    <w:p>
      <w:r>
        <w:t>16. 素质教育的基本内涵不包括（ ）。（综合素质模拟题）</w:t>
        <w:br/>
        <w:t>A. 选项一  B. 选项二  C. 选项三  D. 选项四</w:t>
        <w:br/>
        <w:t>答案：A  解析：本题考查基础知识，注意审题后结合教材原文作答，该知识点属于高频考点。</w:t>
      </w:r>
    </w:p>
    <w:p>
      <w:r>
        <w:t>17. 新课程改革强调的课程评价方向是（ ）。（综合素质模拟题）</w:t>
        <w:br/>
        <w:t>A. 选项一  B. 选项二  C. 选项三  D. 选项四</w:t>
        <w:br/>
        <w:t>答案：D  解析：本题考查基础知识，注意审题后结合教材原文作答，该知识点属于高频考点。</w:t>
      </w:r>
    </w:p>
    <w:p>
      <w:r>
        <w:t>18. 学生是发展中的人，要求教师（ ）。（综合素质模拟题）</w:t>
        <w:br/>
        <w:t>A. 选项一  B. 选项二  C. 选项三  D. 选项四</w:t>
        <w:br/>
        <w:t>答案：D  解析：本题考查基础知识，注意审题后结合教材原文作答，该知识点属于高频考点。</w:t>
      </w:r>
    </w:p>
    <w:p>
      <w:r>
        <w:t>19. 《教育法》规定教师享有（ ）权利。（综合素质模拟题）</w:t>
        <w:br/>
        <w:t>A. 选项一  B. 选项二  C. 选项三  D. 选项四</w:t>
        <w:br/>
        <w:t>答案：A  解析：本题考查基础知识，注意审题后结合教材原文作答，该知识点属于高频考点。</w:t>
      </w:r>
    </w:p>
    <w:p>
      <w:r>
        <w:t>20. 中小学教师职业道德规范“为人师表”要求（ ）。（综合素质模拟题）</w:t>
        <w:br/>
        <w:t>A. 选项一  B. 选项二  C. 选项三  D. 选项四</w:t>
        <w:br/>
        <w:t>答案：B  解析：本题考查基础知识，注意审题后结合教材原文作答，该知识点属于高频考点。</w:t>
      </w:r>
    </w:p>
    <w:p>
      <w:r>
        <w:t>21. 新课程改革强调的课程评价方向是（ ）。（综合素质模拟题）</w:t>
        <w:br/>
        <w:t>A. 选项一  B. 选项二  C. 选项三  D. 选项四</w:t>
        <w:br/>
        <w:t>答案：B  解析：本题考查基础知识，注意审题后结合教材原文作答，该知识点属于高频考点。</w:t>
      </w:r>
    </w:p>
    <w:p>
      <w:r>
        <w:t>22. 新课程改革强调的课程评价方向是（ ）。（综合素质模拟题）</w:t>
        <w:br/>
        <w:t>A. 选项一  B. 选项二  C. 选项三  D. 选项四</w:t>
        <w:br/>
        <w:t>答案：B  解析：本题考查基础知识，注意审题后结合教材原文作答，该知识点属于高频考点。</w:t>
      </w:r>
    </w:p>
    <w:p>
      <w:r>
        <w:t>23. 新课程改革强调的课程评价方向是（ ）。（综合素质模拟题）</w:t>
        <w:br/>
        <w:t>A. 选项一  B. 选项二  C. 选项三  D. 选项四</w:t>
        <w:br/>
        <w:t>答案：D  解析：本题考查基础知识，注意审题后结合教材原文作答，该知识点属于高频考点。</w:t>
      </w:r>
    </w:p>
    <w:p>
      <w:r>
        <w:t>24. 《教育法》规定教师享有（ ）权利。（综合素质模拟题）</w:t>
        <w:br/>
        <w:t>A. 选项一  B. 选项二  C. 选项三  D. 选项四</w:t>
        <w:br/>
        <w:t>答案：A  解析：本题考查基础知识，注意审题后结合教材原文作答，该知识点属于高频考点。</w:t>
      </w:r>
    </w:p>
    <w:p>
      <w:r>
        <w:t>25. 学生是发展中的人，要求教师（ ）。（综合素质模拟题）</w:t>
        <w:br/>
        <w:t>A. 选项一  B. 选项二  C. 选项三  D. 选项四</w:t>
        <w:br/>
        <w:t>答案：C  解析：本题考查基础知识，注意审题后结合教材原文作答，该知识点属于高频考点。</w:t>
      </w:r>
    </w:p>
    <w:p>
      <w:r>
        <w:t>26. 终身学习的理念要求教师（ ）。（综合素质模拟题）</w:t>
        <w:br/>
        <w:t>A. 选项一  B. 选项二  C. 选项三  D. 选项四</w:t>
        <w:br/>
        <w:t>答案：C  解析：本题考查基础知识，注意审题后结合教材原文作答，该知识点属于高频考点。</w:t>
      </w:r>
    </w:p>
    <w:p>
      <w:r>
        <w:t>27. 素质教育的基本内涵不包括（ ）。（综合素质模拟题）</w:t>
        <w:br/>
        <w:t>A. 选项一  B. 选项二  C. 选项三  D. 选项四</w:t>
        <w:br/>
        <w:t>答案：D  解析：本题考查基础知识，注意审题后结合教材原文作答，该知识点属于高频考点。</w:t>
      </w:r>
    </w:p>
    <w:p>
      <w:r>
        <w:t>28. 终身学习的理念要求教师（ ）。（综合素质模拟题）</w:t>
        <w:br/>
        <w:t>A. 选项一  B. 选项二  C. 选项三  D. 选项四</w:t>
        <w:br/>
        <w:t>答案：A  解析：本题考查基础知识，注意审题后结合教材原文作答，该知识点属于高频考点。</w:t>
      </w:r>
    </w:p>
    <w:p>
      <w:r>
        <w:t>29. 中小学教师职业道德规范“为人师表”要求（ ）。（综合素质模拟题）</w:t>
        <w:br/>
        <w:t>A. 选项一  B. 选项二  C. 选项三  D. 选项四</w:t>
        <w:br/>
        <w:t>答案：A  解析：本题考查基础知识，注意审题后结合教材原文作答，该知识点属于高频考点。</w:t>
      </w:r>
    </w:p>
    <w:p>
      <w:r>
        <w:t>30. 学生是发展中的人，要求教师（ ）。（综合素质模拟题）</w:t>
        <w:br/>
        <w:t>A. 选项一  B. 选项二  C. 选项三  D. 选项四</w:t>
        <w:br/>
        <w:t>答案：A  解析：本题考查基础知识，注意审题后结合教材原文作答，该知识点属于高频考点。</w:t>
      </w:r>
    </w:p>
    <w:p>
      <w:r>
        <w:t>31. 学生是发展中的人，要求教师（ ）。（综合素质模拟题）</w:t>
        <w:br/>
        <w:t>A. 选项一  B. 选项二  C. 选项三  D. 选项四</w:t>
        <w:br/>
        <w:t>答案：D  解析：本题考查基础知识，注意审题后结合教材原文作答，该知识点属于高频考点。</w:t>
      </w:r>
    </w:p>
    <w:p>
      <w:r>
        <w:t>32. 终身学习的理念要求教师（ ）。（综合素质模拟题）</w:t>
        <w:br/>
        <w:t>A. 选项一  B. 选项二  C. 选项三  D. 选项四</w:t>
        <w:br/>
        <w:t>答案：A  解析：本题考查基础知识，注意审题后结合教材原文作答，该知识点属于高频考点。</w:t>
      </w:r>
    </w:p>
    <w:p>
      <w:r>
        <w:t>33. 新课程改革强调的课程评价方向是（ ）。（综合素质模拟题）</w:t>
        <w:br/>
        <w:t>A. 选项一  B. 选项二  C. 选项三  D. 选项四</w:t>
        <w:br/>
        <w:t>答案：C  解析：本题考查基础知识，注意审题后结合教材原文作答，该知识点属于高频考点。</w:t>
      </w:r>
    </w:p>
    <w:p>
      <w:r>
        <w:t>34. 《教育法》规定教师享有（ ）权利。（综合素质模拟题）</w:t>
        <w:br/>
        <w:t>A. 选项一  B. 选项二  C. 选项三  D. 选项四</w:t>
        <w:br/>
        <w:t>答案：C  解析：本题考查基础知识，注意审题后结合教材原文作答，该知识点属于高频考点。</w:t>
      </w:r>
    </w:p>
    <w:p>
      <w:r>
        <w:t>35. 教师职业道德的核心是（ ）。（综合素质模拟题）</w:t>
        <w:br/>
        <w:t>A. 选项一  B. 选项二  C. 选项三  D. 选项四</w:t>
        <w:br/>
        <w:t>答案：B  解析：本题考查基础知识，注意审题后结合教材原文作答，该知识点属于高频考点。</w:t>
      </w:r>
    </w:p>
    <w:p>
      <w:r>
        <w:t>36. 素质教育的基本内涵不包括（ ）。（综合素质模拟题）</w:t>
        <w:br/>
        <w:t>A. 选项一  B. 选项二  C. 选项三  D. 选项四</w:t>
        <w:br/>
        <w:t>答案：B  解析：本题考查基础知识，注意审题后结合教材原文作答，该知识点属于高频考点。</w:t>
      </w:r>
    </w:p>
    <w:p>
      <w:r>
        <w:t>37. 教师职业道德的核心是（ ）。（综合素质模拟题）</w:t>
        <w:br/>
        <w:t>A. 选项一  B. 选项二  C. 选项三  D. 选项四</w:t>
        <w:br/>
        <w:t>答案：C  解析：本题考查基础知识，注意审题后结合教材原文作答，该知识点属于高频考点。</w:t>
      </w:r>
    </w:p>
    <w:p>
      <w:r>
        <w:t>38. 终身学习的理念要求教师（ ）。（综合素质模拟题）</w:t>
        <w:br/>
        <w:t>A. 选项一  B. 选项二  C. 选项三  D. 选项四</w:t>
        <w:br/>
        <w:t>答案：C  解析：本题考查基础知识，注意审题后结合教材原文作答，该知识点属于高频考点。</w:t>
      </w:r>
    </w:p>
    <w:p>
      <w:r>
        <w:t>39. 教师职业道德的核心是（ ）。（综合素质模拟题）</w:t>
        <w:br/>
        <w:t>A. 选项一  B. 选项二  C. 选项三  D. 选项四</w:t>
        <w:br/>
        <w:t>答案：D  解析：本题考查基础知识，注意审题后结合教材原文作答，该知识点属于高频考点。</w:t>
      </w:r>
    </w:p>
    <w:p>
      <w:r>
        <w:t>40. 中小学教师职业道德规范“为人师表”要求（ ）。（综合素质模拟题）</w:t>
        <w:br/>
        <w:t>A. 选项一  B. 选项二  C. 选项三  D. 选项四</w:t>
        <w:br/>
        <w:t>答案：B  解析：本题考查基础知识，注意审题后结合教材原文作答，该知识点属于高频考点。</w:t>
      </w:r>
    </w:p>
    <w:p>
      <w:r>
        <w:t>41. 终身学习的理念要求教师（ ）。（综合素质模拟题）</w:t>
        <w:br/>
        <w:t>A. 选项一  B. 选项二  C. 选项三  D. 选项四</w:t>
        <w:br/>
        <w:t>答案：A  解析：本题考查基础知识，注意审题后结合教材原文作答，该知识点属于高频考点。</w:t>
      </w:r>
    </w:p>
    <w:p>
      <w:r>
        <w:t>42. 新课程改革强调的课程评价方向是（ ）。（综合素质模拟题）</w:t>
        <w:br/>
        <w:t>A. 选项一  B. 选项二  C. 选项三  D. 选项四</w:t>
        <w:br/>
        <w:t>答案：B  解析：本题考查基础知识，注意审题后结合教材原文作答，该知识点属于高频考点。</w:t>
      </w:r>
    </w:p>
    <w:p>
      <w:r>
        <w:t>43. 学生是发展中的人，要求教师（ ）。（综合素质模拟题）</w:t>
        <w:br/>
        <w:t>A. 选项一  B. 选项二  C. 选项三  D. 选项四</w:t>
        <w:br/>
        <w:t>答案：D  解析：本题考查基础知识，注意审题后结合教材原文作答，该知识点属于高频考点。</w:t>
      </w:r>
    </w:p>
    <w:p>
      <w:r>
        <w:t>44. 学生是发展中的人，要求教师（ ）。（综合素质模拟题）</w:t>
        <w:br/>
        <w:t>A. 选项一  B. 选项二  C. 选项三  D. 选项四</w:t>
        <w:br/>
        <w:t>答案：B  解析：本题考查基础知识，注意审题后结合教材原文作答，该知识点属于高频考点。</w:t>
      </w:r>
    </w:p>
    <w:p>
      <w:r>
        <w:t>45. 新课程改革强调的课程评价方向是（ ）。（综合素质模拟题）</w:t>
        <w:br/>
        <w:t>A. 选项一  B. 选项二  C. 选项三  D. 选项四</w:t>
        <w:br/>
        <w:t>答案：C  解析：本题考查基础知识，注意审题后结合教材原文作答，该知识点属于高频考点。</w:t>
      </w:r>
    </w:p>
    <w:p>
      <w:r>
        <w:t>46. 中小学教师职业道德规范“为人师表”要求（ ）。（综合素质模拟题）</w:t>
        <w:br/>
        <w:t>A. 选项一  B. 选项二  C. 选项三  D. 选项四</w:t>
        <w:br/>
        <w:t>答案：B  解析：本题考查基础知识，注意审题后结合教材原文作答，该知识点属于高频考点。</w:t>
      </w:r>
    </w:p>
    <w:p>
      <w:r>
        <w:t>47. 《教育法》规定教师享有（ ）权利。（综合素质模拟题）</w:t>
        <w:br/>
        <w:t>A. 选项一  B. 选项二  C. 选项三  D. 选项四</w:t>
        <w:br/>
        <w:t>答案：B  解析：本题考查基础知识，注意审题后结合教材原文作答，该知识点属于高频考点。</w:t>
      </w:r>
    </w:p>
    <w:p>
      <w:r>
        <w:t>48. 教师职业道德的核心是（ ）。（综合素质模拟题）</w:t>
        <w:br/>
        <w:t>A. 选项一  B. 选项二  C. 选项三  D. 选项四</w:t>
        <w:br/>
        <w:t>答案：B  解析：本题考查基础知识，注意审题后结合教材原文作答，该知识点属于高频考点。</w:t>
      </w:r>
    </w:p>
    <w:p>
      <w:r>
        <w:t>49. 中小学教师职业道德规范“为人师表”要求（ ）。（综合素质模拟题）</w:t>
        <w:br/>
        <w:t>A. 选项一  B. 选项二  C. 选项三  D. 选项四</w:t>
        <w:br/>
        <w:t>答案：B  解析：本题考查基础知识，注意审题后结合教材原文作答，该知识点属于高频考点。</w:t>
      </w:r>
    </w:p>
    <w:p>
      <w:r>
        <w:t>50. 中小学教师职业道德规范“为人师表”要求（ ）。（综合素质模拟题）</w:t>
        <w:br/>
        <w:t>A. 选项一  B. 选项二  C. 选项三  D. 选项四</w:t>
        <w:br/>
        <w:t>答案：A  解析：本题考查基础知识，注意审题后结合教材原文作答，该知识点属于高频考点。</w:t>
      </w:r>
    </w:p>
    <w:p>
      <w:r>
        <w:t>51. 《教育法》规定教师享有（ ）权利。（综合素质模拟题）</w:t>
        <w:br/>
        <w:t>A. 选项一  B. 选项二  C. 选项三  D. 选项四</w:t>
        <w:br/>
        <w:t>答案：B  解析：本题考查基础知识，注意审题后结合教材原文作答，该知识点属于高频考点。</w:t>
      </w:r>
    </w:p>
    <w:p>
      <w:r>
        <w:t>52. 学生是发展中的人，要求教师（ ）。（综合素质模拟题）</w:t>
        <w:br/>
        <w:t>A. 选项一  B. 选项二  C. 选项三  D. 选项四</w:t>
        <w:br/>
        <w:t>答案：C  解析：本题考查基础知识，注意审题后结合教材原文作答，该知识点属于高频考点。</w:t>
      </w:r>
    </w:p>
    <w:p>
      <w:r>
        <w:t>53. 中小学教师职业道德规范“为人师表”要求（ ）。（综合素质模拟题）</w:t>
        <w:br/>
        <w:t>A. 选项一  B. 选项二  C. 选项三  D. 选项四</w:t>
        <w:br/>
        <w:t>答案：D  解析：本题考查基础知识，注意审题后结合教材原文作答，该知识点属于高频考点。</w:t>
      </w:r>
    </w:p>
    <w:p>
      <w:r>
        <w:t>54. 中小学教师职业道德规范“为人师表”要求（ ）。（综合素质模拟题）</w:t>
        <w:br/>
        <w:t>A. 选项一  B. 选项二  C. 选项三  D. 选项四</w:t>
        <w:br/>
        <w:t>答案：C  解析：本题考查基础知识，注意审题后结合教材原文作答，该知识点属于高频考点。</w:t>
      </w:r>
    </w:p>
    <w:p>
      <w:r>
        <w:t>55. 教师职业道德的核心是（ ）。（综合素质模拟题）</w:t>
        <w:br/>
        <w:t>A. 选项一  B. 选项二  C. 选项三  D. 选项四</w:t>
        <w:br/>
        <w:t>答案：B  解析：本题考查基础知识，注意审题后结合教材原文作答，该知识点属于高频考点。</w:t>
      </w:r>
    </w:p>
    <w:p>
      <w:r>
        <w:t>56. 终身学习的理念要求教师（ ）。（综合素质模拟题）</w:t>
        <w:br/>
        <w:t>A. 选项一  B. 选项二  C. 选项三  D. 选项四</w:t>
        <w:br/>
        <w:t>答案：C  解析：本题考查基础知识，注意审题后结合教材原文作答，该知识点属于高频考点。</w:t>
      </w:r>
    </w:p>
    <w:p>
      <w:r>
        <w:t>57. 新课程改革强调的课程评价方向是（ ）。（综合素质模拟题）</w:t>
        <w:br/>
        <w:t>A. 选项一  B. 选项二  C. 选项三  D. 选项四</w:t>
        <w:br/>
        <w:t>答案：D  解析：本题考查基础知识，注意审题后结合教材原文作答，该知识点属于高频考点。</w:t>
      </w:r>
    </w:p>
    <w:p>
      <w:r>
        <w:t>58. 素质教育的基本内涵不包括（ ）。（综合素质模拟题）</w:t>
        <w:br/>
        <w:t>A. 选项一  B. 选项二  C. 选项三  D. 选项四</w:t>
        <w:br/>
        <w:t>答案：C  解析：本题考查基础知识，注意审题后结合教材原文作答，该知识点属于高频考点。</w:t>
      </w:r>
    </w:p>
    <w:p>
      <w:r>
        <w:t>59. 教师职业道德的核心是（ ）。（综合素质模拟题）</w:t>
        <w:br/>
        <w:t>A. 选项一  B. 选项二  C. 选项三  D. 选项四</w:t>
        <w:br/>
        <w:t>答案：D  解析：本题考查基础知识，注意审题后结合教材原文作答，该知识点属于高频考点。</w:t>
      </w:r>
    </w:p>
    <w:p>
      <w:r>
        <w:t>60. 终身学习的理念要求教师（ ）。（综合素质模拟题）</w:t>
        <w:br/>
        <w:t>A. 选项一  B. 选项二  C. 选项三  D. 选项四</w:t>
        <w:br/>
        <w:t>答案：C  解析：本题考查基础知识，注意审题后结合教材原文作答，该知识点属于高频考点。</w:t>
      </w:r>
    </w:p>
    <w:p/>
    <w:p>
      <w:pPr>
        <w:pStyle w:val="Heading2"/>
      </w:pPr>
      <w:r>
        <w:t>二、材料分析题（第61-80题）</w:t>
      </w:r>
    </w:p>
    <w:p>
      <w:r>
        <w:t>61. 材料分析题：请结合教师职业道德规范，分析材料中教师行为的对错并说明理由。/ 答题要点：从爱国守法、爱岗敬业、关爱学生、教书育人、为人师表、终身学习六方面分析。</w:t>
      </w:r>
    </w:p>
    <w:p>
      <w:r>
        <w:t>62. 材料分析题：请结合教师职业道德规范，分析材料中教师行为的对错并说明理由。/ 答题要点：从爱国守法、爱岗敬业、关爱学生、教书育人、为人师表、终身学习六方面分析。</w:t>
      </w:r>
    </w:p>
    <w:p>
      <w:r>
        <w:t>63. 材料分析题：请结合教师职业道德规范，分析材料中教师行为的对错并说明理由。/ 答题要点：从爱国守法、爱岗敬业、关爱学生、教书育人、为人师表、终身学习六方面分析。</w:t>
      </w:r>
    </w:p>
    <w:p>
      <w:r>
        <w:t>64. 材料分析题：请结合教师职业道德规范，分析材料中教师行为的对错并说明理由。/ 答题要点：从爱国守法、爱岗敬业、关爱学生、教书育人、为人师表、终身学习六方面分析。</w:t>
      </w:r>
    </w:p>
    <w:p>
      <w:r>
        <w:t>65. 材料分析题：请结合教师职业道德规范，分析材料中教师行为的对错并说明理由。/ 答题要点：从爱国守法、爱岗敬业、关爱学生、教书育人、为人师表、终身学习六方面分析。</w:t>
      </w:r>
    </w:p>
    <w:p>
      <w:r>
        <w:t>66. 材料分析题：请结合教师职业道德规范，分析材料中教师行为的对错并说明理由。/ 答题要点：从爱国守法、爱岗敬业、关爱学生、教书育人、为人师表、终身学习六方面分析。</w:t>
      </w:r>
    </w:p>
    <w:p>
      <w:r>
        <w:t>67. 材料分析题：请结合教师职业道德规范，分析材料中教师行为的对错并说明理由。/ 答题要点：从爱国守法、爱岗敬业、关爱学生、教书育人、为人师表、终身学习六方面分析。</w:t>
      </w:r>
    </w:p>
    <w:p>
      <w:r>
        <w:t>68. 材料分析题：请结合教师职业道德规范，分析材料中教师行为的对错并说明理由。/ 答题要点：从爱国守法、爱岗敬业、关爱学生、教书育人、为人师表、终身学习六方面分析。</w:t>
      </w:r>
    </w:p>
    <w:p>
      <w:r>
        <w:t>69. 材料分析题：请结合教师职业道德规范，分析材料中教师行为的对错并说明理由。/ 答题要点：从爱国守法、爱岗敬业、关爱学生、教书育人、为人师表、终身学习六方面分析。</w:t>
      </w:r>
    </w:p>
    <w:p>
      <w:r>
        <w:t>70. 材料分析题：请结合教师职业道德规范，分析材料中教师行为的对错并说明理由。/ 答题要点：从爱国守法、爱岗敬业、关爱学生、教书育人、为人师表、终身学习六方面分析。</w:t>
      </w:r>
    </w:p>
    <w:p>
      <w:r>
        <w:t>71. 材料分析题：请结合教师职业道德规范，分析材料中教师行为的对错并说明理由。/ 答题要点：从爱国守法、爱岗敬业、关爱学生、教书育人、为人师表、终身学习六方面分析。</w:t>
      </w:r>
    </w:p>
    <w:p>
      <w:r>
        <w:t>72. 材料分析题：请结合教师职业道德规范，分析材料中教师行为的对错并说明理由。/ 答题要点：从爱国守法、爱岗敬业、关爱学生、教书育人、为人师表、终身学习六方面分析。</w:t>
      </w:r>
    </w:p>
    <w:p>
      <w:r>
        <w:t>73. 材料分析题：请结合教师职业道德规范，分析材料中教师行为的对错并说明理由。/ 答题要点：从爱国守法、爱岗敬业、关爱学生、教书育人、为人师表、终身学习六方面分析。</w:t>
      </w:r>
    </w:p>
    <w:p>
      <w:r>
        <w:t>74. 材料分析题：请结合教师职业道德规范，分析材料中教师行为的对错并说明理由。/ 答题要点：从爱国守法、爱岗敬业、关爱学生、教书育人、为人师表、终身学习六方面分析。</w:t>
      </w:r>
    </w:p>
    <w:p>
      <w:r>
        <w:t>75. 材料分析题：请结合教师职业道德规范，分析材料中教师行为的对错并说明理由。/ 答题要点：从爱国守法、爱岗敬业、关爱学生、教书育人、为人师表、终身学习六方面分析。</w:t>
      </w:r>
    </w:p>
    <w:p>
      <w:r>
        <w:t>76. 材料分析题：请结合教师职业道德规范，分析材料中教师行为的对错并说明理由。/ 答题要点：从爱国守法、爱岗敬业、关爱学生、教书育人、为人师表、终身学习六方面分析。</w:t>
      </w:r>
    </w:p>
    <w:p>
      <w:r>
        <w:t>77. 材料分析题：请结合教师职业道德规范，分析材料中教师行为的对错并说明理由。/ 答题要点：从爱国守法、爱岗敬业、关爱学生、教书育人、为人师表、终身学习六方面分析。</w:t>
      </w:r>
    </w:p>
    <w:p>
      <w:r>
        <w:t>78. 材料分析题：请结合教师职业道德规范，分析材料中教师行为的对错并说明理由。/ 答题要点：从爱国守法、爱岗敬业、关爱学生、教书育人、为人师表、终身学习六方面分析。</w:t>
      </w:r>
    </w:p>
    <w:p>
      <w:r>
        <w:t>79. 材料分析题：请结合教师职业道德规范，分析材料中教师行为的对错并说明理由。/ 答题要点：从爱国守法、爱岗敬业、关爱学生、教书育人、为人师表、终身学习六方面分析。</w:t>
      </w:r>
    </w:p>
    <w:p>
      <w:r>
        <w:t>80. 材料分析题：请结合教师职业道德规范，分析材料中教师行为的对错并说明理由。/ 答题要点：从爱国守法、爱岗敬业、关爱学生、教书育人、为人师表、终身学习六方面分析。</w:t>
      </w:r>
    </w:p>
    <w:p/>
    <w:p>
      <w:pPr>
        <w:pStyle w:val="Heading2"/>
      </w:pPr>
      <w:r>
        <w:t>三、写作题思路（第81-100题）</w:t>
      </w:r>
    </w:p>
    <w:p>
      <w:r>
        <w:t>81. 写作立意练习：围绕“教育爱”主题，拟出3个可用标题并写出中心论点。</w:t>
      </w:r>
    </w:p>
    <w:p>
      <w:r>
        <w:t>82. 写作立意练习：围绕“教育爱”主题，拟出3个可用标题并写出中心论点。</w:t>
      </w:r>
    </w:p>
    <w:p>
      <w:r>
        <w:t>83. 写作立意练习：围绕“教育爱”主题，拟出3个可用标题并写出中心论点。</w:t>
      </w:r>
    </w:p>
    <w:p>
      <w:r>
        <w:t>84. 写作立意练习：围绕“教育爱”主题，拟出3个可用标题并写出中心论点。</w:t>
      </w:r>
    </w:p>
    <w:p>
      <w:r>
        <w:t>85. 写作立意练习：围绕“教育爱”主题，拟出3个可用标题并写出中心论点。</w:t>
      </w:r>
    </w:p>
    <w:p>
      <w:r>
        <w:t>86. 写作立意练习：围绕“教育爱”主题，拟出3个可用标题并写出中心论点。</w:t>
      </w:r>
    </w:p>
    <w:p>
      <w:r>
        <w:t>87. 写作立意练习：围绕“教育爱”主题，拟出3个可用标题并写出中心论点。</w:t>
      </w:r>
    </w:p>
    <w:p>
      <w:r>
        <w:t>88. 写作立意练习：围绕“教育爱”主题，拟出3个可用标题并写出中心论点。</w:t>
      </w:r>
    </w:p>
    <w:p>
      <w:r>
        <w:t>89. 写作立意练习：围绕“教育爱”主题，拟出3个可用标题并写出中心论点。</w:t>
      </w:r>
    </w:p>
    <w:p>
      <w:r>
        <w:t>90. 写作立意练习：围绕“教育爱”主题，拟出3个可用标题并写出中心论点。</w:t>
      </w:r>
    </w:p>
    <w:p>
      <w:r>
        <w:t>91. 写作立意练习：围绕“教育爱”主题，拟出3个可用标题并写出中心论点。</w:t>
      </w:r>
    </w:p>
    <w:p>
      <w:r>
        <w:t>92. 写作立意练习：围绕“教育爱”主题，拟出3个可用标题并写出中心论点。</w:t>
      </w:r>
    </w:p>
    <w:p>
      <w:r>
        <w:t>93. 写作立意练习：围绕“教育爱”主题，拟出3个可用标题并写出中心论点。</w:t>
      </w:r>
    </w:p>
    <w:p>
      <w:r>
        <w:t>94. 写作立意练习：围绕“教育爱”主题，拟出3个可用标题并写出中心论点。</w:t>
      </w:r>
    </w:p>
    <w:p>
      <w:r>
        <w:t>95. 写作立意练习：围绕“教育爱”主题，拟出3个可用标题并写出中心论点。</w:t>
      </w:r>
    </w:p>
    <w:p>
      <w:r>
        <w:t>96. 写作立意练习：围绕“教育爱”主题，拟出3个可用标题并写出中心论点。</w:t>
      </w:r>
    </w:p>
    <w:p>
      <w:r>
        <w:t>97. 写作立意练习：围绕“教育爱”主题，拟出3个可用标题并写出中心论点。</w:t>
      </w:r>
    </w:p>
    <w:p>
      <w:r>
        <w:t>98. 写作立意练习：围绕“教育爱”主题，拟出3个可用标题并写出中心论点。</w:t>
      </w:r>
    </w:p>
    <w:p>
      <w:r>
        <w:t>99. 写作立意练习：围绕“教育爱”主题，拟出3个可用标题并写出中心论点。</w:t>
      </w:r>
    </w:p>
    <w:p>
      <w:r>
        <w:t>100. 写作立意练习：围绕“教育爱”主题，拟出3个可用标题并写出中心论点。</w:t>
      </w:r>
    </w:p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