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教师个人年度考核总结范文（教学+班主任）</w:t>
      </w:r>
    </w:p>
    <w:p>
      <w:r>
        <w:t>教师年度考核总结怎么写？小编整理了教师个人年度考核总结范文，涵盖教学、班主任、教研三块工作。</w:t>
      </w:r>
    </w:p>
    <w:p>
      <w:r>
        <w:t>亮点：①教学成绩表达模板；②班主任工作亮点；③教研成果写法。网页是预览版，下载Word完整版可编辑。? 免费下载Word完整版（可直接打印编辑）</w:t>
      </w:r>
    </w:p>
    <w:p>
      <w:pPr>
        <w:pStyle w:val="Heading1"/>
      </w:pPr>
      <w:r>
        <w:t>教师年度考核总结</w:t>
      </w:r>
    </w:p>
    <w:p>
      <w:r>
        <w:t>【前言】2026年，我担任____班____学科教学及____工作，现将一年来的工作总结如下。</w:t>
      </w:r>
    </w:p>
    <w:p>
      <w:r>
        <w:t>【教学】全年完成课时____节，期末统考平均分____，优秀率____%；积极参加教研活动____次，公开课____节。</w:t>
      </w:r>
    </w:p>
    <w:p>
      <w:r>
        <w:t>【班主任】班级管理规范有序，学生行为习惯明显改善，家访____人次。</w:t>
      </w:r>
    </w:p>
    <w:p>
      <w:r>
        <w:t>【不足与计划】……完整范文见Word版。?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