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教育培训行业PPT配色与版式方案：20组模板推荐</w:t>
      </w:r>
    </w:p>
    <w:p>
      <w:r>
        <w:t>做课件PPT、教育培训宣传PPT，配色和版式总是头大？小编整理了教育培训行业PPT配色与版式方案（20组）。</w:t>
      </w:r>
    </w:p>
    <w:p>
      <w:r>
        <w:t>亮点：①按用途分类（课件/宣传/汇报）；②每组合主色+辅色+版式建议；③使用技巧。网页是预览版，下载Word完整版含全部20组。? 免费下载Word完整版（可直接打印编辑）</w:t>
      </w:r>
    </w:p>
    <w:p>
      <w:pPr>
        <w:pStyle w:val="Heading1"/>
      </w:pPr>
      <w:r>
        <w:t>配色方案（节选）</w:t>
      </w:r>
    </w:p>
    <w:p>
      <w:r>
        <w:t>少儿教育：主色#FF6B35 辅色#4ECDC4 背景#FFF9F0 圆润可爱风</w:t>
      </w:r>
    </w:p>
    <w:p>
      <w:r>
        <w:t>K12辅导：主色#2D6CDF 辅色#6C8FF9 背景#F5F8FF 清晰严谨风</w:t>
      </w:r>
    </w:p>
    <w:p>
      <w:r>
        <w:t>职业教育：主色#0F766E 辅色#14B8A6 背景#F0FDFA 专业商务风</w:t>
      </w:r>
    </w:p>
    <w:p>
      <w:r>
        <w:t>外语培训：主色#7C3AED 辅色#A78BFA 背景#FAF5FF 活力创意风</w:t>
      </w:r>
    </w:p>
    <w:p>
      <w:r>
        <w:t>完整20组+版式建议见Word版。? 免费下载Word完整版（可直接打印编辑）本文由「老百姓办事指南」整理，资料供学习参考，可下载Word版打印使用。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