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教师资格证笔试备考资料：综合素质+教育知识与能力重点</w:t>
      </w:r>
    </w:p>
    <w:p>
      <w:r>
        <w:t>教师资格证笔试10月/3月开考，备考资料来了！小编整理了教师资格证笔试重点资料，覆盖《综合素质》和《教育知识与能力》两科。</w:t>
      </w:r>
    </w:p>
    <w:p>
      <w:r>
        <w:t>亮点：①两科核心考点；②材料分析题答题模板；③作文素材。网页是预览版，下载Word完整版可打印。? 免费下载Word完整版（可直接打印编辑）</w:t>
      </w:r>
    </w:p>
    <w:p>
      <w:pPr>
        <w:pStyle w:val="Heading1"/>
      </w:pPr>
      <w:r>
        <w:t>一、《综合素质》重点</w:t>
      </w:r>
    </w:p>
    <w:p>
      <w:r>
        <w:t>职业理念（教育观、学生观、教师观）、教育法律法规、教师职业道德、文化素养、基本能力（阅读理解、逻辑、写作）。</w:t>
      </w:r>
    </w:p>
    <w:p>
      <w:r>
        <w:t>材料分析题模板：观点+理论+材料分析+总结。</w:t>
      </w:r>
    </w:p>
    <w:p>
      <w:pPr>
        <w:pStyle w:val="Heading1"/>
      </w:pPr>
      <w:r>
        <w:t>二、《教育知识与能力》重点</w:t>
      </w:r>
    </w:p>
    <w:p>
      <w:r>
        <w:t>教育基础、学生指导、班级管理、教学实施、德育。</w:t>
      </w:r>
    </w:p>
    <w:p>
      <w:r>
        <w:t>重点：教学原则与方法、德育原则与方法、学习理论。完整考点和作文素材见Word版。?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