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驾驶员个人年终工作总结范文（货运/客运通用）</w:t>
      </w:r>
    </w:p>
    <w:p>
      <w:r>
        <w:t>跑了一年的车，年底总结怎么写？小编整理了驾驶员个人年终工作总结范文，货运、客运、出租车司机都能用。</w:t>
      </w:r>
    </w:p>
    <w:p>
      <w:r>
        <w:t>亮点：①安全驾驶成绩写法；②车辆维护亮点；③服务与成本控制。网页是预览版，下载Word完整版可直接编辑。? 免费下载Word完整版（可直接打印编辑）</w:t>
      </w:r>
    </w:p>
    <w:p>
      <w:pPr>
        <w:pStyle w:val="Heading1"/>
      </w:pPr>
      <w:r>
        <w:t>驾驶员年度工作总结</w:t>
      </w:r>
    </w:p>
    <w:p>
      <w:r>
        <w:t>【前言】2026年，我严格遵守交通法规和公司规章制度，安全行车、文明驾驶，较好地完成了运输任务。</w:t>
      </w:r>
    </w:p>
    <w:p>
      <w:r>
        <w:t>【安全】全年安全行驶____公里，无交通责任事故、无违章扣分（如有如实填写）；定期参加安全教育培训。</w:t>
      </w:r>
    </w:p>
    <w:p>
      <w:r>
        <w:t>【车辆维护】坚持出车前、行车中、收车后三检制度，及时保养，车辆完好率____%。</w:t>
      </w:r>
    </w:p>
    <w:p>
      <w:r>
        <w:t>【服务与成本】准时准点完成配送/客运任务____趟次，注意节油驾驶，百公里油耗控制在____。</w:t>
      </w:r>
    </w:p>
    <w:p>
      <w:r>
        <w:t>【不足与计划】2027年继续加强安全学习，提高服务意识。完整范文见Word版。?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