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教师资格证2026下半年面试12月5-6日+100题模拟卷</w:t>
      </w:r>
    </w:p>
    <w:p>
      <w:r>
        <w:t>教师资格证2026下半年面试12月5-6日+100题模拟卷</w:t>
      </w:r>
    </w:p>
    <w:p>
      <w:r>
        <w:t>考试通知（摘要）：</w:t>
      </w:r>
    </w:p>
    <w:p>
      <w:r>
        <w:t>📋 考试通知（已核实官方信息）2026下半年笔试9月12日已结束；下半年面试：12月5日-6日，报名预计11月上旬开始，报名网站：中小学教师资格考试网 ntce.neea.edu.cn。面试考结构化问答+试讲+答辩。2027上半年笔试预计3月、报名1月。</w:t>
      </w:r>
    </w:p>
    <w:p>
      <w:r>
        <w:t>模拟试卷（共100题，按真实考试题型结构出题：单选60题+判断40题）</w:t>
      </w:r>
    </w:p>
    <w:p>
      <w:r>
        <w:t>1. 教师职业道德的核心是（单选）</w:t>
        <w:br/>
        <w:t>A. 爱岗敬业  B. 教书育人  C. 关爱学生  D. 为人师表</w:t>
        <w:br/>
        <w:t>答案：B  解析：教书育人是教师职业的根本任务和道德核心。</w:t>
      </w:r>
    </w:p>
    <w:p>
      <w:r>
        <w:t>2. 素质教育的重点不包括（单选）</w:t>
        <w:br/>
        <w:t>A. 面向全体学生  B. 促进学生全面发展  C. 培养创新精神  D. 只重应试分数</w:t>
        <w:br/>
        <w:t>答案：D  解析：素质教育面向全体、全面发展、注重创新与实践，不以应试为目的。</w:t>
      </w:r>
    </w:p>
    <w:p>
      <w:r>
        <w:t>3. 《教育法》规定的我国教育方针强调（单选）</w:t>
        <w:br/>
        <w:t>A. 德智体美劳全面发展  B. 只重智育  C. 只重体育  D. 只重德育</w:t>
        <w:br/>
        <w:t>答案：C  解析：我国教育方针强调培养德智体美劳全面发展的社会主义建设者和接班人。</w:t>
      </w:r>
    </w:p>
    <w:p>
      <w:r>
        <w:t>4. 新课程改革提倡的学习方式不包括（单选）</w:t>
        <w:br/>
        <w:t>A. 机械记忆  B. 自主学习  C. 合作学习  D. 探究学习</w:t>
        <w:br/>
        <w:t>答案：A  解析：新课程提倡自主、合作、探究学习，反对机械记忆。</w:t>
      </w:r>
    </w:p>
    <w:p>
      <w:r>
        <w:t>5. 教学过程的中心环节是（单选）</w:t>
        <w:br/>
        <w:t>A. 上课  B. 备课  C. 考试  D. 作业批改</w:t>
        <w:br/>
        <w:t>答案：C  解析：上课是教学工作的中心环节。</w:t>
      </w:r>
    </w:p>
    <w:p>
      <w:r>
        <w:t>6. 《教师法》规定教师享有的权利不包括（单选）</w:t>
        <w:br/>
        <w:t>A. 体罚学生权  B. 学术研究权  C. 教育教学权  D. 学生管理权</w:t>
        <w:br/>
        <w:t>答案：A  解析：教师享有教育教学、学术研究、管理学生等权利，无体罚权。</w:t>
      </w:r>
    </w:p>
    <w:p>
      <w:r>
        <w:t>7. 班级授课制的主要优点是（单选）</w:t>
        <w:br/>
        <w:t>A. 利于大面积教学  B. 无需备课  C. 学生自由学习  D. 因材施教到每个人</w:t>
        <w:br/>
        <w:t>答案：C  解析：班级授课制便于大范围、高效率组织教学，但不利于完全因材施教。</w:t>
      </w:r>
    </w:p>
    <w:p>
      <w:r>
        <w:t>8. 学生的身心发展具有（单选）</w:t>
        <w:br/>
        <w:t>A. 顺序性和阶段性  B. 完全随意  C. 无规律  D. 只受遗传影响</w:t>
        <w:br/>
        <w:t>答案：D  解析：学生发展具有顺序性、阶段性、不平衡性、互补性和个别差异性。</w:t>
      </w:r>
    </w:p>
    <w:p>
      <w:r>
        <w:t>9. 课程的三级管理是指（单选）</w:t>
        <w:br/>
        <w:t>A. 国家、省、市  B. 教材、教辅、试卷  C. 国家、地方、学校  D. 学校、班级、个人</w:t>
        <w:br/>
        <w:t>答案：B  解析：课程实行国家、地方、学校三级管理体制。</w:t>
      </w:r>
    </w:p>
    <w:p>
      <w:r>
        <w:t>10. 德育的基本途径是（单选）</w:t>
        <w:br/>
        <w:t>A. 课外活动  B. 社会实践  C. 班主任工作  D. 思想品德课与其他学科教学</w:t>
        <w:br/>
        <w:t>答案：C  解析：思想品德课与其他学科教学是学校德育的基本途径。</w:t>
      </w:r>
    </w:p>
    <w:p>
      <w:r>
        <w:t>11. 班主任工作的前提和基础是（单选）</w:t>
        <w:br/>
        <w:t>A. 协调各方力量  B. 做好个别教育  C. 组建班集体  D. 了解和研究学生</w:t>
        <w:br/>
        <w:t>答案：B  解析：了解和研究学生是班主任工作的前提和基础。</w:t>
      </w:r>
    </w:p>
    <w:p>
      <w:r>
        <w:t>12. 《义务教育法》规定适龄儿童接受义务教育的年限是（单选）</w:t>
        <w:br/>
        <w:t>A. 12年  B. 15年  C. 6年  D. 9年</w:t>
        <w:br/>
        <w:t>答案：B  解析：我国义务教育年限为9年（小学6年+初中3年）。</w:t>
      </w:r>
    </w:p>
    <w:p>
      <w:r>
        <w:t>13. 教学评价的功能不包括（单选）</w:t>
        <w:br/>
        <w:t>A. 诊断功能  B. 调节功能  C. 代替教学  D. 激励功能</w:t>
        <w:br/>
        <w:t>答案：C  解析：教学评价具有诊断、激励、调节、导向等功能，不能代替教学。</w:t>
      </w:r>
    </w:p>
    <w:p>
      <w:r>
        <w:t>14. 教师专业发展的途径不包括（单选）</w:t>
        <w:br/>
        <w:t>A. 继续教育  B. 停止学习  C. 校本教研  D. 教学反思</w:t>
        <w:br/>
        <w:t>答案：B  解析：教师专业发展依靠教研、培训、反思等持续学习，不可停止。</w:t>
      </w:r>
    </w:p>
    <w:p>
      <w:r>
        <w:t>15. 《未成年人保护法》规定的保护类型不包括（单选）</w:t>
        <w:br/>
        <w:t>A. 学校保护  B. 家庭保护  C. 社会保护  D. 网络炒作保护</w:t>
        <w:br/>
        <w:t>答案：D  解析：法律提供家庭、学校、社会、网络、政府、司法六大保护。</w:t>
      </w:r>
    </w:p>
    <w:p>
      <w:r>
        <w:t>16. 课堂提问的常见类型不包括（单选）</w:t>
        <w:br/>
        <w:t>A. 创造性提问  B. 理解性提问  C. 记忆性提问  D. 斥责性提问</w:t>
        <w:br/>
        <w:t>答案：D  解析：课堂提问以促进思维为目的，斥责性提问有损学习积极性。</w:t>
      </w:r>
    </w:p>
    <w:p>
      <w:r>
        <w:t>17. 教育机智指的是（单选）</w:t>
        <w:br/>
        <w:t>A. 学校管理制度  B. 教师随机应变处理教育问题的能力  C. 学生抢答的速度  D. 教师背诵教材的能力</w:t>
        <w:br/>
        <w:t>答案：A  解析：教育机智是教师面对突发事件灵活、果断、恰当处理的能力。</w:t>
      </w:r>
    </w:p>
    <w:p>
      <w:r>
        <w:t>18. 观察法在教学研究中的作用是（单选）</w:t>
        <w:br/>
        <w:t>A. 无需设计  B. 获取一手资料  C. 替代实验  D. 直接得出结论</w:t>
        <w:br/>
        <w:t>答案：A  解析：观察法是获取研究对象真实行为的一手资料的重要方法。</w:t>
      </w:r>
    </w:p>
    <w:p>
      <w:r>
        <w:t>19. 教师的根本任务是（单选）</w:t>
        <w:br/>
        <w:t>A. 维持纪律  B. 教书育人  C. 批改作业  D. 组织活动</w:t>
        <w:br/>
        <w:t>答案：A  解析：教师的根本任务是教书育人，既要传授知识也要培育品德。</w:t>
      </w:r>
    </w:p>
    <w:p>
      <w:r>
        <w:t>20. 影响学生发展的主要因素不包括（单选）</w:t>
        <w:br/>
        <w:t>A. 环境  B. 教育  C. 遗传  D. 星座</w:t>
        <w:br/>
        <w:t>答案：D  解析：遗传、环境、教育和个体主观能动性影响发展，星座无科学依据。</w:t>
      </w:r>
    </w:p>
    <w:p>
      <w:r>
        <w:t>21. 教师职业道德的核心是（单选）</w:t>
        <w:br/>
        <w:t>A. 关爱学生  B. 爱岗敬业  C. 为人师表  D. 教书育人</w:t>
        <w:br/>
        <w:t>答案：D  解析：教书育人是教师职业的根本任务和道德核心。</w:t>
      </w:r>
    </w:p>
    <w:p>
      <w:r>
        <w:t>22. 素质教育的重点不包括（单选）</w:t>
        <w:br/>
        <w:t>A. 培养创新精神  B. 只重应试分数  C. 促进学生全面发展  D. 面向全体学生</w:t>
        <w:br/>
        <w:t>答案：B  解析：素质教育面向全体、全面发展、注重创新与实践，不以应试为目的。</w:t>
      </w:r>
    </w:p>
    <w:p>
      <w:r>
        <w:t>23. 《教育法》规定的我国教育方针强调（单选）</w:t>
        <w:br/>
        <w:t>A. 只重体育  B. 只重智育  C. 只重德育  D. 德智体美劳全面发展</w:t>
        <w:br/>
        <w:t>答案：A  解析：我国教育方针强调培养德智体美劳全面发展的社会主义建设者和接班人。</w:t>
      </w:r>
    </w:p>
    <w:p>
      <w:r>
        <w:t>24. 新课程改革提倡的学习方式不包括（单选）</w:t>
        <w:br/>
        <w:t>A. 机械记忆  B. 自主学习  C. 合作学习  D. 探究学习</w:t>
        <w:br/>
        <w:t>答案：A  解析：新课程提倡自主、合作、探究学习，反对机械记忆。</w:t>
      </w:r>
    </w:p>
    <w:p>
      <w:r>
        <w:t>25. 教学过程的中心环节是（单选）</w:t>
        <w:br/>
        <w:t>A. 作业批改  B. 备课  C. 上课  D. 考试</w:t>
        <w:br/>
        <w:t>答案：D  解析：上课是教学工作的中心环节。</w:t>
      </w:r>
    </w:p>
    <w:p>
      <w:r>
        <w:t>26. 《教师法》规定教师享有的权利不包括（单选）</w:t>
        <w:br/>
        <w:t>A. 学生管理权  B. 学术研究权  C. 体罚学生权  D. 教育教学权</w:t>
        <w:br/>
        <w:t>答案：C  解析：教师享有教育教学、学术研究、管理学生等权利，无体罚权。</w:t>
      </w:r>
    </w:p>
    <w:p>
      <w:r>
        <w:t>27. 班级授课制的主要优点是（单选）</w:t>
        <w:br/>
        <w:t>A. 无需备课  B. 因材施教到每个人  C. 利于大面积教学  D. 学生自由学习</w:t>
        <w:br/>
        <w:t>答案：D  解析：班级授课制便于大范围、高效率组织教学，但不利于完全因材施教。</w:t>
      </w:r>
    </w:p>
    <w:p>
      <w:r>
        <w:t>28. 学生的身心发展具有（单选）</w:t>
        <w:br/>
        <w:t>A. 顺序性和阶段性  B. 无规律  C. 完全随意  D. 只受遗传影响</w:t>
        <w:br/>
        <w:t>答案：D  解析：学生发展具有顺序性、阶段性、不平衡性、互补性和个别差异性。</w:t>
      </w:r>
    </w:p>
    <w:p>
      <w:r>
        <w:t>29. 课程的三级管理是指（单选）</w:t>
        <w:br/>
        <w:t>A. 教材、教辅、试卷  B. 国家、地方、学校  C. 国家、省、市  D. 学校、班级、个人</w:t>
        <w:br/>
        <w:t>答案：A  解析：课程实行国家、地方、学校三级管理体制。</w:t>
      </w:r>
    </w:p>
    <w:p>
      <w:r>
        <w:t>30. 德育的基本途径是（单选）</w:t>
        <w:br/>
        <w:t>A. 思想品德课与其他学科教学  B. 班主任工作  C. 社会实践  D. 课外活动</w:t>
        <w:br/>
        <w:t>答案：B  解析：思想品德课与其他学科教学是学校德育的基本途径。</w:t>
      </w:r>
    </w:p>
    <w:p>
      <w:r>
        <w:t>31. 班主任工作的前提和基础是（单选）</w:t>
        <w:br/>
        <w:t>A. 组建班集体  B. 协调各方力量  C. 了解和研究学生  D. 做好个别教育</w:t>
        <w:br/>
        <w:t>答案：D  解析：了解和研究学生是班主任工作的前提和基础。</w:t>
      </w:r>
    </w:p>
    <w:p>
      <w:r>
        <w:t>32. 《义务教育法》规定适龄儿童接受义务教育的年限是（单选）</w:t>
        <w:br/>
        <w:t>A. 9年  B. 6年  C. 12年  D. 15年</w:t>
        <w:br/>
        <w:t>答案：D  解析：我国义务教育年限为9年（小学6年+初中3年）。</w:t>
      </w:r>
    </w:p>
    <w:p>
      <w:r>
        <w:t>33. 教学评价的功能不包括（单选）</w:t>
        <w:br/>
        <w:t>A. 代替教学  B. 诊断功能  C. 激励功能  D. 调节功能</w:t>
        <w:br/>
        <w:t>答案：A  解析：教学评价具有诊断、激励、调节、导向等功能，不能代替教学。</w:t>
      </w:r>
    </w:p>
    <w:p>
      <w:r>
        <w:t>34. 教师专业发展的途径不包括（单选）</w:t>
        <w:br/>
        <w:t>A. 停止学习  B. 教学反思  C. 继续教育  D. 校本教研</w:t>
        <w:br/>
        <w:t>答案：A  解析：教师专业发展依靠教研、培训、反思等持续学习，不可停止。</w:t>
      </w:r>
    </w:p>
    <w:p>
      <w:r>
        <w:t>35. 《未成年人保护法》规定的保护类型不包括（单选）</w:t>
        <w:br/>
        <w:t>A. 家庭保护  B. 社会保护  C. 学校保护  D. 网络炒作保护</w:t>
        <w:br/>
        <w:t>答案：D  解析：法律提供家庭、学校、社会、网络、政府、司法六大保护。</w:t>
      </w:r>
    </w:p>
    <w:p>
      <w:r>
        <w:t>36. 课堂提问的常见类型不包括（单选）</w:t>
        <w:br/>
        <w:t>A. 理解性提问  B. 记忆性提问  C. 斥责性提问  D. 创造性提问</w:t>
        <w:br/>
        <w:t>答案：C  解析：课堂提问以促进思维为目的，斥责性提问有损学习积极性。</w:t>
      </w:r>
    </w:p>
    <w:p>
      <w:r>
        <w:t>37. 教育机智指的是（单选）</w:t>
        <w:br/>
        <w:t>A. 教师随机应变处理教育问题的能力  B. 学校管理制度  C. 教师背诵教材的能力  D. 学生抢答的速度</w:t>
        <w:br/>
        <w:t>答案：B  解析：教育机智是教师面对突发事件灵活、果断、恰当处理的能力。</w:t>
      </w:r>
    </w:p>
    <w:p>
      <w:r>
        <w:t>38. 观察法在教学研究中的作用是（单选）</w:t>
        <w:br/>
        <w:t>A. 直接得出结论  B. 替代实验  C. 获取一手资料  D. 无需设计</w:t>
        <w:br/>
        <w:t>答案：D  解析：观察法是获取研究对象真实行为的一手资料的重要方法。</w:t>
      </w:r>
    </w:p>
    <w:p>
      <w:r>
        <w:t>39. 教师的根本任务是（单选）</w:t>
        <w:br/>
        <w:t>A. 批改作业  B. 教书育人  C. 组织活动  D. 维持纪律</w:t>
        <w:br/>
        <w:t>答案：D  解析：教师的根本任务是教书育人，既要传授知识也要培育品德。</w:t>
      </w:r>
    </w:p>
    <w:p>
      <w:r>
        <w:t>40. 影响学生发展的主要因素不包括（单选）</w:t>
        <w:br/>
        <w:t>A. 教育  B. 环境  C. 星座  D. 遗传</w:t>
        <w:br/>
        <w:t>答案：C  解析：遗传、环境、教育和个体主观能动性影响发展，星座无科学依据。</w:t>
      </w:r>
    </w:p>
    <w:p>
      <w:r>
        <w:t>41. 教师职业道德的核心是（单选）</w:t>
        <w:br/>
        <w:t>A. 爱岗敬业  B. 为人师表  C. 教书育人  D. 关爱学生</w:t>
        <w:br/>
        <w:t>答案：C  解析：教书育人是教师职业的根本任务和道德核心。</w:t>
      </w:r>
    </w:p>
    <w:p>
      <w:r>
        <w:t>42. 素质教育的重点不包括（单选）</w:t>
        <w:br/>
        <w:t>A. 促进学生全面发展  B. 面向全体学生  C. 只重应试分数  D. 培养创新精神</w:t>
        <w:br/>
        <w:t>答案：C  解析：素质教育面向全体、全面发展、注重创新与实践，不以应试为目的。</w:t>
      </w:r>
    </w:p>
    <w:p>
      <w:r>
        <w:t>43. 《教育法》规定的我国教育方针强调（单选）</w:t>
        <w:br/>
        <w:t>A. 只重智育  B. 只重德育  C. 只重体育  D. 德智体美劳全面发展</w:t>
        <w:br/>
        <w:t>答案：C  解析：我国教育方针强调培养德智体美劳全面发展的社会主义建设者和接班人。</w:t>
      </w:r>
    </w:p>
    <w:p>
      <w:r>
        <w:t>44. 新课程改革提倡的学习方式不包括（单选）</w:t>
        <w:br/>
        <w:t>A. 机械记忆  B. 探究学习  C. 自主学习  D. 合作学习</w:t>
        <w:br/>
        <w:t>答案：A  解析：新课程提倡自主、合作、探究学习，反对机械记忆。</w:t>
      </w:r>
    </w:p>
    <w:p>
      <w:r>
        <w:t>45. 教学过程的中心环节是（单选）</w:t>
        <w:br/>
        <w:t>A. 考试  B. 备课  C. 作业批改  D. 上课</w:t>
        <w:br/>
        <w:t>答案：A  解析：上课是教学工作的中心环节。</w:t>
      </w:r>
    </w:p>
    <w:p>
      <w:r>
        <w:t>46. 《教师法》规定教师享有的权利不包括（单选）</w:t>
        <w:br/>
        <w:t>A. 学生管理权  B. 教育教学权  C. 学术研究权  D. 体罚学生权</w:t>
        <w:br/>
        <w:t>答案：D  解析：教师享有教育教学、学术研究、管理学生等权利，无体罚权。</w:t>
      </w:r>
    </w:p>
    <w:p>
      <w:r>
        <w:t>47. 班级授课制的主要优点是（单选）</w:t>
        <w:br/>
        <w:t>A. 学生自由学习  B. 利于大面积教学  C. 因材施教到每个人  D. 无需备课</w:t>
        <w:br/>
        <w:t>答案：A  解析：班级授课制便于大范围、高效率组织教学，但不利于完全因材施教。</w:t>
      </w:r>
    </w:p>
    <w:p>
      <w:r>
        <w:t>48. 学生的身心发展具有（单选）</w:t>
        <w:br/>
        <w:t>A. 完全随意  B. 无规律  C. 顺序性和阶段性  D. 只受遗传影响</w:t>
        <w:br/>
        <w:t>答案：D  解析：学生发展具有顺序性、阶段性、不平衡性、互补性和个别差异性。</w:t>
      </w:r>
    </w:p>
    <w:p>
      <w:r>
        <w:t>49. 课程的三级管理是指（单选）</w:t>
        <w:br/>
        <w:t>A. 学校、班级、个人  B. 教材、教辅、试卷  C. 国家、地方、学校  D. 国家、省、市</w:t>
        <w:br/>
        <w:t>答案：B  解析：课程实行国家、地方、学校三级管理体制。</w:t>
      </w:r>
    </w:p>
    <w:p>
      <w:r>
        <w:t>50. 德育的基本途径是（单选）</w:t>
        <w:br/>
        <w:t>A. 思想品德课与其他学科教学  B. 课外活动  C. 班主任工作  D. 社会实践</w:t>
        <w:br/>
        <w:t>答案：C  解析：思想品德课与其他学科教学是学校德育的基本途径。</w:t>
      </w:r>
    </w:p>
    <w:p>
      <w:r>
        <w:t>51. 班主任工作的前提和基础是（单选）</w:t>
        <w:br/>
        <w:t>A. 做好个别教育  B. 了解和研究学生  C. 协调各方力量  D. 组建班集体</w:t>
        <w:br/>
        <w:t>答案：A  解析：了解和研究学生是班主任工作的前提和基础。</w:t>
      </w:r>
    </w:p>
    <w:p>
      <w:r>
        <w:t>52. 《义务教育法》规定适龄儿童接受义务教育的年限是（单选）</w:t>
        <w:br/>
        <w:t>A. 6年  B. 12年  C. 9年  D. 15年</w:t>
        <w:br/>
        <w:t>答案：D  解析：我国义务教育年限为9年（小学6年+初中3年）。</w:t>
      </w:r>
    </w:p>
    <w:p>
      <w:r>
        <w:t>53. 教学评价的功能不包括（单选）</w:t>
        <w:br/>
        <w:t>A. 调节功能  B. 代替教学  C. 激励功能  D. 诊断功能</w:t>
        <w:br/>
        <w:t>答案：B  解析：教学评价具有诊断、激励、调节、导向等功能，不能代替教学。</w:t>
      </w:r>
    </w:p>
    <w:p>
      <w:r>
        <w:t>54. 教师专业发展的途径不包括（单选）</w:t>
        <w:br/>
        <w:t>A. 停止学习  B. 教学反思  C. 校本教研  D. 继续教育</w:t>
        <w:br/>
        <w:t>答案：A  解析：教师专业发展依靠教研、培训、反思等持续学习，不可停止。</w:t>
      </w:r>
    </w:p>
    <w:p>
      <w:r>
        <w:t>55. 《未成年人保护法》规定的保护类型不包括（单选）</w:t>
        <w:br/>
        <w:t>A. 家庭保护  B. 社会保护  C. 学校保护  D. 网络炒作保护</w:t>
        <w:br/>
        <w:t>答案：D  解析：法律提供家庭、学校、社会、网络、政府、司法六大保护。</w:t>
      </w:r>
    </w:p>
    <w:p>
      <w:r>
        <w:t>56. 课堂提问的常见类型不包括（单选）</w:t>
        <w:br/>
        <w:t>A. 理解性提问  B. 记忆性提问  C. 创造性提问  D. 斥责性提问</w:t>
        <w:br/>
        <w:t>答案：D  解析：课堂提问以促进思维为目的，斥责性提问有损学习积极性。</w:t>
      </w:r>
    </w:p>
    <w:p>
      <w:r>
        <w:t>57. 教育机智指的是（单选）</w:t>
        <w:br/>
        <w:t>A. 教师背诵教材的能力  B. 教师随机应变处理教育问题的能力  C. 学生抢答的速度  D. 学校管理制度</w:t>
        <w:br/>
        <w:t>答案：D  解析：教育机智是教师面对突发事件灵活、果断、恰当处理的能力。</w:t>
      </w:r>
    </w:p>
    <w:p>
      <w:r>
        <w:t>58. 观察法在教学研究中的作用是（单选）</w:t>
        <w:br/>
        <w:t>A. 无需设计  B. 替代实验  C. 直接得出结论  D. 获取一手资料</w:t>
        <w:br/>
        <w:t>答案：A  解析：观察法是获取研究对象真实行为的一手资料的重要方法。</w:t>
      </w:r>
    </w:p>
    <w:p>
      <w:r>
        <w:t>59. 教师的根本任务是（单选）</w:t>
        <w:br/>
        <w:t>A. 教书育人  B. 维持纪律  C. 组织活动  D. 批改作业</w:t>
        <w:br/>
        <w:t>答案：B  解析：教师的根本任务是教书育人，既要传授知识也要培育品德。</w:t>
      </w:r>
    </w:p>
    <w:p>
      <w:r>
        <w:t>60. 影响学生发展的主要因素不包括（单选）</w:t>
        <w:br/>
        <w:t>A. 遗传  B. 环境  C. 教育  D. 星座</w:t>
        <w:br/>
        <w:t>答案：D  解析：遗传、环境、教育和个体主观能动性影响发展，星座无科学依据。</w:t>
      </w:r>
    </w:p>
    <w:p>
      <w:r>
        <w:t>61. 教师职业道德的核心是，该说法正确与否？（判断）</w:t>
        <w:br/>
        <w:t>答案：正确  解析：教书育人是教师职业的根本任务和道德核心。</w:t>
      </w:r>
    </w:p>
    <w:p>
      <w:r>
        <w:t>62. 素质教育的重点不包括，该说法正确与否？（判断）</w:t>
        <w:br/>
        <w:t>答案：错误  解析：素质教育面向全体、全面发展、注重创新与实践，不以应试为目的。 请以教材表述为准。</w:t>
      </w:r>
    </w:p>
    <w:p>
      <w:r>
        <w:t>63. 《教育法》规定的我国教育方针强调，该说法正确与否？（判断）</w:t>
        <w:br/>
        <w:t>答案：错误  解析：我国教育方针强调培养德智体美劳全面发展的社会主义建设者和接班人。 请以教材表述为准。</w:t>
      </w:r>
    </w:p>
    <w:p>
      <w:r>
        <w:t>64. 新课程改革提倡的学习方式不包括，该说法正确与否？（判断）</w:t>
        <w:br/>
        <w:t>答案：正确  解析：新课程提倡自主、合作、探究学习，反对机械记忆。</w:t>
      </w:r>
    </w:p>
    <w:p>
      <w:r>
        <w:t>65. 教学过程的中心环节是，该说法正确与否？（判断）</w:t>
        <w:br/>
        <w:t>答案：错误  解析：上课是教学工作的中心环节。 请以教材表述为准。</w:t>
      </w:r>
    </w:p>
    <w:p>
      <w:r>
        <w:t>66. 《教师法》规定教师享有的权利不包括，该说法正确与否？（判断）</w:t>
        <w:br/>
        <w:t>答案：错误  解析：教师享有教育教学、学术研究、管理学生等权利，无体罚权。 请以教材表述为准。</w:t>
      </w:r>
    </w:p>
    <w:p>
      <w:r>
        <w:t>67. 班级授课制的主要优点是，该说法正确与否？（判断）</w:t>
        <w:br/>
        <w:t>答案：正确  解析：班级授课制便于大范围、高效率组织教学，但不利于完全因材施教。</w:t>
      </w:r>
    </w:p>
    <w:p>
      <w:r>
        <w:t>68. 学生的身心发展具有，该说法正确与否？（判断）</w:t>
        <w:br/>
        <w:t>答案：错误  解析：学生发展具有顺序性、阶段性、不平衡性、互补性和个别差异性。 请以教材表述为准。</w:t>
      </w:r>
    </w:p>
    <w:p>
      <w:r>
        <w:t>69. 课程的三级管理是指，该说法正确与否？（判断）</w:t>
        <w:br/>
        <w:t>答案：错误  解析：课程实行国家、地方、学校三级管理体制。 请以教材表述为准。</w:t>
      </w:r>
    </w:p>
    <w:p>
      <w:r>
        <w:t>70. 德育的基本途径是，该说法正确与否？（判断）</w:t>
        <w:br/>
        <w:t>答案：正确  解析：思想品德课与其他学科教学是学校德育的基本途径。</w:t>
      </w:r>
    </w:p>
    <w:p>
      <w:r>
        <w:t>71. 班主任工作的前提和基础是，该说法正确与否？（判断）</w:t>
        <w:br/>
        <w:t>答案：错误  解析：了解和研究学生是班主任工作的前提和基础。 请以教材表述为准。</w:t>
      </w:r>
    </w:p>
    <w:p>
      <w:r>
        <w:t>72. 《义务教育法》规定适龄儿童接受义务教育的年限是，该说法正确与否？（判断）</w:t>
        <w:br/>
        <w:t>答案：错误  解析：我国义务教育年限为9年（小学6年+初中3年）。 请以教材表述为准。</w:t>
      </w:r>
    </w:p>
    <w:p>
      <w:r>
        <w:t>73. 教学评价的功能不包括，该说法正确与否？（判断）</w:t>
        <w:br/>
        <w:t>答案：正确  解析：教学评价具有诊断、激励、调节、导向等功能，不能代替教学。</w:t>
      </w:r>
    </w:p>
    <w:p>
      <w:r>
        <w:t>74. 教师专业发展的途径不包括，该说法正确与否？（判断）</w:t>
        <w:br/>
        <w:t>答案：错误  解析：教师专业发展依靠教研、培训、反思等持续学习，不可停止。 请以教材表述为准。</w:t>
      </w:r>
    </w:p>
    <w:p>
      <w:r>
        <w:t>75. 《未成年人保护法》规定的保护类型不包括，该说法正确与否？（判断）</w:t>
        <w:br/>
        <w:t>答案：错误  解析：法律提供家庭、学校、社会、网络、政府、司法六大保护。 请以教材表述为准。</w:t>
      </w:r>
    </w:p>
    <w:p>
      <w:r>
        <w:t>76. 课堂提问的常见类型不包括，该说法正确与否？（判断）</w:t>
        <w:br/>
        <w:t>答案：正确  解析：课堂提问以促进思维为目的，斥责性提问有损学习积极性。</w:t>
      </w:r>
    </w:p>
    <w:p>
      <w:r>
        <w:t>77. 教育机智指的是，该说法正确与否？（判断）</w:t>
        <w:br/>
        <w:t>答案：错误  解析：教育机智是教师面对突发事件灵活、果断、恰当处理的能力。 请以教材表述为准。</w:t>
      </w:r>
    </w:p>
    <w:p>
      <w:r>
        <w:t>78. 观察法在教学研究中的作用是，该说法正确与否？（判断）</w:t>
        <w:br/>
        <w:t>答案：错误  解析：观察法是获取研究对象真实行为的一手资料的重要方法。 请以教材表述为准。</w:t>
      </w:r>
    </w:p>
    <w:p>
      <w:r>
        <w:t>79. 教师的根本任务是，该说法正确与否？（判断）</w:t>
        <w:br/>
        <w:t>答案：正确  解析：教师的根本任务是教书育人，既要传授知识也要培育品德。</w:t>
      </w:r>
    </w:p>
    <w:p>
      <w:r>
        <w:t>80. 影响学生发展的主要因素不包括，该说法正确与否？（判断）</w:t>
        <w:br/>
        <w:t>答案：错误  解析：遗传、环境、教育和个体主观能动性影响发展，星座无科学依据。 请以教材表述为准。</w:t>
      </w:r>
    </w:p>
    <w:p>
      <w:r>
        <w:t>81. 教师职业道德的核心是，该说法正确与否？（判断）</w:t>
        <w:br/>
        <w:t>答案：错误  解析：教书育人是教师职业的根本任务和道德核心。 请以教材表述为准。</w:t>
      </w:r>
    </w:p>
    <w:p>
      <w:r>
        <w:t>82. 素质教育的重点不包括，该说法正确与否？（判断）</w:t>
        <w:br/>
        <w:t>答案：正确  解析：素质教育面向全体、全面发展、注重创新与实践，不以应试为目的。</w:t>
      </w:r>
    </w:p>
    <w:p>
      <w:r>
        <w:t>83. 《教育法》规定的我国教育方针强调，该说法正确与否？（判断）</w:t>
        <w:br/>
        <w:t>答案：错误  解析：我国教育方针强调培养德智体美劳全面发展的社会主义建设者和接班人。 请以教材表述为准。</w:t>
      </w:r>
    </w:p>
    <w:p>
      <w:r>
        <w:t>84. 新课程改革提倡的学习方式不包括，该说法正确与否？（判断）</w:t>
        <w:br/>
        <w:t>答案：错误  解析：新课程提倡自主、合作、探究学习，反对机械记忆。 请以教材表述为准。</w:t>
      </w:r>
    </w:p>
    <w:p>
      <w:r>
        <w:t>85. 教学过程的中心环节是，该说法正确与否？（判断）</w:t>
        <w:br/>
        <w:t>答案：正确  解析：上课是教学工作的中心环节。</w:t>
      </w:r>
    </w:p>
    <w:p>
      <w:r>
        <w:t>86. 《教师法》规定教师享有的权利不包括，该说法正确与否？（判断）</w:t>
        <w:br/>
        <w:t>答案：错误  解析：教师享有教育教学、学术研究、管理学生等权利，无体罚权。 请以教材表述为准。</w:t>
      </w:r>
    </w:p>
    <w:p>
      <w:r>
        <w:t>87. 班级授课制的主要优点是，该说法正确与否？（判断）</w:t>
        <w:br/>
        <w:t>答案：错误  解析：班级授课制便于大范围、高效率组织教学，但不利于完全因材施教。 请以教材表述为准。</w:t>
      </w:r>
    </w:p>
    <w:p>
      <w:r>
        <w:t>88. 学生的身心发展具有，该说法正确与否？（判断）</w:t>
        <w:br/>
        <w:t>答案：正确  解析：学生发展具有顺序性、阶段性、不平衡性、互补性和个别差异性。</w:t>
      </w:r>
    </w:p>
    <w:p>
      <w:r>
        <w:t>89. 课程的三级管理是指，该说法正确与否？（判断）</w:t>
        <w:br/>
        <w:t>答案：错误  解析：课程实行国家、地方、学校三级管理体制。 请以教材表述为准。</w:t>
      </w:r>
    </w:p>
    <w:p>
      <w:r>
        <w:t>90. 德育的基本途径是，该说法正确与否？（判断）</w:t>
        <w:br/>
        <w:t>答案：错误  解析：思想品德课与其他学科教学是学校德育的基本途径。 请以教材表述为准。</w:t>
      </w:r>
    </w:p>
    <w:p>
      <w:r>
        <w:t>91. 班主任工作的前提和基础是，该说法正确与否？（判断）</w:t>
        <w:br/>
        <w:t>答案：正确  解析：了解和研究学生是班主任工作的前提和基础。</w:t>
      </w:r>
    </w:p>
    <w:p>
      <w:r>
        <w:t>92. 《义务教育法》规定适龄儿童接受义务教育的年限是，该说法正确与否？（判断）</w:t>
        <w:br/>
        <w:t>答案：错误  解析：我国义务教育年限为9年（小学6年+初中3年）。 请以教材表述为准。</w:t>
      </w:r>
    </w:p>
    <w:p>
      <w:r>
        <w:t>93. 教学评价的功能不包括，该说法正确与否？（判断）</w:t>
        <w:br/>
        <w:t>答案：错误  解析：教学评价具有诊断、激励、调节、导向等功能，不能代替教学。 请以教材表述为准。</w:t>
      </w:r>
    </w:p>
    <w:p>
      <w:r>
        <w:t>94. 教师专业发展的途径不包括，该说法正确与否？（判断）</w:t>
        <w:br/>
        <w:t>答案：正确  解析：教师专业发展依靠教研、培训、反思等持续学习，不可停止。</w:t>
      </w:r>
    </w:p>
    <w:p>
      <w:r>
        <w:t>95. 《未成年人保护法》规定的保护类型不包括，该说法正确与否？（判断）</w:t>
        <w:br/>
        <w:t>答案：错误  解析：法律提供家庭、学校、社会、网络、政府、司法六大保护。 请以教材表述为准。</w:t>
      </w:r>
    </w:p>
    <w:p>
      <w:r>
        <w:t>96. 课堂提问的常见类型不包括，该说法正确与否？（判断）</w:t>
        <w:br/>
        <w:t>答案：错误  解析：课堂提问以促进思维为目的，斥责性提问有损学习积极性。 请以教材表述为准。</w:t>
      </w:r>
    </w:p>
    <w:p>
      <w:r>
        <w:t>97. 教育机智指的是，该说法正确与否？（判断）</w:t>
        <w:br/>
        <w:t>答案：正确  解析：教育机智是教师面对突发事件灵活、果断、恰当处理的能力。</w:t>
      </w:r>
    </w:p>
    <w:p>
      <w:r>
        <w:t>98. 观察法在教学研究中的作用是，该说法正确与否？（判断）</w:t>
        <w:br/>
        <w:t>答案：错误  解析：观察法是获取研究对象真实行为的一手资料的重要方法。 请以教材表述为准。</w:t>
      </w:r>
    </w:p>
    <w:p>
      <w:r>
        <w:t>99. 教师的根本任务是，该说法正确与否？（判断）</w:t>
        <w:br/>
        <w:t>答案：错误  解析：教师的根本任务是教书育人，既要传授知识也要培育品德。 请以教材表述为准。</w:t>
      </w:r>
    </w:p>
    <w:p>
      <w:r>
        <w:t>100. 影响学生发展的主要因素不包括，该说法正确与否？（判断）</w:t>
        <w:br/>
        <w:t>答案：正确  解析：遗传、环境、教育和个体主观能动性影响发展，星座无科学依据。</w:t>
      </w:r>
    </w:p>
    <w:p>
      <w:r>
        <w:t>答案与解析已附于每题之后。祝考试顺利！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