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教师资格证面试·结构化问答100题完整卷（模拟真实考试题库）</w:t>
      </w:r>
    </w:p>
    <w:p>
      <w:pPr>
        <w:pStyle w:val="Heading1"/>
      </w:pPr>
      <w:r>
        <w:t>一、考试通知（真实信息）</w:t>
      </w:r>
    </w:p>
    <w:p>
      <w:r>
        <w:t>2026下半年笔试9月12日已考，成绩预计11月6日可查；笔试全科合格者11月6日起报名面试（多数省份11月9-10日截止，以本省公告为准）。</w:t>
      </w:r>
    </w:p>
    <w:p>
      <w:r>
        <w:t>面试考试：2026年12月5-6日；报名入口：中小学教师资格考试网 https://ntce.neea.edu.cn；准考证考前一周打印。</w:t>
      </w:r>
    </w:p>
    <w:p>
      <w:r>
        <w:t>面试流程：候考→抽题→备课20分钟→结构化问答5分钟（2题）→试讲10分钟→答辩5分钟。</w:t>
      </w:r>
    </w:p>
    <w:p>
      <w:r>
        <w:t>本卷为模拟真实考试的结构化问答题库（100题），每题给出答题要点，覆盖自我认知、人际沟通、应急应变、组织管理、综合分析、教育教学、时政热点七大类型。</w:t>
      </w:r>
    </w:p>
    <w:p>
      <w:pPr>
        <w:pStyle w:val="Heading1"/>
      </w:pPr>
      <w:r>
        <w:t>2、结构化问答/简答题（100题）</w:t>
      </w:r>
    </w:p>
    <w:p>
      <w:r>
        <w:t>1.【自我认知】你为什么想当老师？</w:t>
        <w:br/>
        <w:t>【答题要点】①热爱教育事业，有教育理想；②具备学科知识与教学能力；③性格耐心、有责任感；④结合自身经历说明选择动机（如受启蒙老师影响、支教经历等）。</w:t>
      </w:r>
    </w:p>
    <w:p>
      <w:r>
        <w:t>2.【自我认知】你认为一个好老师最重要的品质是什么？</w:t>
        <w:br/>
        <w:t>【答题要点】①师德为先：关爱学生、为人师表；②专业过硬：扎实学识、终身学习；③教学能力：因材施教、方法得当；④以学生为本，做学生成长引路人。</w:t>
      </w:r>
    </w:p>
    <w:p>
      <w:r>
        <w:t>3.【自我认知】你有哪些优势和不足？</w:t>
        <w:br/>
        <w:t>【答题要点】①优势：责任心强、学习能力强、亲和力好、善于沟通；②不足：教学经验尚浅，正在通过听课备课快速成长；③扬长避短，说明改进措施。</w:t>
      </w:r>
    </w:p>
    <w:p>
      <w:r>
        <w:t>4.【自我认知】你的职业规划是什么？</w:t>
        <w:br/>
        <w:t>【答题要点】①近期：站稳讲台，认真备课上课；②中期：参加教研、赛课，提升教学水平；③远期：成为骨干教师，形成自己的教学风格。</w:t>
      </w:r>
    </w:p>
    <w:p>
      <w:r>
        <w:t>5.【自我认知】如果入职后被安排到偏远学校任教，你愿意吗？</w:t>
        <w:br/>
        <w:t>【答题要点】①愿意，服从组织安排；②偏远地区更需要教育力量；③把支教当作锻炼机会；④克服困难，安心从教。</w:t>
      </w:r>
    </w:p>
    <w:p>
      <w:r>
        <w:t>6.【人际沟通】家长投诉你教学方式有问题，你怎么办？</w:t>
        <w:br/>
        <w:t>【答题要点】①冷静倾听，不当场争辩；②记录具体意见，感谢家长关心；③自查教学方式，向同事请教；④与家长诚恳沟通，展示改进方案。</w:t>
      </w:r>
    </w:p>
    <w:p>
      <w:r>
        <w:t>7.【人际沟通】同事在背后说你坏话，你知道了怎么办？</w:t>
        <w:br/>
        <w:t>【答题要点】①保持冷静，不激化矛盾；②反思自己是否有不当之处；③选择合适时机真诚沟通；④用工作成绩赢得认可，不参与是非。</w:t>
      </w:r>
    </w:p>
    <w:p>
      <w:r>
        <w:t>8.【人际沟通】领导让你加班完成紧急任务，你怎么办？</w:t>
        <w:br/>
        <w:t>【答题要点】①服从安排，以工作为重；②合理安排时间，保证任务质量；③确有困难及时沟通协调；④完成任务后及时汇报。</w:t>
      </w:r>
    </w:p>
    <w:p>
      <w:r>
        <w:t>9.【人际沟通】学生家长是领导，总是干涉你的教学，你怎么办？</w:t>
        <w:br/>
        <w:t>【答题要点】①尊重家长，理解其关心孩子的心情；②坚持教育原则，专业的事专业处理；③主动沟通，说明教学安排的科学性；④请学校协调。</w:t>
      </w:r>
    </w:p>
    <w:p>
      <w:r>
        <w:t>10.【人际沟通】新入职后同事不主动与你交流，你怎么办？</w:t>
        <w:br/>
        <w:t>【答题要点】①主动自我介绍，积极参加集体活动；②多请教、多帮忙，融入团队；③保持真诚友善；④反思是否言行不当并调整。</w:t>
      </w:r>
    </w:p>
    <w:p>
      <w:r>
        <w:t>11.【人际沟通】学生向你反映某科作业太多，你怎么回应？</w:t>
        <w:br/>
        <w:t>【答题要点】①先肯定学生能表达诉求；②了解作业量是否合理；③与其他科任老师协调总量；④优化作业设计，分层布置。</w:t>
      </w:r>
    </w:p>
    <w:p>
      <w:r>
        <w:t>12.【人际沟通】校长在全校大会上表扬了你，但你认为自己做得还不够好，怎么办？</w:t>
        <w:br/>
        <w:t>【答题要点】①感谢肯定，保持谦虚；②以此鞭策自己更加努力；③反思不足，制定提升计划；④不以表扬为终点。</w:t>
      </w:r>
    </w:p>
    <w:p>
      <w:r>
        <w:t>13.【人际沟通】家长群里有人发广告，作为班主任你怎么办？</w:t>
        <w:br/>
        <w:t>【答题要点】①按群规提醒，私聊当事人；②重申群管理规定；③必要时移出并说明；④引导家长群用于家校沟通。</w:t>
      </w:r>
    </w:p>
    <w:p>
      <w:r>
        <w:t>14.【人际沟通】同事请假，领导让你代课，你怎么办？</w:t>
        <w:br/>
        <w:t>【答题要点】①欣然接受，服从安排；②了解代课内容与进度；③认真备课保证教学质量；④与请假同事做好衔接。</w:t>
      </w:r>
    </w:p>
    <w:p>
      <w:r>
        <w:t>15.【人际沟通】学生考试成绩下降，家长责问你，你怎么办？</w:t>
        <w:br/>
        <w:t>【答题要点】①不推卸，先分析原因；②与家长沟通学生近期表现；③制定辅导计划家校配合；④持续跟踪反馈。</w:t>
      </w:r>
    </w:p>
    <w:p>
      <w:r>
        <w:t>16.【应急应变】上课时突然停电，你怎么办？</w:t>
        <w:br/>
        <w:t>【答题要点】①安抚学生，维持秩序；②改用板书、口述继续教学；③组织讨论或复习；④保证安全，正常下课。</w:t>
      </w:r>
    </w:p>
    <w:p>
      <w:r>
        <w:t>17.【应急应变】上课时两名学生突然打架，你怎么办？</w:t>
        <w:br/>
        <w:t>【答题要点】①立即制止，先分开两人；②检查是否受伤，必要时送医；③课后单独谈话了解原因；④批评教育并做好家校沟通。</w:t>
      </w:r>
    </w:p>
    <w:p>
      <w:r>
        <w:t>18.【应急应变】你正在上课，校长推门听课，你怎么办？</w:t>
        <w:br/>
        <w:t>【答题要点】①不慌张，按计划继续授课；②保持正常教学节奏；③课后虚心听取意见；④把听课当作改进机会。</w:t>
      </w:r>
    </w:p>
    <w:p>
      <w:r>
        <w:t>19.【应急应变】有学生上课晕倒，你怎么办？</w:t>
        <w:br/>
        <w:t>【答题要点】①立即上前查看，安排学生报告；②保持学生平卧，不随意搬动；③拨打120并通知校医、家长；④安抚其他学生，配合处置。</w:t>
      </w:r>
    </w:p>
    <w:p>
      <w:r>
        <w:t>20.【应急应变】课堂上学生突然质疑你讲错了，你怎么办？</w:t>
        <w:br/>
        <w:t>【答题要点】①先肯定学生敢于质疑；②现场复核，确实错了立即纠正并致谢；③没错则耐心解释；④引导学生严谨求证。</w:t>
      </w:r>
    </w:p>
    <w:p>
      <w:r>
        <w:t>21.【应急应变】课间有学生受伤流血，你怎么办？</w:t>
        <w:br/>
        <w:t>【答题要点】①第一时间查看伤情；②简单止血，送校医室；③通知班主任与家长；④做好记录，必要时送医。</w:t>
      </w:r>
    </w:p>
    <w:p>
      <w:r>
        <w:t>22.【应急应变】你发现班里有学生偷拿同学东西，怎么办？</w:t>
        <w:br/>
        <w:t>【答题要点】①保护学生自尊，不当众揭穿；②私下谈话了解原因；③引导归还并教育；④与家长沟通，共同引导。</w:t>
      </w:r>
    </w:p>
    <w:p>
      <w:r>
        <w:t>23.【应急应变】考试时学生作弊被抓，你怎么办？</w:t>
        <w:br/>
        <w:t>【答题要点】①按考场纪律处理，记录情况；②不影响考试秩序；③考后教育谈话；④按规定上报处理，教育为主。</w:t>
      </w:r>
    </w:p>
    <w:p>
      <w:r>
        <w:t>24.【应急应变】上课时多媒体课件打不开，你怎么办？</w:t>
        <w:br/>
        <w:t>【答题要点】①不慌张，先尝试修复；②改用板书、提问方式授课；③课后检查设备原因；④课前做好备用预案。</w:t>
      </w:r>
    </w:p>
    <w:p>
      <w:r>
        <w:t>25.【应急应变】学生上课玩手机被你发现，怎么处理？</w:t>
        <w:br/>
        <w:t>【答题要点】①用眼神或走近提醒，课后再处理；②课后谈话，讲清纪律；③与家长沟通约定规则；④反思课堂吸引力。</w:t>
      </w:r>
    </w:p>
    <w:p>
      <w:r>
        <w:t>26.【应急应变】有家长情绪激动冲进教室质问，你怎么办？</w:t>
        <w:br/>
        <w:t>【答题要点】①先稳住家长，请其到办公室；②保护学生正常上课；③耐心倾听家长诉求；④沟通解决并做好记录。</w:t>
      </w:r>
    </w:p>
    <w:p>
      <w:r>
        <w:t>27.【应急应变】上课时教室窗外突然有巨响，学生注意力分散，怎么办？</w:t>
        <w:br/>
        <w:t>【答题要点】①先确认安全；②顺势引导，把意外变成教学契机；③恢复正常教学秩序。</w:t>
      </w:r>
    </w:p>
    <w:p>
      <w:r>
        <w:t>28.【应急应变】运动会中你的学生摔伤，家长赶到后情绪激动，怎么办？</w:t>
        <w:br/>
        <w:t>【答题要点】①先处理伤情，送医；②安抚家长情绪，说明经过；③承担应尽责任；④后续做好慰问与沟通。</w:t>
      </w:r>
    </w:p>
    <w:p>
      <w:r>
        <w:t>29.【应急应变】班里出现流感病例，作为班主任怎么办？</w:t>
        <w:br/>
        <w:t>【答题要点】①及时上报学校；②做好晨午检与消毒；③隔离病例并通知家长；④开展健康宣传，做好记录。</w:t>
      </w:r>
    </w:p>
    <w:p>
      <w:r>
        <w:t>30.【应急应变】有学生向你报告看到同学在厕所吸烟，怎么办？</w:t>
        <w:br/>
        <w:t>【答题要点】①重视但保护隐私；②私下核实了解；③批评教育讲清危害；④家校协同干预。</w:t>
      </w:r>
    </w:p>
    <w:p>
      <w:r>
        <w:t>31.【组织管理】学校让你组织一次家长会，你怎么组织？</w:t>
        <w:br/>
        <w:t>【答题要点】①制定方案（时间、地点、议程）；②通知家长、准备材料；③会议中交流学生情况与教育方法；④会后收集反馈、总结改进。</w:t>
      </w:r>
    </w:p>
    <w:p>
      <w:r>
        <w:t>32.【组织管理】组织一次班级春游活动，你如何安排？</w:t>
        <w:br/>
        <w:t>【答题要点】①安全教育与踩点；②制定方案并报备；③分工负责、车辆与急救准备；④活动后总结与宣传。</w:t>
      </w:r>
    </w:p>
    <w:p>
      <w:r>
        <w:t>33.【组织管理】学校安排你组织学生参加演讲比赛，怎么办？</w:t>
        <w:br/>
        <w:t>【答题要点】①宣传发动，报名选拔；②指导培训，打磨稿件；③组织排练与模拟；④比赛保障与总结。</w:t>
      </w:r>
    </w:p>
    <w:p>
      <w:r>
        <w:t>34.【组织管理】如何组织一次主题班会？</w:t>
        <w:br/>
        <w:t>【答题要点】①确定主题与目标；②设计环节（导入、讨论、总结）；③调动学生参与；④总结升华，落实行动。</w:t>
      </w:r>
    </w:p>
    <w:p>
      <w:r>
        <w:t>35.【组织管理】让你负责学校图书角建设，你怎么做？</w:t>
        <w:br/>
        <w:t>【答题要点】①调查学生阅读需求；②征集图书与分类；③制定借阅制度；④开展阅读活动，持续更新。</w:t>
      </w:r>
    </w:p>
    <w:p>
      <w:r>
        <w:t>36.【组织管理】组织一次消防疏散演练，你如何安排？</w:t>
        <w:br/>
        <w:t>【答题要点】①制定演练方案；②提前培训逃生知识；③分工指挥、确保安全；④演练后总结讲评。</w:t>
      </w:r>
    </w:p>
    <w:p>
      <w:r>
        <w:t>37.【组织管理】新接手一个班，你如何开展班级建设？</w:t>
        <w:br/>
        <w:t>【答题要点】①了解学生情况；②制定班规与目标；③培养班干部；④开展活动增强凝聚力。</w:t>
      </w:r>
    </w:p>
    <w:p>
      <w:r>
        <w:t>38.【组织管理】如何组织学生大扫除？</w:t>
        <w:br/>
        <w:t>【答题要点】①划分责任区；②明确标准与分工；③安全提醒；④检查评比，总结表扬。</w:t>
      </w:r>
    </w:p>
    <w:p>
      <w:r>
        <w:t>39.【组织管理】学校让你组织一次青年教师说课比赛，怎么办？</w:t>
        <w:br/>
        <w:t>【答题要点】①制定方案；②动员报名；③组织培训与评比；④总结表彰，推广经验。</w:t>
      </w:r>
    </w:p>
    <w:p>
      <w:r>
        <w:t>40.【组织管理】组织一次防溺水安全教育，你怎么做？</w:t>
        <w:br/>
        <w:t>【答题要点】①专题班会；②家校联动告知书；③案例警示教育；④建立联防机制。</w:t>
      </w:r>
    </w:p>
    <w:p>
      <w:r>
        <w:t>41.【综合分析】如何看待'双减'政策？</w:t>
        <w:br/>
        <w:t>【答题要点】①减轻学生过重作业与校外培训负担；②回归学校教育主阵地；③提高课堂质量、优化作业设计；④家校社协同育人。</w:t>
      </w:r>
    </w:p>
    <w:p>
      <w:r>
        <w:t>42.【综合分析】如何看待教师有偿补课？</w:t>
        <w:br/>
        <w:t>【答题要点】①违反师德规范；②加重学生负担、破坏教育公平；③教师应专注课堂教学；④学校加强师德监督。</w:t>
      </w:r>
    </w:p>
    <w:p>
      <w:r>
        <w:t>43.【综合分析】有人说'没有教不好的学生，只有不会教的老师'，你怎么看？</w:t>
        <w:br/>
        <w:t>【答题要点】①前半句体现教师责任与信念；②但教育受多方因素影响，不能绝对化；③教师应尽心尽责、因材施教；④理性看待，不苛求万能。</w:t>
      </w:r>
    </w:p>
    <w:p>
      <w:r>
        <w:t>44.【综合分析】如何看待教育惩戒权？</w:t>
        <w:br/>
        <w:t>【答题要点】①教育惩戒是教育手段；②须合法合规、以教育为目的；③遵循《中小学教育惩戒规则（试行）》；④尊重人格，禁止体罚。</w:t>
      </w:r>
    </w:p>
    <w:p>
      <w:r>
        <w:t>45.【综合分析】有人说网络教学会取代传统课堂，你怎么看？</w:t>
        <w:br/>
        <w:t>【答题要点】①网络教学有优势（资源共享、便捷）；②但传统课堂的师生互动、情感教育不可替代；③线上线下融合是方向。</w:t>
      </w:r>
    </w:p>
    <w:p>
      <w:r>
        <w:t>46.【综合分析】如何看待'躺平'心态？</w:t>
        <w:br/>
        <w:t>【答题要点】①理解压力但反对消极躺平；②引导学生树立正确价值观；③教师自身积极进取做表率。</w:t>
      </w:r>
    </w:p>
    <w:p>
      <w:r>
        <w:t>47.【综合分析】如何看待'分数至上'？</w:t>
        <w:br/>
        <w:t>【答题要点】①分数是评价之一而非全部；②要关注全面发展；③落实素质教育；④家校转变观念。</w:t>
      </w:r>
    </w:p>
    <w:p>
      <w:r>
        <w:t>48.【综合分析】如何理解'立德树人'？</w:t>
        <w:br/>
        <w:t>【答题要点】①立德树人是教育的根本任务；②德才兼备、以德为先；③在教学中渗透德育；④教师以身作则。</w:t>
      </w:r>
    </w:p>
    <w:p>
      <w:r>
        <w:t>49.【综合分析】如何看待校园欺凌问题？</w:t>
        <w:br/>
        <w:t>【答题要点】①重视防治；②加强教育预防；③发现及时干预处置；④家校合作、心理疏导。</w:t>
      </w:r>
    </w:p>
    <w:p>
      <w:r>
        <w:t>50.【综合分析】有人说教师是'太阳底下最光辉的职业'，你怎么看？</w:t>
        <w:br/>
        <w:t>【答题要点】①体现教师职业崇高；②有责任有担当；③热爱并坚守初心；④荣誉背后是使命。</w:t>
      </w:r>
    </w:p>
    <w:p>
      <w:r>
        <w:t>51.【综合分析】如何看待'内卷'？</w:t>
        <w:br/>
        <w:t>【答题要点】①低效竞争不可取；②引导学生关注自我成长；③明确目标、差异化发展；④保持健康心态。</w:t>
      </w:r>
    </w:p>
    <w:p>
      <w:r>
        <w:t>52.【综合分析】如何看待学生使用AI完成作业？</w:t>
        <w:br/>
        <w:t>【答题要点】①引导学生正确使用工具；②防止代写代做；③加强诚信教育；④设计更合理的作业。</w:t>
      </w:r>
    </w:p>
    <w:p>
      <w:r>
        <w:t>53.【综合分析】如何看待'鸡娃'现象？</w:t>
        <w:br/>
        <w:t>【答题要点】①反映家长焦虑；②忽视孩子成长规律；③家校社协同理性育人；④关注身心健康。</w:t>
      </w:r>
    </w:p>
    <w:p>
      <w:r>
        <w:t>54.【综合分析】如何理解'因材施教'？</w:t>
        <w:br/>
        <w:t>【答题要点】①尊重个体差异；②了解每个学生特点；③分层教学、差异化指导；④让每个学生得到发展。</w:t>
      </w:r>
    </w:p>
    <w:p>
      <w:r>
        <w:t>55.【综合分析】有人说做老师很轻松，你怎么看？</w:t>
        <w:br/>
        <w:t>【答题要点】①这是一种误解；②教师工作强度大、责任重；③需要备课、育人、家校沟通；④应当理解尊重教师。</w:t>
      </w:r>
    </w:p>
    <w:p>
      <w:r>
        <w:t>56.【综合分析】如何看待'素质教育与应试教育的平衡'？</w:t>
        <w:br/>
        <w:t>【答题要点】①两者不矛盾；②提高课堂效率；③评价多元；④在应试中渗透素质培养。</w:t>
      </w:r>
    </w:p>
    <w:p>
      <w:r>
        <w:t>57.【综合分析】如何看待学生沉迷手机游戏？</w:t>
        <w:br/>
        <w:t>【答题要点】①加强教育引导；②家校协同管理时间；③丰富校园活动；④关注沉迷背后的心理需求。</w:t>
      </w:r>
    </w:p>
    <w:p>
      <w:r>
        <w:t>58.【综合分析】如何理解'教学相长'？</w:t>
        <w:br/>
        <w:t>【答题要点】①教与学相互促进；②教师在教学中成长；③鼓励学生质疑创新；④终身学习。</w:t>
      </w:r>
    </w:p>
    <w:p>
      <w:r>
        <w:t>59.【综合分析】如何看待'名师出高徒'？</w:t>
        <w:br/>
        <w:t>【答题要点】①好老师对学生影响大；②但学生成长靠自身努力；③教师应做引路人；④不否定普通教师的付出。</w:t>
      </w:r>
    </w:p>
    <w:p>
      <w:r>
        <w:t>60.【综合分析】如何看待劳动教育？</w:t>
        <w:br/>
        <w:t>【答题要点】①劳动教育是全面育人的重要内容；②培养劳动习惯与品质；③家校协同开展；④与学科教学结合。</w:t>
      </w:r>
    </w:p>
    <w:p>
      <w:r>
        <w:t>61.【教育教学】如何提高课堂注意力？</w:t>
        <w:br/>
        <w:t>【答题要点】①教学设计趣味化；②多提问多互动；③节奏张弛有度；④及时表扬激励。</w:t>
      </w:r>
    </w:p>
    <w:p>
      <w:r>
        <w:t>62.【教育教学】学生上课总走神怎么办？</w:t>
        <w:br/>
        <w:t>【答题要点】①及时提醒；②分析原因（疲劳、基础差、兴趣低）；③个别辅导；④家校沟通作息。</w:t>
      </w:r>
    </w:p>
    <w:p>
      <w:r>
        <w:t>63.【教育教学】如何对待班级里的后进生？</w:t>
        <w:br/>
        <w:t>【答题要点】①不放弃不歧视；②找闪光点多鼓励；③制定小目标；④家校配合。</w:t>
      </w:r>
    </w:p>
    <w:p>
      <w:r>
        <w:t>64.【教育教学】学生偏科严重怎么办？</w:t>
        <w:br/>
        <w:t>【答题要点】①了解原因；②激发兴趣；③加强方法指导；④与相关教师沟通协作。</w:t>
      </w:r>
    </w:p>
    <w:p>
      <w:r>
        <w:t>65.【教育教学】如何上好第一节课？</w:t>
        <w:br/>
        <w:t>【答题要点】①充分备课；②立好课堂规矩；③自我介绍拉近距离；④精彩导入激发兴趣。</w:t>
      </w:r>
    </w:p>
    <w:p>
      <w:r>
        <w:t>66.【教育教学】学生作业抄袭怎么办？</w:t>
        <w:br/>
        <w:t>【答题要点】①了解原因（不会做、时间紧）；②分层布置作业；③诚信教育；④加强方法辅导。</w:t>
      </w:r>
    </w:p>
    <w:p>
      <w:r>
        <w:t>67.【教育教学】如何培养学生的阅读习惯？</w:t>
        <w:br/>
        <w:t>【答题要点】①营造班级阅读氛围；②推荐好书；③开展读书活动；④教师示范引领。</w:t>
      </w:r>
    </w:p>
    <w:p>
      <w:r>
        <w:t>68.【教育教学】学生提问超出课本范围，你怎么办？</w:t>
        <w:br/>
        <w:t>【答题要点】①肯定求知欲；②能答则答；③不会的坦诚并课后查证；④引导学生探究。</w:t>
      </w:r>
    </w:p>
    <w:p>
      <w:r>
        <w:t>69.【教育教学】如何做好班主任工作？</w:t>
        <w:br/>
        <w:t>【答题要点】①了解学生；②建立班规班风；③培养班干部；④家校沟通；⑤用心关爱。</w:t>
      </w:r>
    </w:p>
    <w:p>
      <w:r>
        <w:t>70.【教育教学】学生之间产生矛盾，如何调解？</w:t>
        <w:br/>
        <w:t>【答题要点】①分别倾听双方；②引导换位思考；③明确是非；④握手言和，长期关注。</w:t>
      </w:r>
    </w:p>
    <w:p>
      <w:r>
        <w:t>71.【教育教学】如何对待成绩优异但骄傲的学生？</w:t>
        <w:br/>
        <w:t>【答题要点】①肯定成绩；②引导认识不足；③设定更高目标；④培养谦虚品质。</w:t>
      </w:r>
    </w:p>
    <w:p>
      <w:r>
        <w:t>72.【教育教学】学生不爱回答问题怎么办？</w:t>
        <w:br/>
        <w:t>【答题要点】①营造宽松氛围；②降低问题难度；③鼓励表扬；④课后个别交流。</w:t>
      </w:r>
    </w:p>
    <w:p>
      <w:r>
        <w:t>73.【教育教学】如何设计一堂好课？</w:t>
        <w:br/>
        <w:t>【答题要点】①明确目标；②导入激趣；③重难点突出；④互动充分；⑤分层作业。</w:t>
      </w:r>
    </w:p>
    <w:p>
      <w:r>
        <w:t>74.【教育教学】学生课堂上顶撞你，怎么办？</w:t>
        <w:br/>
        <w:t>【答题要点】①冷静克制不当场对峙；②课后谈话；③了解原因（情绪、误会）；④教育引导。</w:t>
      </w:r>
    </w:p>
    <w:p>
      <w:r>
        <w:t>75.【教育教学】如何对待有特长的学生？</w:t>
        <w:br/>
        <w:t>【答题要点】①发现并鼓励；②搭建展示平台；③平衡特长与文化学习；④因势利导。</w:t>
      </w:r>
    </w:p>
    <w:p>
      <w:r>
        <w:t>76.【教育教学】学生害怕考试怎么办？</w:t>
        <w:br/>
        <w:t>【答题要点】①帮助分析焦虑原因；②考前心理疏导；③模拟训练增强信心；④家校沟通减压。</w:t>
      </w:r>
    </w:p>
    <w:p>
      <w:r>
        <w:t>77.【教育教学】如何提高学生学习的主动性？</w:t>
        <w:br/>
        <w:t>【答题要点】①激发内在动机；②设置挑战任务；③及时反馈；④建立成就感。</w:t>
      </w:r>
    </w:p>
    <w:p>
      <w:r>
        <w:t>78.【教育教学】学生记忆力差怎么办？</w:t>
        <w:br/>
        <w:t>【答题要点】①教授记忆方法（联想、复习）；②理解记忆；③规律作息；④耐心鼓励。</w:t>
      </w:r>
    </w:p>
    <w:p>
      <w:r>
        <w:t>79.【教育教学】课堂纪律混乱怎么办？</w:t>
        <w:br/>
        <w:t>【答题要点】①明确规则；②及时管理；③改进教学吸引学生；④与班主任协同。</w:t>
      </w:r>
    </w:p>
    <w:p>
      <w:r>
        <w:t>80.【教育教学】如何评价学生？</w:t>
        <w:br/>
        <w:t>【答题要点】①多元评价；②过程与结果结合；③多鼓励；④公正公开。</w:t>
      </w:r>
    </w:p>
    <w:p>
      <w:r>
        <w:t>81.【时政热点】如何理解'教育家精神'？</w:t>
        <w:br/>
        <w:t>【答题要点】①心有大我、至诚报国；②言为士则、行为世范；③启智润心、因材施教；④勤学笃行、求是创新。</w:t>
      </w:r>
    </w:p>
    <w:p>
      <w:r>
        <w:t>82.【时政热点】教育强国建设对教师提出什么要求？</w:t>
        <w:br/>
        <w:t>【答题要点】①提高专业素养；②落实立德树人；③创新教学方法；④服务教育公平。</w:t>
      </w:r>
    </w:p>
    <w:p>
      <w:r>
        <w:t>83.【时政热点】如何理解'办好人民满意的教育'？</w:t>
        <w:br/>
        <w:t>【答题要点】①以人民为中心办教育；②提高质量促进公平；③回应群众关切；④教师立足岗位做贡献。</w:t>
      </w:r>
    </w:p>
    <w:p>
      <w:r>
        <w:t>84.【时政热点】如何践行社会主义核心价值观？</w:t>
        <w:br/>
        <w:t>【答题要点】①教师率先垂范；②融入课堂教学；③主题活动引领；④家校社协同。</w:t>
      </w:r>
    </w:p>
    <w:p>
      <w:r>
        <w:t>85.【时政热点】如何理解'双减'后的教师责任？</w:t>
        <w:br/>
        <w:t>【答题要点】①提升课堂质量；②优化作业设计；③做好课后服务；④关注学生全面成长。</w:t>
      </w:r>
    </w:p>
    <w:p>
      <w:r>
        <w:t>86.【时政热点】如何落实'五育并举'？</w:t>
        <w:br/>
        <w:t>【答题要点】①德智体美劳全面发展；②开齐开足课程；③活动育人；④家校协同。</w:t>
      </w:r>
    </w:p>
    <w:p>
      <w:r>
        <w:t>87.【时政热点】如何理解'共同富裕'与教育的关系？</w:t>
        <w:br/>
        <w:t>【答题要点】①教育是共同富裕基础；②促进教育公平；③补齐薄弱环节；④培养建设人才。</w:t>
      </w:r>
    </w:p>
    <w:p>
      <w:r>
        <w:t>88.【时政热点】如何理解'中国式现代化'与教育？</w:t>
        <w:br/>
        <w:t>【答题要点】①教育、科技、人才一体推进；②教育现代化支撑国家现代化；③培养创新型人才。</w:t>
      </w:r>
    </w:p>
    <w:p>
      <w:r>
        <w:t>89.【时政热点】如何理解'劳动最光荣'？</w:t>
        <w:br/>
        <w:t>【答题要点】①尊重劳动；②培养劳动习惯；③劳动教育进课堂；④家校协同。</w:t>
      </w:r>
    </w:p>
    <w:p>
      <w:r>
        <w:t>90.【时政热点】如何理解'传承中华优秀传统文化'？</w:t>
        <w:br/>
        <w:t>【答题要点】①进课堂进教材；②活动体验；③结合时代创新；④教师示范引领。</w:t>
      </w:r>
    </w:p>
    <w:p>
      <w:r>
        <w:t>91.【综合】学生说'读书无用'，你怎么回应？</w:t>
        <w:br/>
        <w:t>【答题要点】①理解情绪，不批评；②讲读书的长远价值；③举身边榜样；④帮助找到学习动力。</w:t>
      </w:r>
    </w:p>
    <w:p>
      <w:r>
        <w:t>92.【综合】有学生想辍学打工，作为班主任怎么办？</w:t>
        <w:br/>
        <w:t>【答题要点】①先了解原因；②讲清知识与未来选择的关系；③联系家长；④帮助解决实际困难。</w:t>
      </w:r>
    </w:p>
    <w:p>
      <w:r>
        <w:t>93.【综合】班里转来一名新同学，你如何帮助他融入？</w:t>
        <w:br/>
        <w:t>【答题要点】①欢迎介绍；②安排结对伙伴；③关注适应情况；④开展班级活动增强归属感。</w:t>
      </w:r>
    </w:p>
    <w:p>
      <w:r>
        <w:t>94.【综合】发现学生在日记里表达负面情绪，怎么办？</w:t>
        <w:br/>
        <w:t>【答题要点】①尊重隐私；②侧面关注；③及时心理疏导；④必要时联系心理老师与家长。</w:t>
      </w:r>
    </w:p>
    <w:p>
      <w:r>
        <w:t>95.【综合】家长要求给孩子调换座位，你怎么处理？</w:t>
        <w:br/>
        <w:t>【答题要点】①了解诉求；②讲清排座原则；③合理调整；④做好沟通记录。</w:t>
      </w:r>
    </w:p>
    <w:p>
      <w:r>
        <w:t>96.【综合】学生送教师节礼物，你怎么办？</w:t>
        <w:br/>
        <w:t>【答题要点】①表示感谢；②倡导心意而非物质；③退回贵重礼物；④倡导师生真情。</w:t>
      </w:r>
    </w:p>
    <w:p>
      <w:r>
        <w:t>97.【综合】学生公开课表现紧张，你怎么办？</w:t>
        <w:br/>
        <w:t>【答题要点】①课前鼓励疏导；②降低难度给机会；③课后肯定优点；④营造宽松氛围。</w:t>
      </w:r>
    </w:p>
    <w:p>
      <w:r>
        <w:t>98.【综合】有学生是单亲家庭，你如何关注？</w:t>
        <w:br/>
        <w:t>【答题要点】①平等关爱不特殊化；②多关注情绪；③家校沟通；④保护隐私，心理支持。</w:t>
      </w:r>
    </w:p>
    <w:p>
      <w:r>
        <w:t>99.【综合】你带的班成绩排名靠后，家长不满怎么办？</w:t>
        <w:br/>
        <w:t>【答题要点】①正视差距不回避；②分析原因定对策；③与家长沟通过程性进步；④制定提升计划。</w:t>
      </w:r>
    </w:p>
    <w:p>
      <w:r>
        <w:t>100.【综合】教师节学生对你说'老师辛苦了'，你怎么回应？</w:t>
        <w:br/>
        <w:t>【答题要点】①真诚感谢；②鼓励学生；③表达坚守讲台的决心；④与学生共勉。</w:t>
      </w:r>
    </w:p>
    <w:p>
      <w:pPr>
        <w:pStyle w:val="Heading1"/>
      </w:pPr>
      <w:r>
        <w:t>3、备考建议</w:t>
      </w:r>
    </w:p>
    <w:p>
      <w:r>
        <w:t>结构化面试共2题5分钟，每题先简短表态再分点作答，条理清晰、观点正确、语言流畅。</w:t>
      </w:r>
    </w:p>
    <w:p>
      <w:r>
        <w:t>答题万能框架：表明态度→分析原因→采取措施（1.2.3）→总结升华；时政题提前积累教育政策金句。</w:t>
      </w:r>
    </w:p>
    <w:p>
      <w:r>
        <w:t>试讲提前用所报学科课本练10个课题，录像回看；板书、导入、环节完整、教态自然。</w:t>
      </w:r>
    </w:p>
    <w:p>
      <w:r>
        <w:t>11月6日查分后第一时间报名面试，12月5-6日考试；面试当天带齐身份证和准考证。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