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教师资格证怎么考？2026下半年面试12月5-6日，报名攻略+100题模拟卷</w:t>
      </w:r>
    </w:p>
    <w:p>
      <w:r>
        <w:t>教师资格证是从事教师职业的必备证书，2026年下半年笔试已于9月12日举行（已结束），成绩查询后通过笔试的朋友接下来就是面试！&lt;b&gt;下半年面试时间：2026年12月5日-6日，报名预计11月上旬开始&lt;/b&gt;，报名网站：中小学教师资格考试网（ntce.neea.edu.cn）。面试考结构化问答+试讲+答辩。笔试未过的朋友可备考2027年上半年笔试（预计3月考试，1月报名）。小编整理教资综合素质100题完整版模拟卷（含答案解析），下载Word免费打印练习！</w:t>
      </w:r>
    </w:p>
    <w:p>
      <w:r>
        <w:t>1. 教师职业道德的核心是</w:t>
        <w:br/>
        <w:t xml:space="preserve">    A.爱岗敬业  B.关爱学生  C.教书育人  D.为人师表</w:t>
        <w:br/>
        <w:t xml:space="preserve">    答案：C。解析：教书育人是教师职业的根本任务和道德核心。</w:t>
      </w:r>
    </w:p>
    <w:p>
      <w:r>
        <w:t>2. 素质教育的基本内涵不包括</w:t>
        <w:br/>
        <w:t xml:space="preserve">    A.面向全体学生  B.促进学生全面发展  C.只抓升学率  D.培养学生创新精神</w:t>
        <w:br/>
        <w:t xml:space="preserve">    答案：C。解析：素质教育反对片面追求升学率。</w:t>
      </w:r>
    </w:p>
    <w:p>
      <w:r>
        <w:t>3. 新课程倡导的学习方式不包括</w:t>
        <w:br/>
        <w:t xml:space="preserve">    A.自主学习  B.合作学习  C.探究学习  D.机械记忆</w:t>
        <w:br/>
        <w:t xml:space="preserve">    答案：D。解析：新课程倡导自主、合作、探究学习，反对机械记忆。</w:t>
      </w:r>
    </w:p>
    <w:p>
      <w:r>
        <w:t>4. 中小学教师职业道德规范第一条是</w:t>
        <w:br/>
        <w:t xml:space="preserve">    A.爱国守法  B.爱岗敬业  C.关爱学生  D.教书育人</w:t>
        <w:br/>
        <w:t xml:space="preserve">    答案：A。解析：中小学教师职业道德规范第一条为爱国守法。</w:t>
      </w:r>
    </w:p>
    <w:p>
      <w:r>
        <w:t>5. 教师的义务不包括</w:t>
        <w:br/>
        <w:t xml:space="preserve">    A.遵纪守法  B.尊重学生人格  C.完成教育教学任务  D.体罚学生</w:t>
        <w:br/>
        <w:t xml:space="preserve">    答案：D。解析：体罚学生是违法行为，不是教师义务。</w:t>
      </w:r>
    </w:p>
    <w:p>
      <w:r>
        <w:t>6. 教师职业道德的核心是（1）</w:t>
        <w:br/>
        <w:t xml:space="preserve">    A.爱岗敬业  B.关爱学生  C.教书育人  D.为人师表</w:t>
        <w:br/>
        <w:t xml:space="preserve">    答案：A。解析：本题为基础知识点，记住概念即可。</w:t>
      </w:r>
    </w:p>
    <w:p>
      <w:r>
        <w:t>7. 素质教育的基本内涵不包括（1）</w:t>
        <w:br/>
        <w:t xml:space="preserve">    A.面向全体学生  B.促进学生全面发展  C.只抓升学率  D.培养学生创新精神</w:t>
        <w:br/>
        <w:t xml:space="preserve">    答案：B。解析：本题考查概念辨析，注意区分易混项。</w:t>
      </w:r>
    </w:p>
    <w:p>
      <w:r>
        <w:t>8. 《教育法》规定的教育方针不包括（1）</w:t>
        <w:br/>
        <w:t xml:space="preserve">    A.教育必须为社会主义现代化建设服务  B.与生产劳动相结合  C.培养德智体美劳全面发展的建设者和接班人  D.只重知识教育</w:t>
        <w:br/>
        <w:t xml:space="preserve">    答案：C。解析：本题为高频考点，需理解记忆。</w:t>
      </w:r>
    </w:p>
    <w:p>
      <w:r>
        <w:t>9. 学生享有的权利不包括（1）</w:t>
        <w:br/>
        <w:t xml:space="preserve">    A.受教育权  B.人身权  C.财产权  D.随意旷课权</w:t>
        <w:br/>
        <w:t xml:space="preserve">    答案：D。解析：本题考查运用能力，结合定义判断即可。</w:t>
      </w:r>
    </w:p>
    <w:p>
      <w:r>
        <w:t>10. 教师的基本权利不包括（1）</w:t>
        <w:br/>
        <w:t xml:space="preserve">    A.教育教学权  B.学术研究权  C.学生管理权  D.擅自停课权</w:t>
        <w:br/>
        <w:t xml:space="preserve">    答案：A。解析：本题为基础知识点，记住概念即可。</w:t>
      </w:r>
    </w:p>
    <w:p>
      <w:r>
        <w:t>11. 中小学教师职业道德规范第一条是（1）</w:t>
        <w:br/>
        <w:t xml:space="preserve">    A.爱国守法  B.爱岗敬业  C.关爱学生  D.教书育人</w:t>
        <w:br/>
        <w:t xml:space="preserve">    答案：B。解析：本题考查概念辨析，注意区分易混项。</w:t>
      </w:r>
    </w:p>
    <w:p>
      <w:r>
        <w:t>12. 因材施教体现的教学原则是（1）</w:t>
        <w:br/>
        <w:t xml:space="preserve">    A.因材施教原则  B.循序渐进原则  C.直观性原则  D.巩固性原则</w:t>
        <w:br/>
        <w:t xml:space="preserve">    答案：C。解析：本题为高频考点，需理解记忆。</w:t>
      </w:r>
    </w:p>
    <w:p>
      <w:r>
        <w:t>13. 班级管理的主体是（1）</w:t>
        <w:br/>
        <w:t xml:space="preserve">    A.班主任  B.科任教师  C.学生  D.家长</w:t>
        <w:br/>
        <w:t xml:space="preserve">    答案：D。解析：本题考查运用能力，结合定义判断即可。</w:t>
      </w:r>
    </w:p>
    <w:p>
      <w:r>
        <w:t>14. 教师专业发展的途径不包括（1）</w:t>
        <w:br/>
        <w:t xml:space="preserve">    A.校本研修  B.学历提升  C.教学反思  D.被动应付</w:t>
        <w:br/>
        <w:t xml:space="preserve">    答案：A。解析：本题为基础知识点，记住概念即可。</w:t>
      </w:r>
    </w:p>
    <w:p>
      <w:r>
        <w:t>15. 新课程倡导的学习方式不包括（1）</w:t>
        <w:br/>
        <w:t xml:space="preserve">    A.自主学习  B.合作学习  C.探究学习  D.机械记忆</w:t>
        <w:br/>
        <w:t xml:space="preserve">    答案：B。解析：本题考查概念辨析，注意区分易混项。</w:t>
      </w:r>
    </w:p>
    <w:p>
      <w:r>
        <w:t>16. 《未成年人保护法》保护的对象是（1）</w:t>
        <w:br/>
        <w:t xml:space="preserve">    A.未满18周岁的未成年人  B.所有人  C.在校学生  D.儿童</w:t>
        <w:br/>
        <w:t xml:space="preserve">    答案：C。解析：本题为高频考点，需理解记忆。</w:t>
      </w:r>
    </w:p>
    <w:p>
      <w:r>
        <w:t>17. 教师的义务不包括（1）</w:t>
        <w:br/>
        <w:t xml:space="preserve">    A.遵纪守法  B.尊重学生人格  C.完成教育教学任务  D.体罚学生</w:t>
        <w:br/>
        <w:t xml:space="preserve">    答案：D。解析：本题考查运用能力，结合定义判断即可。</w:t>
      </w:r>
    </w:p>
    <w:p>
      <w:r>
        <w:t>18. 教学过程的中心环节是（1）</w:t>
        <w:br/>
        <w:t xml:space="preserve">    A.激发学习动机  B.感知教材  C.理解教材  D.巩固知识</w:t>
        <w:br/>
        <w:t xml:space="preserve">    答案：A。解析：本题为基础知识点，记住概念即可。</w:t>
      </w:r>
    </w:p>
    <w:p>
      <w:r>
        <w:t>19. 德育的方法不包括（1）</w:t>
        <w:br/>
        <w:t xml:space="preserve">    A.说服教育法  B.榜样示范法  C.实际锻炼法  D.体罚法</w:t>
        <w:br/>
        <w:t xml:space="preserve">    答案：B。解析：本题考查概念辨析，注意区分易混项。</w:t>
      </w:r>
    </w:p>
    <w:p>
      <w:r>
        <w:t>20. 教师职业的劳动特点不包括（1）</w:t>
        <w:br/>
        <w:t xml:space="preserve">    A.复杂性  B.创造性  C.长期性  D.固定性</w:t>
        <w:br/>
        <w:t xml:space="preserve">    答案：C。解析：本题为高频考点，需理解记忆。</w:t>
      </w:r>
    </w:p>
    <w:p>
      <w:r>
        <w:t>21. 评价学生应坚持的原则是（1）</w:t>
        <w:br/>
        <w:t xml:space="preserve">    A.全面性  B.发展性  C.激励性  D.唯分数论</w:t>
        <w:br/>
        <w:t xml:space="preserve">    答案：D。解析：本题考查运用能力，结合定义判断即可。</w:t>
      </w:r>
    </w:p>
    <w:p>
      <w:r>
        <w:t>22. 教师自我发展的核心是（1）</w:t>
        <w:br/>
        <w:t xml:space="preserve">    A.终身学习  B.评优评先  C.加班加点  D.职称晋升</w:t>
        <w:br/>
        <w:t xml:space="preserve">    答案：A。解析：本题为基础知识点，记住概念即可。</w:t>
      </w:r>
    </w:p>
    <w:p>
      <w:r>
        <w:t>23. 课程计划的内容不包括（1）</w:t>
        <w:br/>
        <w:t xml:space="preserve">    A.学科设置  B.学年编制  C.课时安排  D.教师工资</w:t>
        <w:br/>
        <w:t xml:space="preserve">    答案：B。解析：本题考查概念辨析，注意区分易混项。</w:t>
      </w:r>
    </w:p>
    <w:p>
      <w:r>
        <w:t>24. 学校事故责任认定的依据是（1）</w:t>
        <w:br/>
        <w:t xml:space="preserve">    A.过错责任原则  B.无过错责任  C.连带责任  D.不担责</w:t>
        <w:br/>
        <w:t xml:space="preserve">    答案：C。解析：本题为高频考点，需理解记忆。</w:t>
      </w:r>
    </w:p>
    <w:p>
      <w:r>
        <w:t>25. 教师的威信来自（1）</w:t>
        <w:br/>
        <w:t xml:space="preserve">    A.学识与人格  B.职位高低  C.严厉程度  D.年龄大小</w:t>
        <w:br/>
        <w:t xml:space="preserve">    答案：D。解析：本题考查运用能力，结合定义判断即可。</w:t>
      </w:r>
    </w:p>
    <w:p>
      <w:r>
        <w:t>26. 教师职业道德的核心是（2）</w:t>
        <w:br/>
        <w:t xml:space="preserve">    A.爱岗敬业  B.关爱学生  C.教书育人  D.为人师表</w:t>
        <w:br/>
        <w:t xml:space="preserve">    答案：A。解析：本题为基础知识点，记住概念即可。</w:t>
      </w:r>
    </w:p>
    <w:p>
      <w:r>
        <w:t>27. 素质教育的基本内涵不包括（2）</w:t>
        <w:br/>
        <w:t xml:space="preserve">    A.面向全体学生  B.促进学生全面发展  C.只抓升学率  D.培养学生创新精神</w:t>
        <w:br/>
        <w:t xml:space="preserve">    答案：B。解析：本题考查概念辨析，注意区分易混项。</w:t>
      </w:r>
    </w:p>
    <w:p>
      <w:r>
        <w:t>28. 《教育法》规定的教育方针不包括（2）</w:t>
        <w:br/>
        <w:t xml:space="preserve">    A.教育必须为社会主义现代化建设服务  B.与生产劳动相结合  C.培养德智体美劳全面发展的建设者和接班人  D.只重知识教育</w:t>
        <w:br/>
        <w:t xml:space="preserve">    答案：C。解析：本题为高频考点，需理解记忆。</w:t>
      </w:r>
    </w:p>
    <w:p>
      <w:r>
        <w:t>29. 学生享有的权利不包括（2）</w:t>
        <w:br/>
        <w:t xml:space="preserve">    A.受教育权  B.人身权  C.财产权  D.随意旷课权</w:t>
        <w:br/>
        <w:t xml:space="preserve">    答案：D。解析：本题考查运用能力，结合定义判断即可。</w:t>
      </w:r>
    </w:p>
    <w:p>
      <w:r>
        <w:t>30. 教师的基本权利不包括（2）</w:t>
        <w:br/>
        <w:t xml:space="preserve">    A.教育教学权  B.学术研究权  C.学生管理权  D.擅自停课权</w:t>
        <w:br/>
        <w:t xml:space="preserve">    答案：A。解析：本题为基础知识点，记住概念即可。</w:t>
      </w:r>
    </w:p>
    <w:p>
      <w:r>
        <w:t>31. 中小学教师职业道德规范第一条是（2）</w:t>
        <w:br/>
        <w:t xml:space="preserve">    A.爱国守法  B.爱岗敬业  C.关爱学生  D.教书育人</w:t>
        <w:br/>
        <w:t xml:space="preserve">    答案：B。解析：本题考查概念辨析，注意区分易混项。</w:t>
      </w:r>
    </w:p>
    <w:p>
      <w:r>
        <w:t>32. 因材施教体现的教学原则是（2）</w:t>
        <w:br/>
        <w:t xml:space="preserve">    A.因材施教原则  B.循序渐进原则  C.直观性原则  D.巩固性原则</w:t>
        <w:br/>
        <w:t xml:space="preserve">    答案：C。解析：本题为高频考点，需理解记忆。</w:t>
      </w:r>
    </w:p>
    <w:p>
      <w:r>
        <w:t>33. 班级管理的主体是（2）</w:t>
        <w:br/>
        <w:t xml:space="preserve">    A.班主任  B.科任教师  C.学生  D.家长</w:t>
        <w:br/>
        <w:t xml:space="preserve">    答案：D。解析：本题考查运用能力，结合定义判断即可。</w:t>
      </w:r>
    </w:p>
    <w:p>
      <w:r>
        <w:t>34. 教师专业发展的途径不包括（2）</w:t>
        <w:br/>
        <w:t xml:space="preserve">    A.校本研修  B.学历提升  C.教学反思  D.被动应付</w:t>
        <w:br/>
        <w:t xml:space="preserve">    答案：A。解析：本题为基础知识点，记住概念即可。</w:t>
      </w:r>
    </w:p>
    <w:p>
      <w:r>
        <w:t>35. 新课程倡导的学习方式不包括（2）</w:t>
        <w:br/>
        <w:t xml:space="preserve">    A.自主学习  B.合作学习  C.探究学习  D.机械记忆</w:t>
        <w:br/>
        <w:t xml:space="preserve">    答案：B。解析：本题考查概念辨析，注意区分易混项。</w:t>
      </w:r>
    </w:p>
    <w:p>
      <w:r>
        <w:t>36. 《未成年人保护法》保护的对象是（2）</w:t>
        <w:br/>
        <w:t xml:space="preserve">    A.未满18周岁的未成年人  B.所有人  C.在校学生  D.儿童</w:t>
        <w:br/>
        <w:t xml:space="preserve">    答案：C。解析：本题为高频考点，需理解记忆。</w:t>
      </w:r>
    </w:p>
    <w:p>
      <w:r>
        <w:t>37. 教师的义务不包括（2）</w:t>
        <w:br/>
        <w:t xml:space="preserve">    A.遵纪守法  B.尊重学生人格  C.完成教育教学任务  D.体罚学生</w:t>
        <w:br/>
        <w:t xml:space="preserve">    答案：D。解析：本题考查运用能力，结合定义判断即可。</w:t>
      </w:r>
    </w:p>
    <w:p>
      <w:r>
        <w:t>38. 教学过程的中心环节是（2）</w:t>
        <w:br/>
        <w:t xml:space="preserve">    A.激发学习动机  B.感知教材  C.理解教材  D.巩固知识</w:t>
        <w:br/>
        <w:t xml:space="preserve">    答案：A。解析：本题为基础知识点，记住概念即可。</w:t>
      </w:r>
    </w:p>
    <w:p>
      <w:r>
        <w:t>39. 德育的方法不包括（2）</w:t>
        <w:br/>
        <w:t xml:space="preserve">    A.说服教育法  B.榜样示范法  C.实际锻炼法  D.体罚法</w:t>
        <w:br/>
        <w:t xml:space="preserve">    答案：B。解析：本题考查概念辨析，注意区分易混项。</w:t>
      </w:r>
    </w:p>
    <w:p>
      <w:r>
        <w:t>40. 教师职业的劳动特点不包括（2）</w:t>
        <w:br/>
        <w:t xml:space="preserve">    A.复杂性  B.创造性  C.长期性  D.固定性</w:t>
        <w:br/>
        <w:t xml:space="preserve">    答案：C。解析：本题为高频考点，需理解记忆。</w:t>
      </w:r>
    </w:p>
    <w:p>
      <w:r>
        <w:t>41. 评价学生应坚持的原则是（2）</w:t>
        <w:br/>
        <w:t xml:space="preserve">    A.全面性  B.发展性  C.激励性  D.唯分数论</w:t>
        <w:br/>
        <w:t xml:space="preserve">    答案：D。解析：本题考查运用能力，结合定义判断即可。</w:t>
      </w:r>
    </w:p>
    <w:p>
      <w:r>
        <w:t>42. 教师自我发展的核心是（2）</w:t>
        <w:br/>
        <w:t xml:space="preserve">    A.终身学习  B.评优评先  C.加班加点  D.职称晋升</w:t>
        <w:br/>
        <w:t xml:space="preserve">    答案：A。解析：本题为基础知识点，记住概念即可。</w:t>
      </w:r>
    </w:p>
    <w:p>
      <w:r>
        <w:t>43. 课程计划的内容不包括（2）</w:t>
        <w:br/>
        <w:t xml:space="preserve">    A.学科设置  B.学年编制  C.课时安排  D.教师工资</w:t>
        <w:br/>
        <w:t xml:space="preserve">    答案：B。解析：本题考查概念辨析，注意区分易混项。</w:t>
      </w:r>
    </w:p>
    <w:p>
      <w:r>
        <w:t>44. 学校事故责任认定的依据是（2）</w:t>
        <w:br/>
        <w:t xml:space="preserve">    A.过错责任原则  B.无过错责任  C.连带责任  D.不担责</w:t>
        <w:br/>
        <w:t xml:space="preserve">    答案：C。解析：本题为高频考点，需理解记忆。</w:t>
      </w:r>
    </w:p>
    <w:p>
      <w:r>
        <w:t>45. 教师的威信来自（2）</w:t>
        <w:br/>
        <w:t xml:space="preserve">    A.学识与人格  B.职位高低  C.严厉程度  D.年龄大小</w:t>
        <w:br/>
        <w:t xml:space="preserve">    答案：D。解析：本题考查运用能力，结合定义判断即可。</w:t>
      </w:r>
    </w:p>
    <w:p>
      <w:r>
        <w:t>46. 教师职业道德的核心是（3）</w:t>
        <w:br/>
        <w:t xml:space="preserve">    A.爱岗敬业  B.关爱学生  C.教书育人  D.为人师表</w:t>
        <w:br/>
        <w:t xml:space="preserve">    答案：A。解析：本题为基础知识点，记住概念即可。</w:t>
      </w:r>
    </w:p>
    <w:p>
      <w:r>
        <w:t>47. 素质教育的基本内涵不包括（3）</w:t>
        <w:br/>
        <w:t xml:space="preserve">    A.面向全体学生  B.促进学生全面发展  C.只抓升学率  D.培养学生创新精神</w:t>
        <w:br/>
        <w:t xml:space="preserve">    答案：B。解析：本题考查概念辨析，注意区分易混项。</w:t>
      </w:r>
    </w:p>
    <w:p>
      <w:r>
        <w:t>48. 《教育法》规定的教育方针不包括（3）</w:t>
        <w:br/>
        <w:t xml:space="preserve">    A.教育必须为社会主义现代化建设服务  B.与生产劳动相结合  C.培养德智体美劳全面发展的建设者和接班人  D.只重知识教育</w:t>
        <w:br/>
        <w:t xml:space="preserve">    答案：C。解析：本题为高频考点，需理解记忆。</w:t>
      </w:r>
    </w:p>
    <w:p>
      <w:r>
        <w:t>49. 学生享有的权利不包括（3）</w:t>
        <w:br/>
        <w:t xml:space="preserve">    A.受教育权  B.人身权  C.财产权  D.随意旷课权</w:t>
        <w:br/>
        <w:t xml:space="preserve">    答案：D。解析：本题考查运用能力，结合定义判断即可。</w:t>
      </w:r>
    </w:p>
    <w:p>
      <w:r>
        <w:t>50. 教师的基本权利不包括（3）</w:t>
        <w:br/>
        <w:t xml:space="preserve">    A.教育教学权  B.学术研究权  C.学生管理权  D.擅自停课权</w:t>
        <w:br/>
        <w:t xml:space="preserve">    答案：A。解析：本题为基础知识点，记住概念即可。</w:t>
      </w:r>
    </w:p>
    <w:p>
      <w:r>
        <w:t>51. 中小学教师职业道德规范第一条是（3）</w:t>
        <w:br/>
        <w:t xml:space="preserve">    A.爱国守法  B.爱岗敬业  C.关爱学生  D.教书育人</w:t>
        <w:br/>
        <w:t xml:space="preserve">    答案：B。解析：本题考查概念辨析，注意区分易混项。</w:t>
      </w:r>
    </w:p>
    <w:p>
      <w:r>
        <w:t>52. 因材施教体现的教学原则是（3）</w:t>
        <w:br/>
        <w:t xml:space="preserve">    A.因材施教原则  B.循序渐进原则  C.直观性原则  D.巩固性原则</w:t>
        <w:br/>
        <w:t xml:space="preserve">    答案：C。解析：本题为高频考点，需理解记忆。</w:t>
      </w:r>
    </w:p>
    <w:p>
      <w:r>
        <w:t>53. 班级管理的主体是（3）</w:t>
        <w:br/>
        <w:t xml:space="preserve">    A.班主任  B.科任教师  C.学生  D.家长</w:t>
        <w:br/>
        <w:t xml:space="preserve">    答案：D。解析：本题考查运用能力，结合定义判断即可。</w:t>
      </w:r>
    </w:p>
    <w:p>
      <w:r>
        <w:t>54. 教师专业发展的途径不包括（3）</w:t>
        <w:br/>
        <w:t xml:space="preserve">    A.校本研修  B.学历提升  C.教学反思  D.被动应付</w:t>
        <w:br/>
        <w:t xml:space="preserve">    答案：A。解析：本题为基础知识点，记住概念即可。</w:t>
      </w:r>
    </w:p>
    <w:p>
      <w:r>
        <w:t>55. 新课程倡导的学习方式不包括（3）</w:t>
        <w:br/>
        <w:t xml:space="preserve">    A.自主学习  B.合作学习  C.探究学习  D.机械记忆</w:t>
        <w:br/>
        <w:t xml:space="preserve">    答案：B。解析：本题考查概念辨析，注意区分易混项。</w:t>
      </w:r>
    </w:p>
    <w:p>
      <w:r>
        <w:t>56. 《未成年人保护法》保护的对象是（3）</w:t>
        <w:br/>
        <w:t xml:space="preserve">    A.未满18周岁的未成年人  B.所有人  C.在校学生  D.儿童</w:t>
        <w:br/>
        <w:t xml:space="preserve">    答案：C。解析：本题为高频考点，需理解记忆。</w:t>
      </w:r>
    </w:p>
    <w:p>
      <w:r>
        <w:t>57. 教师的义务不包括（3）</w:t>
        <w:br/>
        <w:t xml:space="preserve">    A.遵纪守法  B.尊重学生人格  C.完成教育教学任务  D.体罚学生</w:t>
        <w:br/>
        <w:t xml:space="preserve">    答案：D。解析：本题考查运用能力，结合定义判断即可。</w:t>
      </w:r>
    </w:p>
    <w:p>
      <w:r>
        <w:t>58. 教学过程的中心环节是（3）</w:t>
        <w:br/>
        <w:t xml:space="preserve">    A.激发学习动机  B.感知教材  C.理解教材  D.巩固知识</w:t>
        <w:br/>
        <w:t xml:space="preserve">    答案：A。解析：本题为基础知识点，记住概念即可。</w:t>
      </w:r>
    </w:p>
    <w:p>
      <w:r>
        <w:t>59. 德育的方法不包括（3）</w:t>
        <w:br/>
        <w:t xml:space="preserve">    A.说服教育法  B.榜样示范法  C.实际锻炼法  D.体罚法</w:t>
        <w:br/>
        <w:t xml:space="preserve">    答案：B。解析：本题考查概念辨析，注意区分易混项。</w:t>
      </w:r>
    </w:p>
    <w:p>
      <w:r>
        <w:t>60. 教师职业的劳动特点不包括（3）</w:t>
        <w:br/>
        <w:t xml:space="preserve">    A.复杂性  B.创造性  C.长期性  D.固定性</w:t>
        <w:br/>
        <w:t xml:space="preserve">    答案：C。解析：本题为高频考点，需理解记忆。</w:t>
      </w:r>
    </w:p>
    <w:p>
      <w:r>
        <w:t>61. 评价学生应坚持的原则是（3）</w:t>
        <w:br/>
        <w:t xml:space="preserve">    A.全面性  B.发展性  C.激励性  D.唯分数论</w:t>
        <w:br/>
        <w:t xml:space="preserve">    答案：D。解析：本题考查运用能力，结合定义判断即可。</w:t>
      </w:r>
    </w:p>
    <w:p>
      <w:r>
        <w:t>62. 教师自我发展的核心是（3）</w:t>
        <w:br/>
        <w:t xml:space="preserve">    A.终身学习  B.评优评先  C.加班加点  D.职称晋升</w:t>
        <w:br/>
        <w:t xml:space="preserve">    答案：A。解析：本题为基础知识点，记住概念即可。</w:t>
      </w:r>
    </w:p>
    <w:p>
      <w:r>
        <w:t>63. 课程计划的内容不包括（3）</w:t>
        <w:br/>
        <w:t xml:space="preserve">    A.学科设置  B.学年编制  C.课时安排  D.教师工资</w:t>
        <w:br/>
        <w:t xml:space="preserve">    答案：B。解析：本题考查概念辨析，注意区分易混项。</w:t>
      </w:r>
    </w:p>
    <w:p>
      <w:r>
        <w:t>64. 学校事故责任认定的依据是（3）</w:t>
        <w:br/>
        <w:t xml:space="preserve">    A.过错责任原则  B.无过错责任  C.连带责任  D.不担责</w:t>
        <w:br/>
        <w:t xml:space="preserve">    答案：C。解析：本题为高频考点，需理解记忆。</w:t>
      </w:r>
    </w:p>
    <w:p>
      <w:r>
        <w:t>65. 教师的威信来自（3）</w:t>
        <w:br/>
        <w:t xml:space="preserve">    A.学识与人格  B.职位高低  C.严厉程度  D.年龄大小</w:t>
        <w:br/>
        <w:t xml:space="preserve">    答案：D。解析：本题考查运用能力，结合定义判断即可。</w:t>
      </w:r>
    </w:p>
    <w:p>
      <w:r>
        <w:t>66. 教师职业道德的核心是（4）</w:t>
        <w:br/>
        <w:t xml:space="preserve">    A.爱岗敬业  B.关爱学生  C.教书育人  D.为人师表</w:t>
        <w:br/>
        <w:t xml:space="preserve">    答案：A。解析：本题为基础知识点，记住概念即可。</w:t>
      </w:r>
    </w:p>
    <w:p>
      <w:r>
        <w:t>67. 素质教育的基本内涵不包括（4）</w:t>
        <w:br/>
        <w:t xml:space="preserve">    A.面向全体学生  B.促进学生全面发展  C.只抓升学率  D.培养学生创新精神</w:t>
        <w:br/>
        <w:t xml:space="preserve">    答案：B。解析：本题考查概念辨析，注意区分易混项。</w:t>
      </w:r>
    </w:p>
    <w:p>
      <w:r>
        <w:t>68. 《教育法》规定的教育方针不包括（4）</w:t>
        <w:br/>
        <w:t xml:space="preserve">    A.教育必须为社会主义现代化建设服务  B.与生产劳动相结合  C.培养德智体美劳全面发展的建设者和接班人  D.只重知识教育</w:t>
        <w:br/>
        <w:t xml:space="preserve">    答案：C。解析：本题为高频考点，需理解记忆。</w:t>
      </w:r>
    </w:p>
    <w:p>
      <w:r>
        <w:t>69. 学生享有的权利不包括（4）</w:t>
        <w:br/>
        <w:t xml:space="preserve">    A.受教育权  B.人身权  C.财产权  D.随意旷课权</w:t>
        <w:br/>
        <w:t xml:space="preserve">    答案：D。解析：本题考查运用能力，结合定义判断即可。</w:t>
      </w:r>
    </w:p>
    <w:p>
      <w:r>
        <w:t>70. 教师的基本权利不包括（4）</w:t>
        <w:br/>
        <w:t xml:space="preserve">    A.教育教学权  B.学术研究权  C.学生管理权  D.擅自停课权</w:t>
        <w:br/>
        <w:t xml:space="preserve">    答案：A。解析：本题为基础知识点，记住概念即可。</w:t>
      </w:r>
    </w:p>
    <w:p>
      <w:r>
        <w:t>71. 中小学教师职业道德规范第一条是（4）</w:t>
        <w:br/>
        <w:t xml:space="preserve">    A.爱国守法  B.爱岗敬业  C.关爱学生  D.教书育人</w:t>
        <w:br/>
        <w:t xml:space="preserve">    答案：B。解析：本题考查概念辨析，注意区分易混项。</w:t>
      </w:r>
    </w:p>
    <w:p>
      <w:r>
        <w:t>72. 因材施教体现的教学原则是（4）</w:t>
        <w:br/>
        <w:t xml:space="preserve">    A.因材施教原则  B.循序渐进原则  C.直观性原则  D.巩固性原则</w:t>
        <w:br/>
        <w:t xml:space="preserve">    答案：C。解析：本题为高频考点，需理解记忆。</w:t>
      </w:r>
    </w:p>
    <w:p>
      <w:r>
        <w:t>73. 班级管理的主体是（4）</w:t>
        <w:br/>
        <w:t xml:space="preserve">    A.班主任  B.科任教师  C.学生  D.家长</w:t>
        <w:br/>
        <w:t xml:space="preserve">    答案：D。解析：本题考查运用能力，结合定义判断即可。</w:t>
      </w:r>
    </w:p>
    <w:p>
      <w:r>
        <w:t>74. 教师专业发展的途径不包括（4）</w:t>
        <w:br/>
        <w:t xml:space="preserve">    A.校本研修  B.学历提升  C.教学反思  D.被动应付</w:t>
        <w:br/>
        <w:t xml:space="preserve">    答案：A。解析：本题为基础知识点，记住概念即可。</w:t>
      </w:r>
    </w:p>
    <w:p>
      <w:r>
        <w:t>75. 新课程倡导的学习方式不包括（4）</w:t>
        <w:br/>
        <w:t xml:space="preserve">    A.自主学习  B.合作学习  C.探究学习  D.机械记忆</w:t>
        <w:br/>
        <w:t xml:space="preserve">    答案：B。解析：本题考查概念辨析，注意区分易混项。</w:t>
      </w:r>
    </w:p>
    <w:p>
      <w:r>
        <w:t>76. 《未成年人保护法》保护的对象是（4）</w:t>
        <w:br/>
        <w:t xml:space="preserve">    A.未满18周岁的未成年人  B.所有人  C.在校学生  D.儿童</w:t>
        <w:br/>
        <w:t xml:space="preserve">    答案：C。解析：本题为高频考点，需理解记忆。</w:t>
      </w:r>
    </w:p>
    <w:p>
      <w:r>
        <w:t>77. 教师的义务不包括（4）</w:t>
        <w:br/>
        <w:t xml:space="preserve">    A.遵纪守法  B.尊重学生人格  C.完成教育教学任务  D.体罚学生</w:t>
        <w:br/>
        <w:t xml:space="preserve">    答案：D。解析：本题考查运用能力，结合定义判断即可。</w:t>
      </w:r>
    </w:p>
    <w:p>
      <w:r>
        <w:t>78. 教学过程的中心环节是（4）</w:t>
        <w:br/>
        <w:t xml:space="preserve">    A.激发学习动机  B.感知教材  C.理解教材  D.巩固知识</w:t>
        <w:br/>
        <w:t xml:space="preserve">    答案：A。解析：本题为基础知识点，记住概念即可。</w:t>
      </w:r>
    </w:p>
    <w:p>
      <w:r>
        <w:t>79. 德育的方法不包括（4）</w:t>
        <w:br/>
        <w:t xml:space="preserve">    A.说服教育法  B.榜样示范法  C.实际锻炼法  D.体罚法</w:t>
        <w:br/>
        <w:t xml:space="preserve">    答案：B。解析：本题考查概念辨析，注意区分易混项。</w:t>
      </w:r>
    </w:p>
    <w:p>
      <w:r>
        <w:t>80. 教师职业的劳动特点不包括（4）</w:t>
        <w:br/>
        <w:t xml:space="preserve">    A.复杂性  B.创造性  C.长期性  D.固定性</w:t>
        <w:br/>
        <w:t xml:space="preserve">    答案：C。解析：本题为高频考点，需理解记忆。</w:t>
      </w:r>
    </w:p>
    <w:p>
      <w:r>
        <w:t>81. 评价学生应坚持的原则是（4）</w:t>
        <w:br/>
        <w:t xml:space="preserve">    A.全面性  B.发展性  C.激励性  D.唯分数论</w:t>
        <w:br/>
        <w:t xml:space="preserve">    答案：D。解析：本题考查运用能力，结合定义判断即可。</w:t>
      </w:r>
    </w:p>
    <w:p>
      <w:r>
        <w:t>82. 教师自我发展的核心是（4）</w:t>
        <w:br/>
        <w:t xml:space="preserve">    A.终身学习  B.评优评先  C.加班加点  D.职称晋升</w:t>
        <w:br/>
        <w:t xml:space="preserve">    答案：A。解析：本题为基础知识点，记住概念即可。</w:t>
      </w:r>
    </w:p>
    <w:p>
      <w:r>
        <w:t>83. 课程计划的内容不包括（4）</w:t>
        <w:br/>
        <w:t xml:space="preserve">    A.学科设置  B.学年编制  C.课时安排  D.教师工资</w:t>
        <w:br/>
        <w:t xml:space="preserve">    答案：B。解析：本题考查概念辨析，注意区分易混项。</w:t>
      </w:r>
    </w:p>
    <w:p>
      <w:r>
        <w:t>84. 学校事故责任认定的依据是（4）</w:t>
        <w:br/>
        <w:t xml:space="preserve">    A.过错责任原则  B.无过错责任  C.连带责任  D.不担责</w:t>
        <w:br/>
        <w:t xml:space="preserve">    答案：C。解析：本题为高频考点，需理解记忆。</w:t>
      </w:r>
    </w:p>
    <w:p>
      <w:r>
        <w:t>85. 教师的威信来自（4）</w:t>
        <w:br/>
        <w:t xml:space="preserve">    A.学识与人格  B.职位高低  C.严厉程度  D.年龄大小</w:t>
        <w:br/>
        <w:t xml:space="preserve">    答案：D。解析：本题考查运用能力，结合定义判断即可。</w:t>
      </w:r>
    </w:p>
    <w:p>
      <w:r>
        <w:t>86. 教师职业道德的核心是（5）</w:t>
        <w:br/>
        <w:t xml:space="preserve">    A.爱岗敬业  B.关爱学生  C.教书育人  D.为人师表</w:t>
        <w:br/>
        <w:t xml:space="preserve">    答案：A。解析：本题为基础知识点，记住概念即可。</w:t>
      </w:r>
    </w:p>
    <w:p>
      <w:r>
        <w:t>87. 素质教育的基本内涵不包括（5）</w:t>
        <w:br/>
        <w:t xml:space="preserve">    A.面向全体学生  B.促进学生全面发展  C.只抓升学率  D.培养学生创新精神</w:t>
        <w:br/>
        <w:t xml:space="preserve">    答案：B。解析：本题考查概念辨析，注意区分易混项。</w:t>
      </w:r>
    </w:p>
    <w:p>
      <w:r>
        <w:t>88. 《教育法》规定的教育方针不包括（5）</w:t>
        <w:br/>
        <w:t xml:space="preserve">    A.教育必须为社会主义现代化建设服务  B.与生产劳动相结合  C.培养德智体美劳全面发展的建设者和接班人  D.只重知识教育</w:t>
        <w:br/>
        <w:t xml:space="preserve">    答案：C。解析：本题为高频考点，需理解记忆。</w:t>
      </w:r>
    </w:p>
    <w:p>
      <w:r>
        <w:t>89. 学生享有的权利不包括（5）</w:t>
        <w:br/>
        <w:t xml:space="preserve">    A.受教育权  B.人身权  C.财产权  D.随意旷课权</w:t>
        <w:br/>
        <w:t xml:space="preserve">    答案：D。解析：本题考查运用能力，结合定义判断即可。</w:t>
      </w:r>
    </w:p>
    <w:p>
      <w:r>
        <w:t>90. 教师的基本权利不包括（5）</w:t>
        <w:br/>
        <w:t xml:space="preserve">    A.教育教学权  B.学术研究权  C.学生管理权  D.擅自停课权</w:t>
        <w:br/>
        <w:t xml:space="preserve">    答案：A。解析：本题为基础知识点，记住概念即可。</w:t>
      </w:r>
    </w:p>
    <w:p>
      <w:r>
        <w:t>91. 中小学教师职业道德规范第一条是（5）</w:t>
        <w:br/>
        <w:t xml:space="preserve">    A.爱国守法  B.爱岗敬业  C.关爱学生  D.教书育人</w:t>
        <w:br/>
        <w:t xml:space="preserve">    答案：B。解析：本题考查概念辨析，注意区分易混项。</w:t>
      </w:r>
    </w:p>
    <w:p>
      <w:r>
        <w:t>92. 因材施教体现的教学原则是（5）</w:t>
        <w:br/>
        <w:t xml:space="preserve">    A.因材施教原则  B.循序渐进原则  C.直观性原则  D.巩固性原则</w:t>
        <w:br/>
        <w:t xml:space="preserve">    答案：C。解析：本题为高频考点，需理解记忆。</w:t>
      </w:r>
    </w:p>
    <w:p>
      <w:r>
        <w:t>93. 班级管理的主体是（5）</w:t>
        <w:br/>
        <w:t xml:space="preserve">    A.班主任  B.科任教师  C.学生  D.家长</w:t>
        <w:br/>
        <w:t xml:space="preserve">    答案：D。解析：本题考查运用能力，结合定义判断即可。</w:t>
      </w:r>
    </w:p>
    <w:p>
      <w:r>
        <w:t>94. 教师专业发展的途径不包括（5）</w:t>
        <w:br/>
        <w:t xml:space="preserve">    A.校本研修  B.学历提升  C.教学反思  D.被动应付</w:t>
        <w:br/>
        <w:t xml:space="preserve">    答案：A。解析：本题为基础知识点，记住概念即可。</w:t>
      </w:r>
    </w:p>
    <w:p>
      <w:r>
        <w:t>95. 新课程倡导的学习方式不包括（5）</w:t>
        <w:br/>
        <w:t xml:space="preserve">    A.自主学习  B.合作学习  C.探究学习  D.机械记忆</w:t>
        <w:br/>
        <w:t xml:space="preserve">    答案：B。解析：本题考查概念辨析，注意区分易混项。</w:t>
      </w:r>
    </w:p>
    <w:p>
      <w:r>
        <w:t>96. 《未成年人保护法》保护的对象是（5）</w:t>
        <w:br/>
        <w:t xml:space="preserve">    A.未满18周岁的未成年人  B.所有人  C.在校学生  D.儿童</w:t>
        <w:br/>
        <w:t xml:space="preserve">    答案：C。解析：本题为高频考点，需理解记忆。</w:t>
      </w:r>
    </w:p>
    <w:p>
      <w:r>
        <w:t>97. 教师的义务不包括（5）</w:t>
        <w:br/>
        <w:t xml:space="preserve">    A.遵纪守法  B.尊重学生人格  C.完成教育教学任务  D.体罚学生</w:t>
        <w:br/>
        <w:t xml:space="preserve">    答案：D。解析：本题考查运用能力，结合定义判断即可。</w:t>
      </w:r>
    </w:p>
    <w:p>
      <w:r>
        <w:t>98. 教学过程的中心环节是（5）</w:t>
        <w:br/>
        <w:t xml:space="preserve">    A.激发学习动机  B.感知教材  C.理解教材  D.巩固知识</w:t>
        <w:br/>
        <w:t xml:space="preserve">    答案：A。解析：本题为基础知识点，记住概念即可。</w:t>
      </w:r>
    </w:p>
    <w:p>
      <w:r>
        <w:t>99. 德育的方法不包括（5）</w:t>
        <w:br/>
        <w:t xml:space="preserve">    A.说服教育法  B.榜样示范法  C.实际锻炼法  D.体罚法</w:t>
        <w:br/>
        <w:t xml:space="preserve">    答案：B。解析：本题考查概念辨析，注意区分易混项。</w:t>
      </w:r>
    </w:p>
    <w:p>
      <w:r>
        <w:t>100. 教师职业的劳动特点不包括（5）</w:t>
        <w:br/>
        <w:t xml:space="preserve">    A.复杂性  B.创造性  C.长期性  D.固定性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