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季度工作汇报PPT文案模板：数据+亮点+问题</w:t>
      </w:r>
    </w:p>
    <w:p>
      <w:r>
        <w:t>季度汇报不知道怎么把工作讲出亮点？小编整理了季度工作汇报文案模板，把该说的话都给你写好。</w:t>
      </w:r>
    </w:p>
    <w:p>
      <w:r>
        <w:t>亮点：①汇报话术模板；②数据表达公式；③亮点提炼方法。网页是预览版，下载Word完整版可直接套用。? 免费下载Word完整版（可直接打印编辑）</w:t>
      </w:r>
    </w:p>
    <w:p>
      <w:pPr>
        <w:pStyle w:val="Heading1"/>
      </w:pPr>
      <w:r>
        <w:t>季度汇报结构</w:t>
      </w:r>
    </w:p>
    <w:p>
      <w:r>
        <w:t>本季度核心成果：一句话总结+3个关键数据</w:t>
      </w:r>
    </w:p>
    <w:p>
      <w:r>
        <w:t>重点工作：每项用「目标-动作-结果」三段式</w:t>
      </w:r>
    </w:p>
    <w:p>
      <w:r>
        <w:t>亮点：用对比（环比/同比/行业对比）</w:t>
      </w:r>
    </w:p>
    <w:p>
      <w:r>
        <w:t>问题与原因：2-3个，附改进方向</w:t>
      </w:r>
    </w:p>
    <w:p>
      <w:r>
        <w:t>下季度计划：目标+措施+时间节点</w:t>
      </w:r>
    </w:p>
    <w:p>
      <w:r>
        <w:t>完整话术模板见Word版。?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