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季度工作总结怎么写？模板+示例（职场通用）</w:t>
      </w:r>
    </w:p>
    <w:p>
      <w:r>
        <w:t>季度工作总结怎么写？模板+示例（职场通用）</w:t>
      </w:r>
    </w:p>
    <w:p>
      <w:r>
        <w:t>季度工作总结模板：一、本季度工作概述；二、重点工作完成情况；三、亮点与创新；四、存在问题；五、下季度计划。</w:t>
      </w:r>
    </w:p>
    <w:p>
      <w:r>
        <w:t>示例：本季度（1-3月）围绕部门年度目标，重点推进了三项工作：一是完成了XX项目前期调研，形成可行性报告；二是优化了XX流程，效率提升20%；三是配合市场部完成XX推广活动。</w:t>
      </w:r>
    </w:p>
    <w:p>
      <w:r>
        <w:t>存在问题：一是跨部门沟通效率有待提升；二是XX环节因外部因素滞后；三是个人在XX技能上还需加强。</w:t>
      </w:r>
    </w:p>
    <w:p>
      <w:r>
        <w:t>下季度计划：一是推进XX项目落地；二是完成XX培训并应用到工作中；三是协同团队达成XX目标。</w:t>
      </w:r>
    </w:p>
    <w:p>
      <w:r>
        <w:t>写作要点：季度总结频率高，篇幅不宜过长（1500-2500字），重点写本季度变化和进展，避免重复年度总结内容。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