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借款合同范本（借条升级版·民间借贷通用）</w:t>
      </w:r>
    </w:p>
    <w:p>
      <w:r>
        <w:t>借款合同</w:t>
      </w:r>
    </w:p>
    <w:p>
      <w:r>
        <w:t>出借人（甲方）：__ 身份证号：__ 借款人（乙方）：__ 身份证号：__ 联系电话：__。</w:t>
      </w:r>
    </w:p>
    <w:p>
      <w:r>
        <w:t>根据《中华人民共和国民法典》及相关法律法规，甲乙双方本着自愿原则，就借款事宜达成如下协议：</w:t>
      </w:r>
    </w:p>
    <w:p>
      <w:r>
        <w:t>第一条 借款金额：甲方向乙方出借人民币__元（大写：__元整），以转账方式支付至乙方指定账户：户名__，开户行__，账号__。</w:t>
      </w:r>
    </w:p>
    <w:p>
      <w:r>
        <w:t>第二条 借款期限：借款期限自__年__月__日起至__年__月__日止。</w:t>
      </w:r>
    </w:p>
    <w:p>
      <w:r>
        <w:t>第三条 借款利息：双方约定年利率为__%，利息按__（月/季/年）支付。如未约定利息，视为无息借款。</w:t>
      </w:r>
    </w:p>
    <w:p>
      <w:r>
        <w:t>第四条 还款方式：乙方应于借款到期日一次性偿还本金及利息；经甲方同意，可提前还款，利息按实际借款天数计算。</w:t>
      </w:r>
    </w:p>
    <w:p>
      <w:r>
        <w:t>第五条 逾期责任：乙方逾期未还的，自逾期之日起按年利率__%支付逾期利息，并承担甲方为实现债权支出的合理费用（包括律师费、诉讼费等）。</w:t>
      </w:r>
    </w:p>
    <w:p>
      <w:r>
        <w:t>第六条 担保条款（如有）：本借款由__提供担保，担保方式为__，担保范围包括本金、利息及实现债权的费用。</w:t>
      </w:r>
    </w:p>
    <w:p>
      <w:r>
        <w:t>第七条 争议解决：因本借款发生争议，双方协商解决；协商不成的，向出借人所在地人民法院起诉。</w:t>
      </w:r>
    </w:p>
    <w:p>
      <w:r>
        <w:t>第八条 本合同一式两份，双方各执一份，自甲方实际支付借款之日起生效。甲方（签字）：__ 乙方（签字）：__ 签订日期：__年__月__日</w:t>
      </w:r>
    </w:p>
    <w:p>
      <w:r>
        <w:t>使用说明：以上为完整合同模板，甲方乙方信息留空，请根据实际情况填写后打印签字。合同签字即生效，请仔细阅读每一条款。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