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借款合同</w:t>
      </w:r>
    </w:p>
    <w:p/>
    <w:p>
      <w:r>
        <w:t>出借方（甲方）：＿＿＿＿＿＿＿＿ 身份证号：＿＿＿＿＿＿＿＿＿＿＿＿</w:t>
      </w:r>
    </w:p>
    <w:p>
      <w:r>
        <w:t>借款方（乙方）：＿＿＿＿＿＿＿＿ 身份证号：＿＿＿＿＿＿＿＿＿＿＿＿</w:t>
      </w:r>
    </w:p>
    <w:p>
      <w:r>
        <w:t>签订地点：＿＿＿＿＿＿＿＿ 签订日期：＿＿年＿＿月＿＿日</w:t>
      </w:r>
    </w:p>
    <w:p/>
    <w:p>
      <w:r>
        <w:t>第一条 借款金额：甲方向乙方出借人民币＿＿＿＿元（大写：＿＿＿＿＿＿＿＿），以银行转账方式支付至乙方账户：＿＿＿＿＿＿＿＿。</w:t>
      </w:r>
    </w:p>
    <w:p>
      <w:r>
        <w:t>第二条 借款期限：借款期限自＿＿年＿＿月＿＿日起至＿＿年＿＿月＿＿日止，共计＿＿个月。</w:t>
      </w:r>
    </w:p>
    <w:p>
      <w:r>
        <w:t>第三条 借款利率：年利率为＿＿％（月利率＿＿％），利息按＿＿（月/季/年）结算；利率不超过法律保护上限（以最新司法政策为准）。</w:t>
      </w:r>
    </w:p>
    <w:p>
      <w:r>
        <w:t>第四条 还款方式：乙方应于借款到期日一次性还本付息，或按＿＿（月/季）分期还款，每期还款人民币＿＿＿＿元。</w:t>
      </w:r>
    </w:p>
    <w:p>
      <w:r>
        <w:t>第五条 提前还款：乙方提前还款的，应提前＿＿日通知甲方，利息按实际借款天数计算。</w:t>
      </w:r>
    </w:p>
    <w:p>
      <w:r>
        <w:t>第六条 担保条款：本借款由＿＿＿＿（保证人）提供连带责任保证，保证期间为借款期满后＿＿年（如无担保可删除本条）。</w:t>
      </w:r>
    </w:p>
    <w:p>
      <w:r>
        <w:t>第七条 违约责任：乙方逾期还款的，除正常利息外，每日按逾期金额的＿＿‰支付逾期利息/违约金。</w:t>
      </w:r>
    </w:p>
    <w:p>
      <w:r>
        <w:t>第八条 争议解决：本合同履行中发生争议，双方协商解决；协商不成的，向出借方住所地人民法院提起诉讼。</w:t>
      </w:r>
    </w:p>
    <w:p>
      <w:r>
        <w:t>第九条 其他约定：本合同一式两份，双方各执一份，自双方签字并按指印之日起生效。</w:t>
        <w:br/>
        <w:t>甲方（签字并按指印）：＿＿＿＿＿＿ 乙方（签字并按指印）：＿＿＿＿＿＿</w:t>
        <w:br/>
        <w:t>日期：＿＿年＿＿月＿＿日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