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借款合同（自然人借贷通用版）</w:t>
      </w:r>
    </w:p>
    <w:p>
      <w:r>
        <w:t>合同编号：＿＿＿＿＿＿＿＿＿＿</w:t>
      </w:r>
    </w:p>
    <w:p>
      <w:r>
        <w:t>甲方（姓名/名称）：＿＿＿＿＿＿＿＿＿＿　身份证号/统一社会信用代码：＿＿＿＿＿＿＿＿＿＿</w:t>
      </w:r>
    </w:p>
    <w:p>
      <w:r>
        <w:t>乙方（姓名/名称）：＿＿＿＿＿＿＿＿＿＿　身份证号/统一社会信用代码：＿＿＿＿＿＿＿＿＿＿</w:t>
      </w:r>
    </w:p>
    <w:p>
      <w:r>
        <w:t>签订地点：＿＿＿＿＿＿＿＿＿＿　签订日期：＿＿＿＿年＿＿月＿＿日</w:t>
      </w:r>
    </w:p>
    <w:p/>
    <w:p>
      <w:pPr>
        <w:pStyle w:val="Heading2"/>
      </w:pPr>
      <w:r>
        <w:t>第一条 借款金额与用途</w:t>
      </w:r>
    </w:p>
    <w:p>
      <w:r>
        <w:t>1.1 甲方（出借人）向乙方（借款人）出借人民币＿＿＿＿元（大写：＿＿＿＿），借款用途：＿＿＿＿＿＿。</w:t>
      </w:r>
    </w:p>
    <w:p>
      <w:r>
        <w:t>1.2 借款以（现金/银行转账）方式交付，银行转账的以到账时间为准。</w:t>
      </w:r>
    </w:p>
    <w:p/>
    <w:p>
      <w:pPr>
        <w:pStyle w:val="Heading2"/>
      </w:pPr>
      <w:r>
        <w:t>第二条 借款期限</w:t>
      </w:r>
    </w:p>
    <w:p>
      <w:r>
        <w:t>2.1 借款期限自＿＿＿＿年＿＿月＿＿日起至＿＿＿＿年＿＿月＿＿日止，共＿＿个月。</w:t>
      </w:r>
    </w:p>
    <w:p>
      <w:r>
        <w:t>2.2 乙方可提前还款，提前还款按实际占用天数计算利息。</w:t>
      </w:r>
    </w:p>
    <w:p/>
    <w:p>
      <w:pPr>
        <w:pStyle w:val="Heading2"/>
      </w:pPr>
      <w:r>
        <w:t>第三条 利息</w:t>
      </w:r>
    </w:p>
    <w:p>
      <w:r>
        <w:t>3.1 借款年利率为＿＿%，利息按（年/月）结算，结息日为每（年/月）的＿＿日。</w:t>
      </w:r>
    </w:p>
    <w:p>
      <w:r>
        <w:t>3.2 借款利率不得超过合同成立时一年期贷款市场报价利率（LPR）的四倍，超出部分不受法律保护。</w:t>
      </w:r>
    </w:p>
    <w:p/>
    <w:p>
      <w:pPr>
        <w:pStyle w:val="Heading2"/>
      </w:pPr>
      <w:r>
        <w:t>第四条 还款方式</w:t>
      </w:r>
    </w:p>
    <w:p>
      <w:r>
        <w:t>4.1 乙方应于＿＿＿＿年＿＿月＿＿日前一次性还本付息（或：按月等额本息/等额本金还款，每月＿＿日还款人民币＿＿元）。</w:t>
      </w:r>
    </w:p>
    <w:p>
      <w:r>
        <w:t>4.2 乙方指定还款账户：户名＿＿＿＿，账号＿＿＿＿，开户行＿＿＿＿。</w:t>
      </w:r>
    </w:p>
    <w:p/>
    <w:p>
      <w:pPr>
        <w:pStyle w:val="Heading2"/>
      </w:pPr>
      <w:r>
        <w:t>第五条 担保</w:t>
      </w:r>
    </w:p>
    <w:p>
      <w:r>
        <w:t>5.1 （可选）本借款由＿＿＿＿提供（保证/抵押/质押）担保，担保人＿＿＿＿，担保方式及担保范围另行签订担保合同。</w:t>
      </w:r>
    </w:p>
    <w:p/>
    <w:p>
      <w:pPr>
        <w:pStyle w:val="Heading2"/>
      </w:pPr>
      <w:r>
        <w:t>第六条 违约责任</w:t>
      </w:r>
    </w:p>
    <w:p>
      <w:r>
        <w:t>6.1 乙方逾期还款的，每逾期一日按逾期金额的＿＿‰支付违约金，但违约金和利息合计不得超过法定上限。</w:t>
      </w:r>
    </w:p>
    <w:p>
      <w:r>
        <w:t>6.2 乙方连续＿＿期未按约还款的，甲方有权宣布借款提前到期并要求立即清偿。</w:t>
      </w:r>
    </w:p>
    <w:p/>
    <w:p>
      <w:pPr>
        <w:pStyle w:val="Heading2"/>
      </w:pPr>
      <w:r>
        <w:t>第七条 争议解决</w:t>
      </w:r>
    </w:p>
    <w:p>
      <w:r>
        <w:t>7.1 因本合同发生的争议，协商解决；协商不成的，向（出借人/借款人）所在地人民法院提起诉讼。</w:t>
      </w:r>
    </w:p>
    <w:p/>
    <w:p>
      <w:r>
        <w:t>（以下无正文，为本合同签署页）</w:t>
      </w:r>
    </w:p>
    <w:p/>
    <w:p>
      <w:r>
        <w:t>甲方（签字/盖章）：＿＿＿＿＿＿＿＿＿＿</w:t>
      </w:r>
    </w:p>
    <w:p>
      <w:r>
        <w:t>乙方（签字/盖章）：＿＿＿＿＿＿＿＿＿＿</w:t>
      </w:r>
    </w:p>
    <w:p>
      <w:r>
        <w:t>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