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民间借款合同模板：个人借钱给个人的规范写法</w:t>
      </w:r>
    </w:p>
    <w:p>
      <w:pPr>
        <w:pStyle w:val="Heading1"/>
      </w:pPr>
      <w:r>
        <w:t>民间借款合同</w:t>
      </w:r>
    </w:p>
    <w:p>
      <w:r>
        <w:t>出借人（甲方）：________ 身份证号：________</w:t>
      </w:r>
    </w:p>
    <w:p>
      <w:r>
        <w:t>借款人（乙方）：________ 身份证号：________</w:t>
      </w:r>
    </w:p>
    <w:p>
      <w:r>
        <w:t>第一条 借款金额：人民币____元（大写：____元整）。</w:t>
      </w:r>
    </w:p>
    <w:p>
      <w:r>
        <w:t>第二条 借款期限：____年__月__日至____年__月__日。</w:t>
      </w:r>
    </w:p>
    <w:p>
      <w:r>
        <w:t>第三条 借款利率：年利率____%。</w:t>
      </w:r>
    </w:p>
    <w:p>
      <w:r>
        <w:t>第四条 还款方式：到期一次性还本付息/分期还款。</w:t>
      </w:r>
    </w:p>
    <w:p>
      <w:r>
        <w:t>第五条 违约责任：逾期按____‰/日计息，逾期超____日可提前收回。</w:t>
      </w:r>
    </w:p>
    <w:p>
      <w:r>
        <w:t>第六条 争议解决：向____法院起诉。</w:t>
      </w:r>
    </w:p>
    <w:p>
      <w:r>
        <w:t>甲方（签字按手印）：____ 乙方（签字按手印）：____ ____年__月__日</w:t>
      </w:r>
    </w:p>
    <w:p>
      <w:r>
        <w:t>（Word版可直接打印填写签字）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