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9661"/>
        </w:rPr>
        <w:t>职业技能等级证书·理论考试模拟试卷（100题完整版）：电工/焊工/保育师通用</w:t>
      </w:r>
    </w:p>
    <w:p>
      <w:pPr>
        <w:pStyle w:val="Heading1"/>
      </w:pPr>
      <w:r>
        <w:t>一、考试通知（真实信息）</w:t>
      </w:r>
    </w:p>
    <w:p>
      <w:r>
        <w:t>职业技能等级认定由各地人社部门备案的评价机构组织实施，电工、焊工、保育师、育婴员、养老护理员等热门工种常年滚动报名。</w:t>
      </w:r>
    </w:p>
    <w:p>
      <w:r>
        <w:t>报名方式：登录当地人社部门官网或评价机构报名系统，携带身份证、学历证明等材料；考试分为理论知识考试和操作技能考核两部分。</w:t>
      </w:r>
    </w:p>
    <w:p>
      <w:r>
        <w:t>证书性质：职业技能等级证书（初/中/高级），全国联网可查（技能人才评价工作网），可按规定申领技能提升补贴。</w:t>
      </w:r>
    </w:p>
    <w:p>
      <w:r>
        <w:t>本卷为模拟真实理论试卷出题（单选60/判断40），非官方真题，仅供备考练习。</w:t>
      </w:r>
    </w:p>
    <w:p>
      <w:pPr>
        <w:pStyle w:val="Heading1"/>
      </w:pPr>
      <w:r>
        <w:t>2、单项选择题（60题）</w:t>
      </w:r>
    </w:p>
    <w:p>
      <w:r>
        <w:t>1.【电工】我国低压配电系统中，工频电压的频率为（　）。</w:t>
        <w:br/>
        <w:t>A. 50Hz　B. 60Hz　C. 100Hz　D. 400Hz</w:t>
        <w:br/>
        <w:t>【答案】A　【解析】我国交流电网工频为50Hz。</w:t>
      </w:r>
    </w:p>
    <w:p>
      <w:r>
        <w:t>2.【电工】安全电压一般指（　）伏以下的电压。</w:t>
        <w:br/>
        <w:t>A. 12　B. 24　C. 36　D. 220</w:t>
        <w:br/>
        <w:t>【答案】C　【解析】我国规定一般环境安全电压为36V，潮湿场所12V。</w:t>
      </w:r>
    </w:p>
    <w:p>
      <w:r>
        <w:t>3.【电工】人体触电时，致命的电流约为（　）。</w:t>
        <w:br/>
        <w:t>A. 1mA　B. 10mA　C. 50mA以上　D. 500mA</w:t>
        <w:br/>
        <w:t>【答案】C　【解析】交流电流50mA以上易致心室颤动危及生命。</w:t>
      </w:r>
    </w:p>
    <w:p>
      <w:r>
        <w:t>4.【电工】我国三相四线制供电系统中，线电压为（　）V（低压）。</w:t>
        <w:br/>
        <w:t>A. 220　B. 380　C. 110　D. 660</w:t>
        <w:br/>
        <w:t>【答案】B　【解析】低压三相四线：线电压380V、相电压220V。</w:t>
      </w:r>
    </w:p>
    <w:p>
      <w:r>
        <w:t>5.【电工】下列属于绝缘材料的是（　）。</w:t>
        <w:br/>
        <w:t>A. 橡胶　B. 铜　C. 铁　D. 铝</w:t>
        <w:br/>
        <w:t>【答案】A　【解析】橡胶、塑料、陶瓷为绝缘材料；铜铁铝为导体。</w:t>
      </w:r>
    </w:p>
    <w:p>
      <w:r>
        <w:t>6.【电工】电烙铁焊接时，焊锡的成分主要是（　）。</w:t>
        <w:br/>
        <w:t>A. 锡铅合金　B. 纯锡　C. 铜锌　D. 银</w:t>
        <w:br/>
        <w:t>【答案】A　【解析】焊锡多为锡铅合金（无铅焊锡已推广）。</w:t>
      </w:r>
    </w:p>
    <w:p>
      <w:r>
        <w:t>7.【电工】万用表测量电阻时，应（　）。</w:t>
        <w:br/>
        <w:t>A. 先断电并选择合适量程　B. 带电测量　C. 任意量程　D. 不需要调零</w:t>
        <w:br/>
        <w:t>【答案】A　【解析】测电阻须断电、选量程、必要时调零。</w:t>
      </w:r>
    </w:p>
    <w:p>
      <w:r>
        <w:t>8.【电工】断路器的作用是（　）。</w:t>
        <w:br/>
        <w:t>A. 过载和短路保护　B. 仅照明　C. 整流　D. 变压</w:t>
        <w:br/>
        <w:t>【答案】A　【解析】断路器具备过载、短路（和欠压）保护功能。</w:t>
      </w:r>
    </w:p>
    <w:p>
      <w:r>
        <w:t>9.【电工】下列属于保护接地目的的是（　）。</w:t>
        <w:br/>
        <w:t>A. 防止触电事故　B. 美观　C. 省电　D. 提高电压</w:t>
        <w:br/>
        <w:t>【答案】A　【解析】保护接地将漏电导入大地，防止人身触电。</w:t>
      </w:r>
    </w:p>
    <w:p>
      <w:r>
        <w:t>10.【电工】漏电保护器动作电流一般不大于（　）mA（家用）。</w:t>
        <w:br/>
        <w:t>A. 10　B. 30　C. 100　D. 500</w:t>
        <w:br/>
        <w:t>【答案】B　【解析】家用漏保额定动作电流一般30mA（潮湿场所10mA）。</w:t>
      </w:r>
    </w:p>
    <w:p>
      <w:r>
        <w:t>11.【电工】交流电一个周期的角度为（　）。</w:t>
        <w:br/>
        <w:t>A. 360°　B. 180°　C. 90°　D. 720°</w:t>
        <w:br/>
        <w:t>【答案】A　【解析】正弦交流电一个周期对应360°电角度。</w:t>
      </w:r>
    </w:p>
    <w:p>
      <w:r>
        <w:t>12.【电工】功率因数cosφ反映的是（　）。</w:t>
        <w:br/>
        <w:t>A. 有功功率与视在功率之比　B. 电压与电流之比　C. 电阻与电抗之比　D. 频率</w:t>
        <w:br/>
        <w:t>【答案】A　【解析】cosφ=P/S，反映电气设备效率。</w:t>
      </w:r>
    </w:p>
    <w:p>
      <w:r>
        <w:t>13.【电工】三相异步电动机的转速与（　）有关。</w:t>
        <w:br/>
        <w:t>A. 极对数和频率　B. 电压大小　C. 电流大小　D. 负载种类</w:t>
        <w:br/>
        <w:t>【答案】A　【解析】n=60f/p(1-s)，与电源频率、极对数、转差率有关。</w:t>
      </w:r>
    </w:p>
    <w:p>
      <w:r>
        <w:t>14.【电工】下列属于电工常用测量仪表的是（　）。</w:t>
        <w:br/>
        <w:t>A. 万用表、钳形表、兆欧表　B. 体温计　C. 天平　D. 湿度计</w:t>
        <w:br/>
        <w:t>【答案】A　【解析】万用表、钳形电流表、兆欧表（摇表）为电工常用仪表。</w:t>
      </w:r>
    </w:p>
    <w:p>
      <w:r>
        <w:t>15.【电工】用兆欧表测绝缘电阻时，正确的转速为（　）。</w:t>
        <w:br/>
        <w:t>A. 约120转/分　B. 越快越好　C. 随意　D. 10转/分</w:t>
        <w:br/>
        <w:t>【答案】A　【解析】摇表转速约120r/min。</w:t>
      </w:r>
    </w:p>
    <w:p>
      <w:r>
        <w:t>16.【电工】串联电路中，总电阻等于（　）。</w:t>
        <w:br/>
        <w:t>A. 各电阻之和　B. 各电阻倒数之和　C. 最大电阻　D. 平均值</w:t>
        <w:br/>
        <w:t>【答案】A　【解析】串联总电阻R=R1+R2+…；并联为倒数相加。</w:t>
      </w:r>
    </w:p>
    <w:p>
      <w:r>
        <w:t>17.【电工】并联电路中，各支路两端电压（　）。</w:t>
        <w:br/>
        <w:t>A. 相等　B. 不等　C. 按电阻分配　D. 为零</w:t>
        <w:br/>
        <w:t>【答案】A　【解析】并联电路各支路电压等于电源电压。</w:t>
      </w:r>
    </w:p>
    <w:p>
      <w:r>
        <w:t>18.【电工】电功率的计算公式是（　）。</w:t>
        <w:br/>
        <w:t>A. P=UI　B. P=U/I　C. P=I/R　D. P=U×R</w:t>
        <w:br/>
        <w:t>【答案】A　【解析】P=UI（直流/阻性），P=I²R、P=U²/R等价。</w:t>
      </w:r>
    </w:p>
    <w:p>
      <w:r>
        <w:t>19.【电工】节能灯与白炽灯相比（　）。</w:t>
        <w:br/>
        <w:t>A. 更省电　B. 更费电　C. 一样　D. 无法比较</w:t>
        <w:br/>
        <w:t>【答案】A　【解析】LED/节能灯发光效率高、更省电。</w:t>
      </w:r>
    </w:p>
    <w:p>
      <w:r>
        <w:t>20.【电工】配电箱内总开关应选用（　）。</w:t>
        <w:br/>
        <w:t>A. 带漏电保护的总断路器　B. 闸刀开关　C. 保险丝随意　D. 任何开关</w:t>
        <w:br/>
        <w:t>【答案】A　【解析】家庭配电总开关宜用带漏保的断路器，分路再配断路器。</w:t>
      </w:r>
    </w:p>
    <w:p>
      <w:r>
        <w:t>21.【焊工】手工电弧焊时，焊条与焊件之间电弧温度可达（　）℃以上。</w:t>
        <w:br/>
        <w:t>A. 1000　B. 3000　C. 5000　D. 10000</w:t>
        <w:br/>
        <w:t>【答案】C　【解析】电弧中心温度约5000-6000℃。</w:t>
      </w:r>
    </w:p>
    <w:p>
      <w:r>
        <w:t>22.【焊工】焊接作业时，下列做法正确的是（　）。</w:t>
        <w:br/>
        <w:t>A. 穿绝缘鞋并戴防护面罩手套　B. 赤手接触焊件　C. 通风不良环境作业　D. 不戴面罩</w:t>
        <w:br/>
        <w:t>【答案】A　【解析】焊接须个人防护到位，保持通风。</w:t>
      </w:r>
    </w:p>
    <w:p>
      <w:r>
        <w:t>23.【焊工】焊条药皮的主要作用是（　）。</w:t>
        <w:br/>
        <w:t>A. 稳弧、保护熔池、脱氧　B. 增加重量　C. 装饰　D. 降成本</w:t>
        <w:br/>
        <w:t>【答案】A　【解析】药皮稳弧、造渣保护、冶金处理改善焊缝质量。</w:t>
      </w:r>
    </w:p>
    <w:p>
      <w:r>
        <w:t>24.【焊工】氧气-乙炔火焰中，中性焰用于（　）。</w:t>
        <w:br/>
        <w:t>A. 一般碳钢焊接　B. 高碳钢　C. 铸铁　D. 铜合金</w:t>
        <w:br/>
        <w:t>【答案】A　【解析】中性焰温度适中，常用于低碳钢焊接。</w:t>
      </w:r>
    </w:p>
    <w:p>
      <w:r>
        <w:t>25.【焊工】焊接前应检查（　）。</w:t>
        <w:br/>
        <w:t>A. 焊机接地、电缆绝缘、通风　B. 手机电量　C. 天气　D. 服装品牌</w:t>
        <w:br/>
        <w:t>【答案】A　【解析】焊前检查设备接地、电缆、气瓶、通风与个人防护。</w:t>
      </w:r>
    </w:p>
    <w:p>
      <w:r>
        <w:t>26.【焊工】电焊作业引起火灾时，首先应（　）。</w:t>
        <w:br/>
        <w:t>A. 切断电源并灭火　B. 用水泼焊机　C. 逃离　D. 继续焊接</w:t>
        <w:br/>
        <w:t>【答案】A　【解析】先断电再用干粉/二氧化碳灭火器灭火，严禁带电泼水。</w:t>
      </w:r>
    </w:p>
    <w:p>
      <w:r>
        <w:t>27.【焊工】下列属于焊工职业病危害的是（　）。</w:t>
        <w:br/>
        <w:t>A. 电焊烟尘与弧光辐射　B. 高血压　C. 感冒　D. 近视</w:t>
        <w:br/>
        <w:t>【答案】A　【解析】烟尘、金属蒸气、紫外线红外线辐射是焊工主要职业危害。</w:t>
      </w:r>
    </w:p>
    <w:p>
      <w:r>
        <w:t>28.【焊工】电焊工使用的护目面罩作用是（　）。</w:t>
        <w:br/>
        <w:t>A. 防弧光伤害眼睛和面部　B. 保暖　C. 防尘　D. 装饰</w:t>
        <w:br/>
        <w:t>【答案】A　【解析】焊接面罩滤光镜防止弧光灼伤眼睛与面部皮肤。</w:t>
      </w:r>
    </w:p>
    <w:p>
      <w:r>
        <w:t>29.【焊工】焊接气瓶应（　）。</w:t>
        <w:br/>
        <w:t>A. 远离火源、立放固定　B. 横放随意　C. 靠近热源　D. 与焊件零距离</w:t>
        <w:br/>
        <w:t>【答案】A　【解析】气瓶直立固定、远离明火热源、分开放置。</w:t>
      </w:r>
    </w:p>
    <w:p>
      <w:r>
        <w:t>30.【焊工】乙炔瓶在使用时，瓶体应（　）。</w:t>
        <w:br/>
        <w:t>A. 直立放置　B. 平躺　C. 倒置　D. 任意</w:t>
        <w:br/>
        <w:t>【答案】A　【解析】乙炔瓶须直立使用，防丙酮流出。</w:t>
      </w:r>
    </w:p>
    <w:p>
      <w:r>
        <w:t>31.【保育师】幼儿进餐时，保育员正确的做法是（　）。</w:t>
        <w:br/>
        <w:t>A. 催促快吃　B. 边吃边讲　C. 引导细嚼慢咽　D. 喂完所有饭菜</w:t>
        <w:br/>
        <w:t>【答案】C　【解析】保育员引导幼儿细嚼慢咽，营造安静进餐环境。</w:t>
      </w:r>
    </w:p>
    <w:p>
      <w:r>
        <w:t>32.【保育师】幼儿午睡时，保育员应（　）。</w:t>
        <w:br/>
        <w:t>A. 离开活动室　B. 巡视观察呼吸与睡姿　C. 开大音量放音乐　D. 叫醒幼儿聊天</w:t>
        <w:br/>
        <w:t>【答案】B　【解析】午睡巡视是保育员重要职责，及时发现异常。</w:t>
      </w:r>
    </w:p>
    <w:p>
      <w:r>
        <w:t>33.【保育师】幼儿园玩具消毒的常用方法是（　）。</w:t>
        <w:br/>
        <w:t>A. 84消毒液浸泡后清水冲洗　B. 清水冲一下　C. 不消毒　D. 用脏布擦</w:t>
        <w:br/>
        <w:t>【答案】A　【解析】玩具定期消毒（含氯消毒液浸泡、暴晒等），防止交叉感染。</w:t>
      </w:r>
    </w:p>
    <w:p>
      <w:r>
        <w:t>34.【保育师】幼儿盥洗时，水温应（　）。</w:t>
        <w:br/>
        <w:t>A. 适宜（约37℃）　B. 越热越好　C. 越凉越好　D. 无所谓</w:t>
        <w:br/>
        <w:t>【答案】A　【解析】盥洗水温适宜，防烫伤防着凉。</w:t>
      </w:r>
    </w:p>
    <w:p>
      <w:r>
        <w:t>35.【保育师】幼儿户外活动时，保育员应（　）。</w:t>
        <w:br/>
        <w:t>A. 全程看护、及时处理异常　B. 聊天不管　C. 只在自己座位上　D. 放任自由</w:t>
        <w:br/>
        <w:t>【答案】A　【解析】户外活动全程看护，关注幼儿安全与身体状态。</w:t>
      </w:r>
    </w:p>
    <w:p>
      <w:r>
        <w:t>36.【保育师】发现幼儿发热，正确的处理是（　）。</w:t>
        <w:br/>
        <w:t>A. 通知保健医和家长，观察并记录　B. 自行用药　C. 隐瞒　D. 让孩子继续上课</w:t>
        <w:br/>
        <w:t>【答案】A　【解析】发热幼儿应隔离观察、通知保健医与家长，遵医嘱处理。</w:t>
      </w:r>
    </w:p>
    <w:p>
      <w:r>
        <w:t>37.【保育师】幼儿餐具消毒可采用（　）。</w:t>
        <w:br/>
        <w:t>A. 煮沸或蒸汽消毒　B. 清水冲洗　C. 擦布擦干　D. 晾晒</w:t>
        <w:br/>
        <w:t>【答案】A　【解析】餐具煮沸/蒸汽消毒为主。</w:t>
      </w:r>
    </w:p>
    <w:p>
      <w:r>
        <w:t>38.【保育师】幼儿园环境卫生要求，桌椅地面应（　）。</w:t>
        <w:br/>
        <w:t>A. 每日清洁消毒　B. 每周一次　C. 每月一次　D. 不清洁</w:t>
        <w:br/>
        <w:t>【答案】A　【解析】教室环境每日清洁、定期消毒，保持通风。</w:t>
      </w:r>
    </w:p>
    <w:p>
      <w:r>
        <w:t>39.【保育师】幼儿如厕后，正确的卫生要求是（　）。</w:t>
        <w:br/>
        <w:t>A. 洗手　B. 直接玩耍　C. 擦衣服　D. 不洗手</w:t>
        <w:br/>
        <w:t>【答案】A　【解析】如厕后洗手是基本卫生习惯要求。</w:t>
      </w:r>
    </w:p>
    <w:p>
      <w:r>
        <w:t>40.【保育师】幼儿发生噎食时，保育员首先应（　）。</w:t>
        <w:br/>
        <w:t>A. 采用海姆立克急救法并呼救　B. 拍打后背一下就放弃　C. 灌水　D. 等待自行缓解</w:t>
        <w:br/>
        <w:t>【答案】A　【解析】噎食立即采用海姆立克急救，同时呼救、通知保健医。</w:t>
      </w:r>
    </w:p>
    <w:p>
      <w:r>
        <w:t>41.【通用】特种作业人员（电工、焊工等）上岗必须（　）。</w:t>
        <w:br/>
        <w:t>A. 持特种作业操作证　B. 只培训不考证　C. 凭经验　D. 单位证明</w:t>
        <w:br/>
        <w:t>【答案】A　【解析】特种作业须持证上岗，证件全国联网可查。</w:t>
      </w:r>
    </w:p>
    <w:p>
      <w:r>
        <w:t>42.【通用】发现有人触电，首先应（　）。</w:t>
        <w:br/>
        <w:t>A. 立即切断电源或用绝缘物挑开电线　B. 徒手拉拽　C. 泼水　D. 围观</w:t>
        <w:br/>
        <w:t>【答案】A　【解析】先断电或用干燥木棍等绝缘物分离，避免二次伤害。</w:t>
      </w:r>
    </w:p>
    <w:p>
      <w:r>
        <w:t>43.【通用】灭火器压力表指针在（　）区域表示正常。</w:t>
        <w:br/>
        <w:t>A. 绿色　B. 红色　C. 黄色　D. 黑色</w:t>
        <w:br/>
        <w:t>【答案】A　【解析】压力表绿色区为正常范围，红色欠压、黄色超压。</w:t>
      </w:r>
    </w:p>
    <w:p>
      <w:r>
        <w:t>44.【通用】扑救电气火灾应使用（　）。</w:t>
        <w:br/>
        <w:t>A. 干粉或二氧化碳灭火器　B. 水　C. 泡沫液　D. 沙土</w:t>
        <w:br/>
        <w:t>【答案】A　【解析】带电设备火灾首选干粉、二氧化碳灭火器，严禁带电用水。</w:t>
      </w:r>
    </w:p>
    <w:p>
      <w:r>
        <w:t>45.【通用】安全帽的正确佩戴要求是（　）。</w:t>
        <w:br/>
        <w:t>A. 系紧下颏带，帽内衬调整合适　B. 随意一戴　C. 反戴　D. 不系带</w:t>
        <w:br/>
        <w:t>【答案】A　【解析】安全帽须系好下颏带并调整内衬高度。</w:t>
      </w:r>
    </w:p>
    <w:p>
      <w:r>
        <w:t>46.【通用】高处作业（2米及以上）应（　）。</w:t>
        <w:br/>
        <w:t>A. 系安全带、佩戴安全帽　B. 徒手作业　C. 不做防护　D. 单人作业无监护</w:t>
        <w:br/>
        <w:t>【答案】A　【解析】高处作业必须系安全带、戴安全帽，设置防护与监护。</w:t>
      </w:r>
    </w:p>
    <w:p>
      <w:r>
        <w:t>47.【通用】心肺复苏（CPR）胸外按压的位置是（　）。</w:t>
        <w:br/>
        <w:t>A. 胸骨中下段　B. 左侧肋骨　C. 腹部　D. 颈部</w:t>
        <w:br/>
        <w:t>【答案】A　【解析】按压部位为两乳头连线中点（胸骨下1/3处）。</w:t>
      </w:r>
    </w:p>
    <w:p>
      <w:r>
        <w:t>48.【通用】胸外按压与人工呼吸的比例为（　）（成人）。</w:t>
        <w:br/>
        <w:t>A. 30:2　B. 15:2　C. 5:1　D. 10:1</w:t>
        <w:br/>
        <w:t>【答案】A　【解析】成人单人心肺复苏按压通气比30:2。</w:t>
      </w:r>
    </w:p>
    <w:p>
      <w:r>
        <w:t>49.【通用】火灾逃生时，正确做法是（　）。</w:t>
        <w:br/>
        <w:t>A. 用湿毛巾捂住口鼻、低姿前行　B. 乘电梯　C. 直立快跑　D. 躲进密室</w:t>
        <w:br/>
        <w:t>【答案】A　【解析】湿毛巾捂口鼻、低姿、沿安全通道撤离，禁乘电梯。</w:t>
      </w:r>
    </w:p>
    <w:p>
      <w:r>
        <w:t>50.【通用】机器操作中，女工长发应（　）。</w:t>
        <w:br/>
        <w:t>A. 盘起戴工作帽　B. 披散　C. 扎马尾即可　D. 无要求</w:t>
        <w:br/>
        <w:t>【答案】A　【解析】长发须盘入工作帽内，防止卷入机器。</w:t>
      </w:r>
    </w:p>
    <w:p>
      <w:r>
        <w:t>51.【通用】化学品泄漏时，首先应（　）。</w:t>
        <w:br/>
        <w:t>A. 报警并疏散、通风、隔离　B. 直接触摸　C. 用水冲走不管　D. 隐瞒</w:t>
        <w:br/>
        <w:t>【答案】A　【解析】先疏散报警、通风隔离，按MSDS处理。</w:t>
      </w:r>
    </w:p>
    <w:p>
      <w:r>
        <w:t>52.【通用】使用砂轮机时，人应站在（　）。</w:t>
        <w:br/>
        <w:t>A. 砂轮侧面（避开切线方向）　B. 正对砂轮　C. 随意　D. 砂轮正后方</w:t>
        <w:br/>
        <w:t>【答案】A　【解析】站在侧面防砂轮破裂飞溅伤人。</w:t>
      </w:r>
    </w:p>
    <w:p>
      <w:r>
        <w:t>53.【通用】佩戴防护手套的场合是（　）。</w:t>
        <w:br/>
        <w:t>A. 搬运锐利物　B. 操作旋转机床（禁止）　C. 打磨（视情况）　D. 接触化学品</w:t>
        <w:br/>
        <w:t>【答案】A　【解析】搬运锐器戴防割手套；旋转设备操作严禁戴手套防卷入。</w:t>
      </w:r>
    </w:p>
    <w:p>
      <w:r>
        <w:t>54.【通用】发现燃气泄漏，正确处理是（　）。</w:t>
        <w:br/>
        <w:t>A. 开窗通风、关阀门、禁明火　B. 开灯查看　C. 点火测试　D. 现场打电话</w:t>
        <w:br/>
        <w:t>【答案】A　【解析】关阀开窗通风，禁明火禁开关电器，到室外报警。</w:t>
      </w:r>
    </w:p>
    <w:p>
      <w:r>
        <w:t>55.【通用】特种设备（起重机械等）作业人员应（　）。</w:t>
        <w:br/>
        <w:t>A. 持证上岗　B. 无证操作　C. 自学成才　D. 单位内部培训即可</w:t>
        <w:br/>
        <w:t>【答案】A　【解析】特种设备作业人员须持证上岗。</w:t>
      </w:r>
    </w:p>
    <w:p>
      <w:r>
        <w:t>56.【通用】施工现场'三宝'是指（　）。</w:t>
        <w:br/>
        <w:t>A. 安全帽、安全带、安全网　B. 安全帽、手套、口罩　C. 头盔、护目镜、口罩　D. 手套、鞋子、帽子</w:t>
        <w:br/>
        <w:t>【答案】A　【解析】建筑工地'三宝'：安全帽、安全带、安全网。</w:t>
      </w:r>
    </w:p>
    <w:p>
      <w:r>
        <w:t>57.【通用】下列属于职业病防治措施的是（　）。</w:t>
        <w:br/>
        <w:t>A. 定期职业健康体检、佩戴防护用品　B. 隐瞒危害　C. 拒绝告知　D. 无防护上岗</w:t>
        <w:br/>
        <w:t>【答案】A　【解析】用人单位提供防护、组织职业健康监护是法定要求。</w:t>
      </w:r>
    </w:p>
    <w:p>
      <w:r>
        <w:t>58.【通用】发生中暑，正确的急救是（　）。</w:t>
        <w:br/>
        <w:t>A. 移至阴凉处、降温补水、严重送医　B. 继续暴晒　C. 大量进食　D. 喝热水捂汗</w:t>
        <w:br/>
        <w:t>【答案】A　【解析】中暑急救：转移阴凉、物理降温、补液，重症及时就医。</w:t>
      </w:r>
    </w:p>
    <w:p>
      <w:r>
        <w:t>59.【通用】使用角磨机等电动工具前应（　）。</w:t>
        <w:br/>
        <w:t>A. 检查电源线、防护罩、砂轮片　B. 直接使用　C. 拆防护罩　D. 湿手操作</w:t>
        <w:br/>
        <w:t>【答案】A　【解析】用前检查线路、防护罩与磨片完好，禁止湿手操作。</w:t>
      </w:r>
    </w:p>
    <w:p>
      <w:r>
        <w:t>60.【通用】安全生产的方针是（　）。</w:t>
        <w:br/>
        <w:t>A. 安全第一、预防为主、综合治理　B. 效益优先　C. 速度优先　D. 随意</w:t>
        <w:br/>
        <w:t>【答案】A　【解析】我国安全生产方针'安全第一、预防为主、综合治理'。</w:t>
      </w:r>
    </w:p>
    <w:p>
      <w:pPr>
        <w:pStyle w:val="Heading1"/>
      </w:pPr>
      <w:r>
        <w:t>3、判断题（40题）</w:t>
      </w:r>
    </w:p>
    <w:p>
      <w:r>
        <w:t>61.【电工】电流方向规定为正电荷定向移动方向。（　）</w:t>
        <w:br/>
        <w:t>【答案】正确　【解析】电流方向规定为正电荷移动方向（与电子方向相反）。</w:t>
      </w:r>
    </w:p>
    <w:p>
      <w:r>
        <w:t>62.【电工】人体通过50Hz交流电时，危险性随电流增大而增大。（　）</w:t>
        <w:br/>
        <w:t>【答案】正确　【解析】电流越大，电击伤害越重。</w:t>
      </w:r>
    </w:p>
    <w:p>
      <w:r>
        <w:t>63.【电工】保护接地可以防止设备漏电造成的触电。（　）</w:t>
        <w:br/>
        <w:t>【答案】正确　【解析】接地使漏电电流泄入大地，降低接触电压。</w:t>
      </w:r>
    </w:p>
    <w:p>
      <w:r>
        <w:t>64.【电工】万用表可以带电测量电阻。（　）</w:t>
        <w:br/>
        <w:t>【答案】错误　【解析】测电阻必须断电。</w:t>
      </w:r>
    </w:p>
    <w:p>
      <w:r>
        <w:t>65.【电工】串联电路中总电压等于各分电压之和。（　）</w:t>
        <w:br/>
        <w:t>【答案】正确　【解析】串联电路电压分配：U=U1+U2+…。</w:t>
      </w:r>
    </w:p>
    <w:p>
      <w:r>
        <w:t>66.【电工】漏电保护器动作电流越小越好。（　）</w:t>
        <w:br/>
        <w:t>【答案】错误　【解析】过小易误动作，应选合适额定值。</w:t>
      </w:r>
    </w:p>
    <w:p>
      <w:r>
        <w:t>67.【焊工】焊接弧光会对眼睛造成伤害，必须戴面罩。（　）</w:t>
        <w:br/>
        <w:t>【答案】正确　【解析】弧光含强紫外红外，须防护。</w:t>
      </w:r>
    </w:p>
    <w:p>
      <w:r>
        <w:t>68.【焊工】氧气瓶和乙炔瓶可以紧挨着横放使用。（　）</w:t>
        <w:br/>
        <w:t>【答案】错误　【解析】气瓶须立放、保持安全距离、远离明火。</w:t>
      </w:r>
    </w:p>
    <w:p>
      <w:r>
        <w:t>69.【焊工】电焊作业前可以不检查设备接地。（　）</w:t>
        <w:br/>
        <w:t>【答案】错误　【解析】焊机接地是防触电重要措施，作业前必查。</w:t>
      </w:r>
    </w:p>
    <w:p>
      <w:r>
        <w:t>70.【保育师】幼儿餐具可以只用水冲一下。（　）</w:t>
        <w:br/>
        <w:t>【答案】错误　【解析】餐具须消毒（煮沸/蒸汽等）。</w:t>
      </w:r>
    </w:p>
    <w:p>
      <w:r>
        <w:t>71.【保育师】幼儿午睡时保育员可以离开房间。（　）</w:t>
        <w:br/>
        <w:t>【答案】错误　【解析】午睡必须有人巡视看护。</w:t>
      </w:r>
    </w:p>
    <w:p>
      <w:r>
        <w:t>72.【通用】发现触电者应立即徒手拉拽。（　）</w:t>
        <w:br/>
        <w:t>【答案】错误　【解析】应先断电或用绝缘物分离，防止自身触电。</w:t>
      </w:r>
    </w:p>
    <w:p>
      <w:r>
        <w:t>73.【通用】带电设备着火可以用水扑救。（　）</w:t>
        <w:br/>
        <w:t>【答案】错误　【解析】带电火灾严禁用水，用干粉/二氧化碳灭火器。</w:t>
      </w:r>
    </w:p>
    <w:p>
      <w:r>
        <w:t>74.【通用】高处作业可以不系安全带。（　）</w:t>
        <w:br/>
        <w:t>【答案】错误　【解析】2米以上高处作业必须系安全带。</w:t>
      </w:r>
    </w:p>
    <w:p>
      <w:r>
        <w:t>75.【通用】灭火器压力表在红色区表示欠压不能用。（　）</w:t>
        <w:br/>
        <w:t>【答案】正确　【解析】红色区为欠压（失效），须更换维修。</w:t>
      </w:r>
    </w:p>
    <w:p>
      <w:r>
        <w:t>76.【通用】心肺复苏时按压速度应达到100-120次/分。（　）</w:t>
        <w:br/>
        <w:t>【答案】正确　【解析】成人按压频率100-120次/分，深度5-6cm。</w:t>
      </w:r>
    </w:p>
    <w:p>
      <w:r>
        <w:t>77.【通用】火灾时可以通过电梯快速逃生。（　）</w:t>
        <w:br/>
        <w:t>【答案】错误　【解析】火灾禁乘电梯，走安全楼梯。</w:t>
      </w:r>
    </w:p>
    <w:p>
      <w:r>
        <w:t>78.【通用】操作旋转机床时戴手套很安全。（　）</w:t>
        <w:br/>
        <w:t>【答案】错误　【解析】旋转设备操作严禁戴手套，防卷入。</w:t>
      </w:r>
    </w:p>
    <w:p>
      <w:r>
        <w:t>79.【通用】长发女工操作机器前应把头发盘入帽内。（　）</w:t>
        <w:br/>
        <w:t>【答案】正确　【解析】长发卷入机器风险极大，必须盘发戴帽。</w:t>
      </w:r>
    </w:p>
    <w:p>
      <w:r>
        <w:t>80.【通用】特种作业操作证可以借给他人使用。（　）</w:t>
        <w:br/>
        <w:t>【答案】错误　【解析】特种作业证不得转借，人证合一。</w:t>
      </w:r>
    </w:p>
    <w:p>
      <w:r>
        <w:t>81.【电工】功率因数越高，设备利用率越好。（　）</w:t>
        <w:br/>
        <w:t>【答案】正确　【解析】cosφ高，有功占比大，线路损耗小。</w:t>
      </w:r>
    </w:p>
    <w:p>
      <w:r>
        <w:t>82.【电工】断路器同时具备过载和短路保护功能。（　）</w:t>
        <w:br/>
        <w:t>【答案】正确　【解析】断路器集过载、短路（及欠压）保护于一体。</w:t>
      </w:r>
    </w:p>
    <w:p>
      <w:r>
        <w:t>83.【焊工】焊接烟尘对健康无害。（　）</w:t>
        <w:br/>
        <w:t>【答案】错误　【解析】烟尘含金属氧化物等有害物质，需通风防护。</w:t>
      </w:r>
    </w:p>
    <w:p>
      <w:r>
        <w:t>84.【保育师】幼儿发热时应继续参加所有活动。（　）</w:t>
        <w:br/>
        <w:t>【答案】错误　【解析】发热应休息观察、就医，避免剧烈活动。</w:t>
      </w:r>
    </w:p>
    <w:p>
      <w:r>
        <w:t>85.【保育师】玩具消毒后用清水冲洗干净再给幼儿玩。（　）</w:t>
        <w:br/>
        <w:t>【答案】正确　【解析】含氯消毒后须清水漂洗去除残留。</w:t>
      </w:r>
    </w:p>
    <w:p>
      <w:r>
        <w:t>86.【通用】发现燃气泄漏可以开灯检查。（　）</w:t>
        <w:br/>
        <w:t>【答案】错误　【解析】开灯易产生电火花引爆，应禁明火禁电器。</w:t>
      </w:r>
    </w:p>
    <w:p>
      <w:r>
        <w:t>87.【通用】安全帽可以不系下颏带。（　）</w:t>
        <w:br/>
        <w:t>【答案】错误　【解析】不系带安全帽易脱落失去保护作用。</w:t>
      </w:r>
    </w:p>
    <w:p>
      <w:r>
        <w:t>88.【通用】砂轮机操作时应站在砂轮侧面。（　）</w:t>
        <w:br/>
        <w:t>【答案】正确　【解析】侧面避开切线方向飞溅。</w:t>
      </w:r>
    </w:p>
    <w:p>
      <w:r>
        <w:t>89.【通用】中暑后应继续在高温环境工作。（　）</w:t>
        <w:br/>
        <w:t>【答案】错误　【解析】应立即转移阴凉处休息降温。</w:t>
      </w:r>
    </w:p>
    <w:p>
      <w:r>
        <w:t>90.【通用】职业健康检查是员工福利，可做可不做。（　）</w:t>
        <w:br/>
        <w:t>【答案】错误　【解析】接触职业病危害的岗位职业健康监护是法定要求。</w:t>
      </w:r>
    </w:p>
    <w:p>
      <w:r>
        <w:t>91.【电工】人体电阻越大，同样电压下电流越小。（　）</w:t>
        <w:br/>
        <w:t>【答案】正确　【解析】I=U/R，电阻大电流小危险性相对小。</w:t>
      </w:r>
    </w:p>
    <w:p>
      <w:r>
        <w:t>92.【电工】安全电压36V在任何场合都绝对安全。（　）</w:t>
        <w:br/>
        <w:t>【答案】错误　【解析】潮湿、狭窄等特殊环境须用更低安全电压（如12V）。</w:t>
      </w:r>
    </w:p>
    <w:p>
      <w:r>
        <w:t>93.【焊工】乙炔瓶使用时可以平放。（　）</w:t>
        <w:br/>
        <w:t>【答案】错误　【解析】乙炔瓶必须直立使用。</w:t>
      </w:r>
    </w:p>
    <w:p>
      <w:r>
        <w:t>94.【保育师】幼儿洗手时应使用流动水。（　）</w:t>
        <w:br/>
        <w:t>【答案】正确　【解析】流动水洗手效果好，防止交叉污染。</w:t>
      </w:r>
    </w:p>
    <w:p>
      <w:r>
        <w:t>95.【通用】安全生产方针是'安全第一、预防为主、综合治理'。（　）</w:t>
        <w:br/>
        <w:t>【答案】正确　【解析】这是我国安全生产的基本方针。</w:t>
      </w:r>
    </w:p>
    <w:p>
      <w:r>
        <w:t>96.【通用】发生火灾时用湿毛巾捂住口鼻低姿逃生是正确的。（　）</w:t>
        <w:br/>
        <w:t>【答案】正确　【解析】湿毛巾过滤烟尘，低姿避开上层烟气。</w:t>
      </w:r>
    </w:p>
    <w:p>
      <w:r>
        <w:t>97.【通用】特种作业人员无证也可以临时上岗。（　）</w:t>
        <w:br/>
        <w:t>【答案】错误　【解析】特种作业必须持证上岗。</w:t>
      </w:r>
    </w:p>
    <w:p>
      <w:r>
        <w:t>98.【电工】并联电路中总电阻小于任一支路电阻。（　）</w:t>
        <w:br/>
        <w:t>【答案】正确　【解析】并联总电阻的倒数等于各支路倒数之和，总阻最小。</w:t>
      </w:r>
    </w:p>
    <w:p>
      <w:r>
        <w:t>99.【保育师】幼儿活动室应保持通风良好。（　）</w:t>
        <w:br/>
        <w:t>【答案】正确　【解析】通风降低病原浓度，保障幼儿健康。</w:t>
      </w:r>
    </w:p>
    <w:p>
      <w:r>
        <w:t>100.【通用】使用电动工具前应检查电源线是否破损。（　）</w:t>
        <w:br/>
        <w:t>【答案】正确　【解析】破损线路易漏电触电，用前必查。</w:t>
      </w:r>
    </w:p>
    <w:p>
      <w:pPr>
        <w:pStyle w:val="Heading1"/>
      </w:pPr>
      <w:r>
        <w:t>4、备考建议</w:t>
      </w:r>
    </w:p>
    <w:p>
      <w:r>
        <w:t>理论考试重点：安全规范、触电急救、设备使用常识、卫生保健常识；背记数值类考点（安全电压、电流、频率、消毒温度等）。</w:t>
      </w:r>
    </w:p>
    <w:p>
      <w:r>
        <w:t>实操考核提前熟悉本工种常用工具与流程，着装规范、工具摆放整齐、操作安全到位。</w:t>
      </w:r>
    </w:p>
    <w:p>
      <w:r>
        <w:t>报名前查当地人社部门年度评价计划，选正规备案评价机构，警惕'包过''挂靠'骗局。</w:t>
      </w:r>
    </w:p>
    <w:p>
      <w:r>
        <w:t>证书全国联网可查，可用于职称评定和技能提升补贴申领。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