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职业技能等级认定全攻略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职业技能等级认定的主体是</w:t>
        <w:br/>
        <w:t>A.政  B.府  C.|  D.用</w:t>
        <w:br/>
        <w:t>【答案】B</w:t>
      </w:r>
    </w:p>
    <w:p>
      <w:r>
        <w:t>2. 职业技能等级证书分为几个等级</w:t>
        <w:br/>
        <w:t>A.3  B.|  C.5  D.|</w:t>
        <w:br/>
        <w:t>【答案】B</w:t>
      </w:r>
    </w:p>
    <w:p>
      <w:r>
        <w:t>3. 中级工对应国家职业标准的第几级</w:t>
        <w:br/>
        <w:t>A.三  B.|  C.四  D.|</w:t>
        <w:br/>
        <w:t>【答案】B</w:t>
      </w:r>
    </w:p>
    <w:p>
      <w:r>
        <w:t>4. 职业技能等级证书全国通用吗</w:t>
        <w:br/>
        <w:t>A.通  B.用  C.|  D.部</w:t>
        <w:br/>
        <w:t>【答案】A</w:t>
      </w:r>
    </w:p>
    <w:p>
      <w:r>
        <w:t>5. 技能人才评价改革后，职业资格和技能等级的关系是</w:t>
        <w:br/>
        <w:t>A.职  B.业  C.资  D.格</w:t>
        <w:br/>
        <w:t>【答案】B</w:t>
      </w:r>
    </w:p>
    <w:p>
      <w:r>
        <w:t>6. 申报高级工一般要求本职业工作年限</w:t>
        <w:br/>
        <w:t>A.3  B.年  C.|  D.5</w:t>
        <w:br/>
        <w:t>【答案】B</w:t>
      </w:r>
    </w:p>
    <w:p>
      <w:r>
        <w:t>7. 职业技能等级认定考核方式不包括</w:t>
        <w:br/>
        <w:t>A.理  B.论  C.考  D.试</w:t>
        <w:br/>
        <w:t>【答案】D</w:t>
      </w:r>
    </w:p>
    <w:p>
      <w:r>
        <w:t>8. 人社部门对职业技能等级认定的监管方式</w:t>
        <w:br/>
        <w:t>A.事  B.前  C.审  D.批</w:t>
        <w:br/>
        <w:t>【答案】B</w:t>
      </w:r>
    </w:p>
    <w:p>
      <w:r>
        <w:t>9. 职业技能等级认定的主体是</w:t>
        <w:br/>
        <w:t>A.政  B.府  C.|  D.用</w:t>
        <w:br/>
        <w:t>【答案】B</w:t>
      </w:r>
    </w:p>
    <w:p>
      <w:r>
        <w:t>10. 职业技能等级证书分为几个等级</w:t>
        <w:br/>
        <w:t>A.3  B.|  C.5  D.|</w:t>
        <w:br/>
        <w:t>【答案】B</w:t>
      </w:r>
    </w:p>
    <w:p>
      <w:r>
        <w:t>11. 中级工对应国家职业标准的第几级</w:t>
        <w:br/>
        <w:t>A.三  B.|  C.四  D.|</w:t>
        <w:br/>
        <w:t>【答案】B</w:t>
      </w:r>
    </w:p>
    <w:p>
      <w:r>
        <w:t>12. 职业技能等级证书全国通用吗</w:t>
        <w:br/>
        <w:t>A.通  B.用  C.|  D.部</w:t>
        <w:br/>
        <w:t>【答案】A</w:t>
      </w:r>
    </w:p>
    <w:p>
      <w:r>
        <w:t>13. 技能人才评价改革后，职业资格和技能等级的关系是</w:t>
        <w:br/>
        <w:t>A.职  B.业  C.资  D.格</w:t>
        <w:br/>
        <w:t>【答案】B</w:t>
      </w:r>
    </w:p>
    <w:p>
      <w:r>
        <w:t>14. 申报高级工一般要求本职业工作年限</w:t>
        <w:br/>
        <w:t>A.3  B.年  C.|  D.5</w:t>
        <w:br/>
        <w:t>【答案】B</w:t>
      </w:r>
    </w:p>
    <w:p>
      <w:r>
        <w:t>15. 职业技能等级认定考核方式不包括</w:t>
        <w:br/>
        <w:t>A.理  B.论  C.考  D.试</w:t>
        <w:br/>
        <w:t>【答案】D</w:t>
      </w:r>
    </w:p>
    <w:p>
      <w:r>
        <w:t>16. 人社部门对职业技能等级认定的监管方式</w:t>
        <w:br/>
        <w:t>A.事  B.前  C.审  D.批</w:t>
        <w:br/>
        <w:t>【答案】B</w:t>
      </w:r>
    </w:p>
    <w:p>
      <w:r>
        <w:t>17. 职业技能等级认定的主体是</w:t>
        <w:br/>
        <w:t>A.政  B.府  C.|  D.用</w:t>
        <w:br/>
        <w:t>【答案】B</w:t>
      </w:r>
    </w:p>
    <w:p>
      <w:r>
        <w:t>18. 职业技能等级证书分为几个等级</w:t>
        <w:br/>
        <w:t>A.3  B.|  C.5  D.|</w:t>
        <w:br/>
        <w:t>【答案】B</w:t>
      </w:r>
    </w:p>
    <w:p>
      <w:r>
        <w:t>19. 中级工对应国家职业标准的第几级</w:t>
        <w:br/>
        <w:t>A.三  B.|  C.四  D.|</w:t>
        <w:br/>
        <w:t>【答案】B</w:t>
      </w:r>
    </w:p>
    <w:p>
      <w:r>
        <w:t>20. 职业技能等级证书全国通用吗</w:t>
        <w:br/>
        <w:t>A.通  B.用  C.|  D.部</w:t>
        <w:br/>
        <w:t>【答案】A</w:t>
      </w:r>
    </w:p>
    <w:p>
      <w:r>
        <w:t>21. 技能人才评价改革后，职业资格和技能等级的关系是</w:t>
        <w:br/>
        <w:t>A.职  B.业  C.资  D.格</w:t>
        <w:br/>
        <w:t>【答案】B</w:t>
      </w:r>
    </w:p>
    <w:p>
      <w:r>
        <w:t>22. 申报高级工一般要求本职业工作年限</w:t>
        <w:br/>
        <w:t>A.3  B.年  C.|  D.5</w:t>
        <w:br/>
        <w:t>【答案】B</w:t>
      </w:r>
    </w:p>
    <w:p>
      <w:r>
        <w:t>23. 职业技能等级认定考核方式不包括</w:t>
        <w:br/>
        <w:t>A.理  B.论  C.考  D.试</w:t>
        <w:br/>
        <w:t>【答案】D</w:t>
      </w:r>
    </w:p>
    <w:p>
      <w:r>
        <w:t>24. 人社部门对职业技能等级认定的监管方式</w:t>
        <w:br/>
        <w:t>A.事  B.前  C.审  D.批</w:t>
        <w:br/>
        <w:t>【答案】B</w:t>
      </w:r>
    </w:p>
    <w:p>
      <w:r>
        <w:t>25. 职业技能等级认定的主体是</w:t>
        <w:br/>
        <w:t>A.政  B.府  C.|  D.用</w:t>
        <w:br/>
        <w:t>【答案】B</w:t>
      </w:r>
    </w:p>
    <w:p>
      <w:r>
        <w:t>26. 职业技能等级证书分为几个等级</w:t>
        <w:br/>
        <w:t>A.3  B.|  C.5  D.|</w:t>
        <w:br/>
        <w:t>【答案】B</w:t>
      </w:r>
    </w:p>
    <w:p>
      <w:r>
        <w:t>27. 中级工对应国家职业标准的第几级</w:t>
        <w:br/>
        <w:t>A.三  B.|  C.四  D.|</w:t>
        <w:br/>
        <w:t>【答案】B</w:t>
      </w:r>
    </w:p>
    <w:p>
      <w:r>
        <w:t>28. 职业技能等级证书全国通用吗</w:t>
        <w:br/>
        <w:t>A.通  B.用  C.|  D.部</w:t>
        <w:br/>
        <w:t>【答案】A</w:t>
      </w:r>
    </w:p>
    <w:p>
      <w:r>
        <w:t>29. 技能人才评价改革后，职业资格和技能等级的关系是</w:t>
        <w:br/>
        <w:t>A.职  B.业  C.资  D.格</w:t>
        <w:br/>
        <w:t>【答案】B</w:t>
      </w:r>
    </w:p>
    <w:p>
      <w:r>
        <w:t>30. 申报高级工一般要求本职业工作年限</w:t>
        <w:br/>
        <w:t>A.3  B.年  C.|  D.5</w:t>
        <w:br/>
        <w:t>【答案】B</w:t>
      </w:r>
    </w:p>
    <w:p>
      <w:r>
        <w:t>31. 职业技能等级认定考核方式不包括</w:t>
        <w:br/>
        <w:t>A.理  B.论  C.考  D.试</w:t>
        <w:br/>
        <w:t>【答案】D</w:t>
      </w:r>
    </w:p>
    <w:p>
      <w:r>
        <w:t>32. 人社部门对职业技能等级认定的监管方式</w:t>
        <w:br/>
        <w:t>A.事  B.前  C.审  D.批</w:t>
        <w:br/>
        <w:t>【答案】B</w:t>
      </w:r>
    </w:p>
    <w:p>
      <w:r>
        <w:t>33. 职业技能等级认定的主体是</w:t>
        <w:br/>
        <w:t>A.政  B.府  C.|  D.用</w:t>
        <w:br/>
        <w:t>【答案】B</w:t>
      </w:r>
    </w:p>
    <w:p>
      <w:r>
        <w:t>34. 职业技能等级证书分为几个等级</w:t>
        <w:br/>
        <w:t>A.3  B.|  C.5  D.|</w:t>
        <w:br/>
        <w:t>【答案】B</w:t>
      </w:r>
    </w:p>
    <w:p>
      <w:r>
        <w:t>35. 中级工对应国家职业标准的第几级</w:t>
        <w:br/>
        <w:t>A.三  B.|  C.四  D.|</w:t>
        <w:br/>
        <w:t>【答案】B</w:t>
      </w:r>
    </w:p>
    <w:p>
      <w:r>
        <w:t>36. 职业技能等级证书全国通用吗</w:t>
        <w:br/>
        <w:t>A.通  B.用  C.|  D.部</w:t>
        <w:br/>
        <w:t>【答案】A</w:t>
      </w:r>
    </w:p>
    <w:p>
      <w:r>
        <w:t>37. 技能人才评价改革后，职业资格和技能等级的关系是</w:t>
        <w:br/>
        <w:t>A.职  B.业  C.资  D.格</w:t>
        <w:br/>
        <w:t>【答案】B</w:t>
      </w:r>
    </w:p>
    <w:p>
      <w:r>
        <w:t>38. 申报高级工一般要求本职业工作年限</w:t>
        <w:br/>
        <w:t>A.3  B.年  C.|  D.5</w:t>
        <w:br/>
        <w:t>【答案】B</w:t>
      </w:r>
    </w:p>
    <w:p>
      <w:r>
        <w:t>39. 职业技能等级认定考核方式不包括</w:t>
        <w:br/>
        <w:t>A.理  B.论  C.考  D.试</w:t>
        <w:br/>
        <w:t>【答案】D</w:t>
      </w:r>
    </w:p>
    <w:p>
      <w:r>
        <w:t>40. 人社部门对职业技能等级认定的监管方式</w:t>
        <w:br/>
        <w:t>A.事  B.前  C.审  D.批</w:t>
        <w:br/>
        <w:t>【答案】B</w:t>
      </w:r>
    </w:p>
    <w:p>
      <w:r>
        <w:t>41. 职业技能等级认定的主体是</w:t>
        <w:br/>
        <w:t>A.政  B.府  C.|  D.用</w:t>
        <w:br/>
        <w:t>【答案】B</w:t>
      </w:r>
    </w:p>
    <w:p>
      <w:r>
        <w:t>42. 职业技能等级证书分为几个等级</w:t>
        <w:br/>
        <w:t>A.3  B.|  C.5  D.|</w:t>
        <w:br/>
        <w:t>【答案】B</w:t>
      </w:r>
    </w:p>
    <w:p>
      <w:r>
        <w:t>43. 中级工对应国家职业标准的第几级</w:t>
        <w:br/>
        <w:t>A.三  B.|  C.四  D.|</w:t>
        <w:br/>
        <w:t>【答案】B</w:t>
      </w:r>
    </w:p>
    <w:p>
      <w:r>
        <w:t>44. 职业技能等级证书全国通用吗</w:t>
        <w:br/>
        <w:t>A.通  B.用  C.|  D.部</w:t>
        <w:br/>
        <w:t>【答案】A</w:t>
      </w:r>
    </w:p>
    <w:p>
      <w:r>
        <w:t>45. 技能人才评价改革后，职业资格和技能等级的关系是</w:t>
        <w:br/>
        <w:t>A.职  B.业  C.资  D.格</w:t>
        <w:br/>
        <w:t>【答案】B</w:t>
      </w:r>
    </w:p>
    <w:p>
      <w:r>
        <w:t>46. 申报高级工一般要求本职业工作年限</w:t>
        <w:br/>
        <w:t>A.3  B.年  C.|  D.5</w:t>
        <w:br/>
        <w:t>【答案】B</w:t>
      </w:r>
    </w:p>
    <w:p>
      <w:r>
        <w:t>47. 职业技能等级认定考核方式不包括</w:t>
        <w:br/>
        <w:t>A.理  B.论  C.考  D.试</w:t>
        <w:br/>
        <w:t>【答案】D</w:t>
      </w:r>
    </w:p>
    <w:p>
      <w:r>
        <w:t>48. 人社部门对职业技能等级认定的监管方式</w:t>
        <w:br/>
        <w:t>A.事  B.前  C.审  D.批</w:t>
        <w:br/>
        <w:t>【答案】B</w:t>
      </w:r>
    </w:p>
    <w:p>
      <w:r>
        <w:t>49. 职业技能等级认定的主体是</w:t>
        <w:br/>
        <w:t>A.政  B.府  C.|  D.用</w:t>
        <w:br/>
        <w:t>【答案】B</w:t>
      </w:r>
    </w:p>
    <w:p>
      <w:r>
        <w:t>50. 职业技能等级证书分为几个等级</w:t>
        <w:br/>
        <w:t>A.3  B.|  C.5  D.|</w:t>
        <w:br/>
        <w:t>【答案】B</w:t>
      </w:r>
    </w:p>
    <w:p/>
    <w:p>
      <w:pPr>
        <w:pStyle w:val="Heading2"/>
      </w:pPr>
      <w:r>
        <w:t>二、多项选择题（每题2分，共40分）</w:t>
      </w:r>
    </w:p>
    <w:p>
      <w:r>
        <w:t>51. 职业技能等级证书的用途包括</w:t>
        <w:br/>
        <w:t>A.求  B.职  C.就  D.业</w:t>
        <w:br/>
        <w:t>【答案】ABCD</w:t>
      </w:r>
    </w:p>
    <w:p>
      <w:r>
        <w:t>52. 职业技能等级认定评价方式包括</w:t>
        <w:br/>
        <w:t>A.理  B.论  C.知  D.识</w:t>
        <w:br/>
        <w:t>【答案】ABCD</w:t>
      </w:r>
    </w:p>
    <w:p>
      <w:r>
        <w:t>53. 技能人才评价改革的目标是</w:t>
        <w:br/>
        <w:t>A.建  B.立  C.多  D.元</w:t>
        <w:br/>
        <w:t>【答案】ABC</w:t>
      </w:r>
    </w:p>
    <w:p>
      <w:r>
        <w:t>54. 可开展技能等级认定的主体有</w:t>
        <w:br/>
        <w:t>A.用  B.人  C.单  D.位</w:t>
        <w:br/>
        <w:t>【答案】ABC</w:t>
      </w:r>
    </w:p>
    <w:p>
      <w:r>
        <w:t>55. 国家职业技能标准包含</w:t>
        <w:br/>
        <w:t>A.职  B.业  C.概  D.况</w:t>
        <w:br/>
        <w:t>【答案】ABCD</w:t>
      </w:r>
    </w:p>
    <w:p>
      <w:r>
        <w:t>56. 技能等级补贴一般要求</w:t>
        <w:br/>
        <w:t>A.参  B.加  C.失  D.业</w:t>
        <w:br/>
        <w:t>【答案】ABCD</w:t>
      </w:r>
    </w:p>
    <w:p>
      <w:r>
        <w:t>57. 申报技师的条件包括</w:t>
        <w:br/>
        <w:t>A.取  B.得  C.高  D.级</w:t>
        <w:br/>
        <w:t>【答案】ABC</w:t>
      </w:r>
    </w:p>
    <w:p>
      <w:r>
        <w:t>58. 高技能人才包括</w:t>
        <w:br/>
        <w:t>A.高  B.级  C.工  D.|</w:t>
        <w:br/>
        <w:t>【答案】ABCD</w:t>
      </w:r>
    </w:p>
    <w:p>
      <w:r>
        <w:t>59. 职业技能等级证书的用途包括</w:t>
        <w:br/>
        <w:t>A.求  B.职  C.就  D.业</w:t>
        <w:br/>
        <w:t>【答案】ABCD</w:t>
      </w:r>
    </w:p>
    <w:p>
      <w:r>
        <w:t>60. 职业技能等级认定评价方式包括</w:t>
        <w:br/>
        <w:t>A.理  B.论  C.知  D.识</w:t>
        <w:br/>
        <w:t>【答案】ABCD</w:t>
      </w:r>
    </w:p>
    <w:p>
      <w:r>
        <w:t>61. 技能人才评价改革的目标是</w:t>
        <w:br/>
        <w:t>A.建  B.立  C.多  D.元</w:t>
        <w:br/>
        <w:t>【答案】ABC</w:t>
      </w:r>
    </w:p>
    <w:p>
      <w:r>
        <w:t>62. 可开展技能等级认定的主体有</w:t>
        <w:br/>
        <w:t>A.用  B.人  C.单  D.位</w:t>
        <w:br/>
        <w:t>【答案】ABC</w:t>
      </w:r>
    </w:p>
    <w:p>
      <w:r>
        <w:t>63. 国家职业技能标准包含</w:t>
        <w:br/>
        <w:t>A.职  B.业  C.概  D.况</w:t>
        <w:br/>
        <w:t>【答案】ABCD</w:t>
      </w:r>
    </w:p>
    <w:p>
      <w:r>
        <w:t>64. 技能等级补贴一般要求</w:t>
        <w:br/>
        <w:t>A.参  B.加  C.失  D.业</w:t>
        <w:br/>
        <w:t>【答案】ABCD</w:t>
      </w:r>
    </w:p>
    <w:p>
      <w:r>
        <w:t>65. 申报技师的条件包括</w:t>
        <w:br/>
        <w:t>A.取  B.得  C.高  D.级</w:t>
        <w:br/>
        <w:t>【答案】ABC</w:t>
      </w:r>
    </w:p>
    <w:p>
      <w:r>
        <w:t>66. 高技能人才包括</w:t>
        <w:br/>
        <w:t>A.高  B.级  C.工  D.|</w:t>
        <w:br/>
        <w:t>【答案】ABCD</w:t>
      </w:r>
    </w:p>
    <w:p>
      <w:r>
        <w:t>67. 职业技能等级证书的用途包括</w:t>
        <w:br/>
        <w:t>A.求  B.职  C.就  D.业</w:t>
        <w:br/>
        <w:t>【答案】ABCD</w:t>
      </w:r>
    </w:p>
    <w:p>
      <w:r>
        <w:t>68. 职业技能等级认定评价方式包括</w:t>
        <w:br/>
        <w:t>A.理  B.论  C.知  D.识</w:t>
        <w:br/>
        <w:t>【答案】ABCD</w:t>
      </w:r>
    </w:p>
    <w:p>
      <w:r>
        <w:t>69. 技能人才评价改革的目标是</w:t>
        <w:br/>
        <w:t>A.建  B.立  C.多  D.元</w:t>
        <w:br/>
        <w:t>【答案】ABC</w:t>
      </w:r>
    </w:p>
    <w:p>
      <w:r>
        <w:t>70. 可开展技能等级认定的主体有</w:t>
        <w:br/>
        <w:t>A.用  B.人  C.单  D.位</w:t>
        <w:br/>
        <w:t>【答案】ABC</w:t>
      </w:r>
    </w:p>
    <w:p/>
    <w:p>
      <w:pPr>
        <w:pStyle w:val="Heading2"/>
      </w:pPr>
      <w:r>
        <w:t>三、判断题（每题1分，共20分）</w:t>
      </w:r>
    </w:p>
    <w:p>
      <w:r>
        <w:t>71. 职业技能等级认定免费。（对/错）</w:t>
        <w:br/>
        <w:t>【答案】错</w:t>
      </w:r>
    </w:p>
    <w:p>
      <w:r>
        <w:t>72. 企业可以自主开展技能等级认定。（对/错）</w:t>
        <w:br/>
        <w:t>【答案】对</w:t>
      </w:r>
    </w:p>
    <w:p>
      <w:r>
        <w:t>73. 职业技能等级证书与职业资格证书效力完全等同。（对/错）</w:t>
        <w:br/>
        <w:t>【答案】错</w:t>
      </w:r>
    </w:p>
    <w:p>
      <w:r>
        <w:t>74. 评价机构需要人社部门备案。（对/错）</w:t>
        <w:br/>
        <w:t>【答案】对</w:t>
      </w:r>
    </w:p>
    <w:p>
      <w:r>
        <w:t>75. 技能等级认定只能由政府部门组织。（对/错）</w:t>
        <w:br/>
        <w:t>【答案】错</w:t>
      </w:r>
    </w:p>
    <w:p>
      <w:r>
        <w:t>76. 取得技能等级证书可以申请技能提升补贴。（对/错）</w:t>
        <w:br/>
        <w:t>【答案】对</w:t>
      </w:r>
    </w:p>
    <w:p>
      <w:r>
        <w:t>77. 技师是职业技能等级的最高等级。（对/错）</w:t>
        <w:br/>
        <w:t>【答案】错</w:t>
      </w:r>
    </w:p>
    <w:p>
      <w:r>
        <w:t>78. 认定结果需要公示。（对/错）</w:t>
        <w:br/>
        <w:t>【答案】对</w:t>
      </w:r>
    </w:p>
    <w:p>
      <w:r>
        <w:t>79. 职业技能等级认定免费。（对/错）</w:t>
        <w:br/>
        <w:t>【答案】错</w:t>
      </w:r>
    </w:p>
    <w:p>
      <w:r>
        <w:t>80. 企业可以自主开展技能等级认定。（对/错）</w:t>
        <w:br/>
        <w:t>【答案】对</w:t>
      </w:r>
    </w:p>
    <w:p>
      <w:r>
        <w:t>81. 职业技能等级证书与职业资格证书效力完全等同。（对/错）</w:t>
        <w:br/>
        <w:t>【答案】错</w:t>
      </w:r>
    </w:p>
    <w:p>
      <w:r>
        <w:t>82. 评价机构需要人社部门备案。（对/错）</w:t>
        <w:br/>
        <w:t>【答案】对</w:t>
      </w:r>
    </w:p>
    <w:p>
      <w:r>
        <w:t>83. 技能等级认定只能由政府部门组织。（对/错）</w:t>
        <w:br/>
        <w:t>【答案】错</w:t>
      </w:r>
    </w:p>
    <w:p>
      <w:r>
        <w:t>84. 取得技能等级证书可以申请技能提升补贴。（对/错）</w:t>
        <w:br/>
        <w:t>【答案】对</w:t>
      </w:r>
    </w:p>
    <w:p>
      <w:r>
        <w:t>85. 技师是职业技能等级的最高等级。（对/错）</w:t>
        <w:br/>
        <w:t>【答案】错</w:t>
      </w:r>
    </w:p>
    <w:p>
      <w:r>
        <w:t>86. 认定结果需要公示。（对/错）</w:t>
        <w:br/>
        <w:t>【答案】对</w:t>
      </w:r>
    </w:p>
    <w:p>
      <w:r>
        <w:t>87. 职业技能等级认定免费。（对/错）</w:t>
        <w:br/>
        <w:t>【答案】错</w:t>
      </w:r>
    </w:p>
    <w:p>
      <w:r>
        <w:t>88. 企业可以自主开展技能等级认定。（对/错）</w:t>
        <w:br/>
        <w:t>【答案】对</w:t>
      </w:r>
    </w:p>
    <w:p>
      <w:r>
        <w:t>89. 职业技能等级证书与职业资格证书效力完全等同。（对/错）</w:t>
        <w:br/>
        <w:t>【答案】错</w:t>
      </w:r>
    </w:p>
    <w:p>
      <w:r>
        <w:t>90. 评价机构需要人社部门备案。（对/错）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简述职业技能等级证书的申报流程。</w:t>
        <w:br/>
        <w:t>【答案】查询评价机构、报名、参加考核、成绩公示、领取证书</w:t>
      </w:r>
    </w:p>
    <w:p>
      <w:r>
        <w:t>92. 技能人才评价改革的主要内容是什么？</w:t>
        <w:br/>
        <w:t>【答案】取消部分职业资格许可、企业自主评价、社会评价组织参与、人社部门监管</w:t>
      </w:r>
    </w:p>
    <w:p>
      <w:r>
        <w:t>93. 职业技能等级证书有什么作用？</w:t>
        <w:br/>
        <w:t>【答案】求职就业凭证、晋升依据、补贴申领、技能水平证明</w:t>
      </w:r>
    </w:p>
    <w:p>
      <w:r>
        <w:t>94. 如何选择正规的评价机构？</w:t>
        <w:br/>
        <w:t>【答案】查询人社部门备案名单、核实机构资质、注意收费规范</w:t>
      </w:r>
    </w:p>
    <w:p>
      <w:r>
        <w:t>95. 简述职业技能等级证书的申报流程。</w:t>
        <w:br/>
        <w:t>【答案】查询评价机构、报名、参加考核、成绩公示、领取证书</w:t>
      </w:r>
    </w:p>
    <w:p>
      <w:r>
        <w:t>96. 技能人才评价改革的主要内容是什么？</w:t>
        <w:br/>
        <w:t>【答案】取消部分职业资格许可、企业自主评价、社会评价组织参与、人社部门监管</w:t>
      </w:r>
    </w:p>
    <w:p>
      <w:r>
        <w:t>97. 职业技能等级证书有什么作用？</w:t>
        <w:br/>
        <w:t>【答案】求职就业凭证、晋升依据、补贴申领、技能水平证明</w:t>
      </w:r>
    </w:p>
    <w:p>
      <w:r>
        <w:t>98. 如何选择正规的评价机构？</w:t>
        <w:br/>
        <w:t>【答案】查询人社部门备案名单、核实机构资质、注意收费规范</w:t>
      </w:r>
    </w:p>
    <w:p>
      <w:r>
        <w:t>99. 简述职业技能等级证书的申报流程。</w:t>
        <w:br/>
        <w:t>【答案】查询评价机构、报名、参加考核、成绩公示、领取证书</w:t>
      </w:r>
    </w:p>
    <w:p>
      <w:r>
        <w:t>100. 技能人才评价改革的主要内容是什么？</w:t>
        <w:br/>
        <w:t>【答案】取消部分职业资格许可、企业自主评价、社会评价组织参与、人社部门监管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职业技能等级认定的主体是</w:t>
        <w:br/>
        <w:t>A.政  B.府  C.|  D.用</w:t>
        <w:br/>
        <w:t>【答案】B  1. 职业技能等级认定的主体是</w:t>
        <w:br/>
        <w:t>A.政  B.府  C.|  D.用</w:t>
        <w:br/>
        <w:t>【答案】B</w:t>
      </w:r>
    </w:p>
    <w:p>
      <w:r>
        <w:t>2. 职业技能等级证书分为几个等级</w:t>
        <w:br/>
        <w:t>A.3  B.|  C.5  D.|</w:t>
        <w:br/>
        <w:t>【答案】B  2. 职业技能等级证书分为几个等级</w:t>
        <w:br/>
        <w:t>A.3  B.|  C.5  D.|</w:t>
        <w:br/>
        <w:t>【答案】B</w:t>
      </w:r>
    </w:p>
    <w:p>
      <w:r>
        <w:t>3. 中级工对应国家职业标准的第几级</w:t>
        <w:br/>
        <w:t>A.三  B.|  C.四  D.|</w:t>
        <w:br/>
        <w:t>【答案】B  3. 中级工对应国家职业标准的第几级</w:t>
        <w:br/>
        <w:t>A.三  B.|  C.四  D.|</w:t>
        <w:br/>
        <w:t>【答案】B</w:t>
      </w:r>
    </w:p>
    <w:p>
      <w:r>
        <w:t>4. 职业技能等级证书全国通用吗</w:t>
        <w:br/>
        <w:t>A.通  B.用  C.|  D.部</w:t>
        <w:br/>
        <w:t>【答案】A  4. 职业技能等级证书全国通用吗</w:t>
        <w:br/>
        <w:t>A.通  B.用  C.|  D.部</w:t>
        <w:br/>
        <w:t>【答案】A</w:t>
      </w:r>
    </w:p>
    <w:p>
      <w:r>
        <w:t>5. 技能人才评价改革后，职业资格和技能等级的关系是</w:t>
        <w:br/>
        <w:t>A.职  B.业  C.资  D.格</w:t>
        <w:br/>
        <w:t>【答案】B  5. 技能人才评价改革后，职业资格和技能等级的关系是</w:t>
        <w:br/>
        <w:t>A.职  B.业  C.资  D.格</w:t>
        <w:br/>
        <w:t>【答案】B</w:t>
      </w:r>
    </w:p>
    <w:p>
      <w:r>
        <w:t>6. 申报高级工一般要求本职业工作年限</w:t>
        <w:br/>
        <w:t>A.3  B.年  C.|  D.5</w:t>
        <w:br/>
        <w:t>【答案】B  6. 申报高级工一般要求本职业工作年限</w:t>
        <w:br/>
        <w:t>A.3  B.年  C.|  D.5</w:t>
        <w:br/>
        <w:t>【答案】B</w:t>
      </w:r>
    </w:p>
    <w:p>
      <w:r>
        <w:t>7. 职业技能等级认定考核方式不包括</w:t>
        <w:br/>
        <w:t>A.理  B.论  C.考  D.试</w:t>
        <w:br/>
        <w:t>【答案】D  7. 职业技能等级认定考核方式不包括</w:t>
        <w:br/>
        <w:t>A.理  B.论  C.考  D.试</w:t>
        <w:br/>
        <w:t>【答案】D</w:t>
      </w:r>
    </w:p>
    <w:p>
      <w:r>
        <w:t>8. 人社部门对职业技能等级认定的监管方式</w:t>
        <w:br/>
        <w:t>A.事  B.前  C.审  D.批</w:t>
        <w:br/>
        <w:t>【答案】B  8. 人社部门对职业技能等级认定的监管方式</w:t>
        <w:br/>
        <w:t>A.事  B.前  C.审  D.批</w:t>
        <w:br/>
        <w:t>【答案】B</w:t>
      </w:r>
    </w:p>
    <w:p>
      <w:r>
        <w:t>9. 职业技能等级认定的主体是</w:t>
        <w:br/>
        <w:t>A.政  B.府  C.|  D.用</w:t>
        <w:br/>
        <w:t>【答案】B  9. 职业技能等级认定的主体是</w:t>
        <w:br/>
        <w:t>A.政  B.府  C.|  D.用</w:t>
        <w:br/>
        <w:t>【答案】B</w:t>
      </w:r>
    </w:p>
    <w:p>
      <w:r>
        <w:t>10. 职业技能等级证书分为几个等级</w:t>
        <w:br/>
        <w:t>A.3  B.|  C.5  D.|</w:t>
        <w:br/>
        <w:t>【答案】B  10. 职业技能等级证书分为几个等级</w:t>
        <w:br/>
        <w:t>A.3  B.|  C.5  D.|</w:t>
        <w:br/>
        <w:t>【答案】B</w:t>
      </w:r>
    </w:p>
    <w:p>
      <w:r>
        <w:t>11. 中级工对应国家职业标准的第几级</w:t>
        <w:br/>
        <w:t>A.三  B.|  C.四  D.|</w:t>
        <w:br/>
        <w:t>【答案】B  11. 中级工对应国家职业标准的第几级</w:t>
        <w:br/>
        <w:t>A.三  B.|  C.四  D.|</w:t>
        <w:br/>
        <w:t>【答案】B</w:t>
      </w:r>
    </w:p>
    <w:p>
      <w:r>
        <w:t>12. 职业技能等级证书全国通用吗</w:t>
        <w:br/>
        <w:t>A.通  B.用  C.|  D.部</w:t>
        <w:br/>
        <w:t>【答案】A  12. 职业技能等级证书全国通用吗</w:t>
        <w:br/>
        <w:t>A.通  B.用  C.|  D.部</w:t>
        <w:br/>
        <w:t>【答案】A</w:t>
      </w:r>
    </w:p>
    <w:p>
      <w:r>
        <w:t>13. 技能人才评价改革后，职业资格和技能等级的关系是</w:t>
        <w:br/>
        <w:t>A.职  B.业  C.资  D.格</w:t>
        <w:br/>
        <w:t>【答案】B  13. 技能人才评价改革后，职业资格和技能等级的关系是</w:t>
        <w:br/>
        <w:t>A.职  B.业  C.资  D.格</w:t>
        <w:br/>
        <w:t>【答案】B</w:t>
      </w:r>
    </w:p>
    <w:p>
      <w:r>
        <w:t>14. 申报高级工一般要求本职业工作年限</w:t>
        <w:br/>
        <w:t>A.3  B.年  C.|  D.5</w:t>
        <w:br/>
        <w:t>【答案】B  14. 申报高级工一般要求本职业工作年限</w:t>
        <w:br/>
        <w:t>A.3  B.年  C.|  D.5</w:t>
        <w:br/>
        <w:t>【答案】B</w:t>
      </w:r>
    </w:p>
    <w:p>
      <w:r>
        <w:t>15. 职业技能等级认定考核方式不包括</w:t>
        <w:br/>
        <w:t>A.理  B.论  C.考  D.试</w:t>
        <w:br/>
        <w:t>【答案】D  15. 职业技能等级认定考核方式不包括</w:t>
        <w:br/>
        <w:t>A.理  B.论  C.考  D.试</w:t>
        <w:br/>
        <w:t>【答案】D</w:t>
      </w:r>
    </w:p>
    <w:p>
      <w:r>
        <w:t>16. 人社部门对职业技能等级认定的监管方式</w:t>
        <w:br/>
        <w:t>A.事  B.前  C.审  D.批</w:t>
        <w:br/>
        <w:t>【答案】B  16. 人社部门对职业技能等级认定的监管方式</w:t>
        <w:br/>
        <w:t>A.事  B.前  C.审  D.批</w:t>
        <w:br/>
        <w:t>【答案】B</w:t>
      </w:r>
    </w:p>
    <w:p>
      <w:r>
        <w:t>17. 职业技能等级认定的主体是</w:t>
        <w:br/>
        <w:t>A.政  B.府  C.|  D.用</w:t>
        <w:br/>
        <w:t>【答案】B  17. 职业技能等级认定的主体是</w:t>
        <w:br/>
        <w:t>A.政  B.府  C.|  D.用</w:t>
        <w:br/>
        <w:t>【答案】B</w:t>
      </w:r>
    </w:p>
    <w:p>
      <w:r>
        <w:t>18. 职业技能等级证书分为几个等级</w:t>
        <w:br/>
        <w:t>A.3  B.|  C.5  D.|</w:t>
        <w:br/>
        <w:t>【答案】B  18. 职业技能等级证书分为几个等级</w:t>
        <w:br/>
        <w:t>A.3  B.|  C.5  D.|</w:t>
        <w:br/>
        <w:t>【答案】B</w:t>
      </w:r>
    </w:p>
    <w:p>
      <w:r>
        <w:t>19. 中级工对应国家职业标准的第几级</w:t>
        <w:br/>
        <w:t>A.三  B.|  C.四  D.|</w:t>
        <w:br/>
        <w:t>【答案】B  19. 中级工对应国家职业标准的第几级</w:t>
        <w:br/>
        <w:t>A.三  B.|  C.四  D.|</w:t>
        <w:br/>
        <w:t>【答案】B</w:t>
      </w:r>
    </w:p>
    <w:p>
      <w:r>
        <w:t>20. 职业技能等级证书全国通用吗</w:t>
        <w:br/>
        <w:t>A.通  B.用  C.|  D.部</w:t>
        <w:br/>
        <w:t>【答案】A  20. 职业技能等级证书全国通用吗</w:t>
        <w:br/>
        <w:t>A.通  B.用  C.|  D.部</w:t>
        <w:br/>
        <w:t>【答案】A</w:t>
      </w:r>
    </w:p>
    <w:p>
      <w:r>
        <w:t>21. 技能人才评价改革后，职业资格和技能等级的关系是</w:t>
        <w:br/>
        <w:t>A.职  B.业  C.资  D.格</w:t>
        <w:br/>
        <w:t>【答案】B  21. 技能人才评价改革后，职业资格和技能等级的关系是</w:t>
        <w:br/>
        <w:t>A.职  B.业  C.资  D.格</w:t>
        <w:br/>
        <w:t>【答案】B</w:t>
      </w:r>
    </w:p>
    <w:p>
      <w:r>
        <w:t>22. 申报高级工一般要求本职业工作年限</w:t>
        <w:br/>
        <w:t>A.3  B.年  C.|  D.5</w:t>
        <w:br/>
        <w:t>【答案】B  22. 申报高级工一般要求本职业工作年限</w:t>
        <w:br/>
        <w:t>A.3  B.年  C.|  D.5</w:t>
        <w:br/>
        <w:t>【答案】B</w:t>
      </w:r>
    </w:p>
    <w:p>
      <w:r>
        <w:t>23. 职业技能等级认定考核方式不包括</w:t>
        <w:br/>
        <w:t>A.理  B.论  C.考  D.试</w:t>
        <w:br/>
        <w:t>【答案】D  23. 职业技能等级认定考核方式不包括</w:t>
        <w:br/>
        <w:t>A.理  B.论  C.考  D.试</w:t>
        <w:br/>
        <w:t>【答案】D</w:t>
      </w:r>
    </w:p>
    <w:p>
      <w:r>
        <w:t>24. 人社部门对职业技能等级认定的监管方式</w:t>
        <w:br/>
        <w:t>A.事  B.前  C.审  D.批</w:t>
        <w:br/>
        <w:t>【答案】B  24. 人社部门对职业技能等级认定的监管方式</w:t>
        <w:br/>
        <w:t>A.事  B.前  C.审  D.批</w:t>
        <w:br/>
        <w:t>【答案】B</w:t>
      </w:r>
    </w:p>
    <w:p>
      <w:r>
        <w:t>25. 职业技能等级认定的主体是</w:t>
        <w:br/>
        <w:t>A.政  B.府  C.|  D.用</w:t>
        <w:br/>
        <w:t>【答案】B  25. 职业技能等级认定的主体是</w:t>
        <w:br/>
        <w:t>A.政  B.府  C.|  D.用</w:t>
        <w:br/>
        <w:t>【答案】B</w:t>
      </w:r>
    </w:p>
    <w:p>
      <w:r>
        <w:t>26. 职业技能等级证书分为几个等级</w:t>
        <w:br/>
        <w:t>A.3  B.|  C.5  D.|</w:t>
        <w:br/>
        <w:t>【答案】B  26. 职业技能等级证书分为几个等级</w:t>
        <w:br/>
        <w:t>A.3  B.|  C.5  D.|</w:t>
        <w:br/>
        <w:t>【答案】B</w:t>
      </w:r>
    </w:p>
    <w:p>
      <w:r>
        <w:t>27. 中级工对应国家职业标准的第几级</w:t>
        <w:br/>
        <w:t>A.三  B.|  C.四  D.|</w:t>
        <w:br/>
        <w:t>【答案】B  27. 中级工对应国家职业标准的第几级</w:t>
        <w:br/>
        <w:t>A.三  B.|  C.四  D.|</w:t>
        <w:br/>
        <w:t>【答案】B</w:t>
      </w:r>
    </w:p>
    <w:p>
      <w:r>
        <w:t>28. 职业技能等级证书全国通用吗</w:t>
        <w:br/>
        <w:t>A.通  B.用  C.|  D.部</w:t>
        <w:br/>
        <w:t>【答案】A  28. 职业技能等级证书全国通用吗</w:t>
        <w:br/>
        <w:t>A.通  B.用  C.|  D.部</w:t>
        <w:br/>
        <w:t>【答案】A</w:t>
      </w:r>
    </w:p>
    <w:p>
      <w:r>
        <w:t>29. 技能人才评价改革后，职业资格和技能等级的关系是</w:t>
        <w:br/>
        <w:t>A.职  B.业  C.资  D.格</w:t>
        <w:br/>
        <w:t>【答案】B  29. 技能人才评价改革后，职业资格和技能等级的关系是</w:t>
        <w:br/>
        <w:t>A.职  B.业  C.资  D.格</w:t>
        <w:br/>
        <w:t>【答案】B</w:t>
      </w:r>
    </w:p>
    <w:p>
      <w:r>
        <w:t>30. 申报高级工一般要求本职业工作年限</w:t>
        <w:br/>
        <w:t>A.3  B.年  C.|  D.5</w:t>
        <w:br/>
        <w:t>【答案】B  30. 申报高级工一般要求本职业工作年限</w:t>
        <w:br/>
        <w:t>A.3  B.年  C.|  D.5</w:t>
        <w:br/>
        <w:t>【答案】B</w:t>
      </w:r>
    </w:p>
    <w:p>
      <w:r>
        <w:t>31. 职业技能等级认定考核方式不包括</w:t>
        <w:br/>
        <w:t>A.理  B.论  C.考  D.试</w:t>
        <w:br/>
        <w:t>【答案】D  31. 职业技能等级认定考核方式不包括</w:t>
        <w:br/>
        <w:t>A.理  B.论  C.考  D.试</w:t>
        <w:br/>
        <w:t>【答案】D</w:t>
      </w:r>
    </w:p>
    <w:p>
      <w:r>
        <w:t>32. 人社部门对职业技能等级认定的监管方式</w:t>
        <w:br/>
        <w:t>A.事  B.前  C.审  D.批</w:t>
        <w:br/>
        <w:t>【答案】B  32. 人社部门对职业技能等级认定的监管方式</w:t>
        <w:br/>
        <w:t>A.事  B.前  C.审  D.批</w:t>
        <w:br/>
        <w:t>【答案】B</w:t>
      </w:r>
    </w:p>
    <w:p>
      <w:r>
        <w:t>33. 职业技能等级认定的主体是</w:t>
        <w:br/>
        <w:t>A.政  B.府  C.|  D.用</w:t>
        <w:br/>
        <w:t>【答案】B  33. 职业技能等级认定的主体是</w:t>
        <w:br/>
        <w:t>A.政  B.府  C.|  D.用</w:t>
        <w:br/>
        <w:t>【答案】B</w:t>
      </w:r>
    </w:p>
    <w:p>
      <w:r>
        <w:t>34. 职业技能等级证书分为几个等级</w:t>
        <w:br/>
        <w:t>A.3  B.|  C.5  D.|</w:t>
        <w:br/>
        <w:t>【答案】B  34. 职业技能等级证书分为几个等级</w:t>
        <w:br/>
        <w:t>A.3  B.|  C.5  D.|</w:t>
        <w:br/>
        <w:t>【答案】B</w:t>
      </w:r>
    </w:p>
    <w:p>
      <w:r>
        <w:t>35. 中级工对应国家职业标准的第几级</w:t>
        <w:br/>
        <w:t>A.三  B.|  C.四  D.|</w:t>
        <w:br/>
        <w:t>【答案】B  35. 中级工对应国家职业标准的第几级</w:t>
        <w:br/>
        <w:t>A.三  B.|  C.四  D.|</w:t>
        <w:br/>
        <w:t>【答案】B</w:t>
      </w:r>
    </w:p>
    <w:p>
      <w:r>
        <w:t>36. 职业技能等级证书全国通用吗</w:t>
        <w:br/>
        <w:t>A.通  B.用  C.|  D.部</w:t>
        <w:br/>
        <w:t>【答案】A  36. 职业技能等级证书全国通用吗</w:t>
        <w:br/>
        <w:t>A.通  B.用  C.|  D.部</w:t>
        <w:br/>
        <w:t>【答案】A</w:t>
      </w:r>
    </w:p>
    <w:p>
      <w:r>
        <w:t>37. 技能人才评价改革后，职业资格和技能等级的关系是</w:t>
        <w:br/>
        <w:t>A.职  B.业  C.资  D.格</w:t>
        <w:br/>
        <w:t>【答案】B  37. 技能人才评价改革后，职业资格和技能等级的关系是</w:t>
        <w:br/>
        <w:t>A.职  B.业  C.资  D.格</w:t>
        <w:br/>
        <w:t>【答案】B</w:t>
      </w:r>
    </w:p>
    <w:p>
      <w:r>
        <w:t>38. 申报高级工一般要求本职业工作年限</w:t>
        <w:br/>
        <w:t>A.3  B.年  C.|  D.5</w:t>
        <w:br/>
        <w:t>【答案】B  38. 申报高级工一般要求本职业工作年限</w:t>
        <w:br/>
        <w:t>A.3  B.年  C.|  D.5</w:t>
        <w:br/>
        <w:t>【答案】B</w:t>
      </w:r>
    </w:p>
    <w:p>
      <w:r>
        <w:t>39. 职业技能等级认定考核方式不包括</w:t>
        <w:br/>
        <w:t>A.理  B.论  C.考  D.试</w:t>
        <w:br/>
        <w:t>【答案】D  39. 职业技能等级认定考核方式不包括</w:t>
        <w:br/>
        <w:t>A.理  B.论  C.考  D.试</w:t>
        <w:br/>
        <w:t>【答案】D</w:t>
      </w:r>
    </w:p>
    <w:p>
      <w:r>
        <w:t>40. 人社部门对职业技能等级认定的监管方式</w:t>
        <w:br/>
        <w:t>A.事  B.前  C.审  D.批</w:t>
        <w:br/>
        <w:t>【答案】B  40. 人社部门对职业技能等级认定的监管方式</w:t>
        <w:br/>
        <w:t>A.事  B.前  C.审  D.批</w:t>
        <w:br/>
        <w:t>【答案】B</w:t>
      </w:r>
    </w:p>
    <w:p>
      <w:r>
        <w:t>41. 职业技能等级认定的主体是</w:t>
        <w:br/>
        <w:t>A.政  B.府  C.|  D.用</w:t>
        <w:br/>
        <w:t>【答案】B  41. 职业技能等级认定的主体是</w:t>
        <w:br/>
        <w:t>A.政  B.府  C.|  D.用</w:t>
        <w:br/>
        <w:t>【答案】B</w:t>
      </w:r>
    </w:p>
    <w:p>
      <w:r>
        <w:t>42. 职业技能等级证书分为几个等级</w:t>
        <w:br/>
        <w:t>A.3  B.|  C.5  D.|</w:t>
        <w:br/>
        <w:t>【答案】B  42. 职业技能等级证书分为几个等级</w:t>
        <w:br/>
        <w:t>A.3  B.|  C.5  D.|</w:t>
        <w:br/>
        <w:t>【答案】B</w:t>
      </w:r>
    </w:p>
    <w:p>
      <w:r>
        <w:t>43. 中级工对应国家职业标准的第几级</w:t>
        <w:br/>
        <w:t>A.三  B.|  C.四  D.|</w:t>
        <w:br/>
        <w:t>【答案】B  43. 中级工对应国家职业标准的第几级</w:t>
        <w:br/>
        <w:t>A.三  B.|  C.四  D.|</w:t>
        <w:br/>
        <w:t>【答案】B</w:t>
      </w:r>
    </w:p>
    <w:p>
      <w:r>
        <w:t>44. 职业技能等级证书全国通用吗</w:t>
        <w:br/>
        <w:t>A.通  B.用  C.|  D.部</w:t>
        <w:br/>
        <w:t>【答案】A  44. 职业技能等级证书全国通用吗</w:t>
        <w:br/>
        <w:t>A.通  B.用  C.|  D.部</w:t>
        <w:br/>
        <w:t>【答案】A</w:t>
      </w:r>
    </w:p>
    <w:p>
      <w:r>
        <w:t>45. 技能人才评价改革后，职业资格和技能等级的关系是</w:t>
        <w:br/>
        <w:t>A.职  B.业  C.资  D.格</w:t>
        <w:br/>
        <w:t>【答案】B  45. 技能人才评价改革后，职业资格和技能等级的关系是</w:t>
        <w:br/>
        <w:t>A.职  B.业  C.资  D.格</w:t>
        <w:br/>
        <w:t>【答案】B</w:t>
      </w:r>
    </w:p>
    <w:p>
      <w:r>
        <w:t>46. 申报高级工一般要求本职业工作年限</w:t>
        <w:br/>
        <w:t>A.3  B.年  C.|  D.5</w:t>
        <w:br/>
        <w:t>【答案】B  46. 申报高级工一般要求本职业工作年限</w:t>
        <w:br/>
        <w:t>A.3  B.年  C.|  D.5</w:t>
        <w:br/>
        <w:t>【答案】B</w:t>
      </w:r>
    </w:p>
    <w:p>
      <w:r>
        <w:t>47. 职业技能等级认定考核方式不包括</w:t>
        <w:br/>
        <w:t>A.理  B.论  C.考  D.试</w:t>
        <w:br/>
        <w:t>【答案】D  47. 职业技能等级认定考核方式不包括</w:t>
        <w:br/>
        <w:t>A.理  B.论  C.考  D.试</w:t>
        <w:br/>
        <w:t>【答案】D</w:t>
      </w:r>
    </w:p>
    <w:p>
      <w:r>
        <w:t>48. 人社部门对职业技能等级认定的监管方式</w:t>
        <w:br/>
        <w:t>A.事  B.前  C.审  D.批</w:t>
        <w:br/>
        <w:t>【答案】B  48. 人社部门对职业技能等级认定的监管方式</w:t>
        <w:br/>
        <w:t>A.事  B.前  C.审  D.批</w:t>
        <w:br/>
        <w:t>【答案】B</w:t>
      </w:r>
    </w:p>
    <w:p>
      <w:r>
        <w:t>49. 职业技能等级认定的主体是</w:t>
        <w:br/>
        <w:t>A.政  B.府  C.|  D.用</w:t>
        <w:br/>
        <w:t>【答案】B  49. 职业技能等级认定的主体是</w:t>
        <w:br/>
        <w:t>A.政  B.府  C.|  D.用</w:t>
        <w:br/>
        <w:t>【答案】B</w:t>
      </w:r>
    </w:p>
    <w:p>
      <w:r>
        <w:t>50. 职业技能等级证书分为几个等级</w:t>
        <w:br/>
        <w:t>A.3  B.|  C.5  D.|</w:t>
        <w:br/>
        <w:t>【答案】B  50. 职业技能等级证书分为几个等级</w:t>
        <w:br/>
        <w:t>A.3  B.|  C.5  D.|</w:t>
        <w:br/>
        <w:t>【答案】B</w:t>
      </w:r>
    </w:p>
    <w:p>
      <w:r>
        <w:t>【二、多项选择题（每题2分，共40分）】</w:t>
      </w:r>
    </w:p>
    <w:p>
      <w:r>
        <w:t>51. 职业技能等级证书的用途包括</w:t>
        <w:br/>
        <w:t>A.求  B.职  C.就  D.业</w:t>
        <w:br/>
        <w:t>【答案】ABCD  51. 职业技能等级证书的用途包括</w:t>
        <w:br/>
        <w:t>A.求  B.职  C.就  D.业</w:t>
        <w:br/>
        <w:t>【答案】ABCD</w:t>
      </w:r>
    </w:p>
    <w:p>
      <w:r>
        <w:t>52. 职业技能等级认定评价方式包括</w:t>
        <w:br/>
        <w:t>A.理  B.论  C.知  D.识</w:t>
        <w:br/>
        <w:t>【答案】ABCD  52. 职业技能等级认定评价方式包括</w:t>
        <w:br/>
        <w:t>A.理  B.论  C.知  D.识</w:t>
        <w:br/>
        <w:t>【答案】ABCD</w:t>
      </w:r>
    </w:p>
    <w:p>
      <w:r>
        <w:t>53. 技能人才评价改革的目标是</w:t>
        <w:br/>
        <w:t>A.建  B.立  C.多  D.元</w:t>
        <w:br/>
        <w:t>【答案】ABC  53. 技能人才评价改革的目标是</w:t>
        <w:br/>
        <w:t>A.建  B.立  C.多  D.元</w:t>
        <w:br/>
        <w:t>【答案】ABC</w:t>
      </w:r>
    </w:p>
    <w:p>
      <w:r>
        <w:t>54. 可开展技能等级认定的主体有</w:t>
        <w:br/>
        <w:t>A.用  B.人  C.单  D.位</w:t>
        <w:br/>
        <w:t>【答案】ABC  54. 可开展技能等级认定的主体有</w:t>
        <w:br/>
        <w:t>A.用  B.人  C.单  D.位</w:t>
        <w:br/>
        <w:t>【答案】ABC</w:t>
      </w:r>
    </w:p>
    <w:p>
      <w:r>
        <w:t>55. 国家职业技能标准包含</w:t>
        <w:br/>
        <w:t>A.职  B.业  C.概  D.况</w:t>
        <w:br/>
        <w:t>【答案】ABCD  55. 国家职业技能标准包含</w:t>
        <w:br/>
        <w:t>A.职  B.业  C.概  D.况</w:t>
        <w:br/>
        <w:t>【答案】ABCD</w:t>
      </w:r>
    </w:p>
    <w:p>
      <w:r>
        <w:t>56. 技能等级补贴一般要求</w:t>
        <w:br/>
        <w:t>A.参  B.加  C.失  D.业</w:t>
        <w:br/>
        <w:t>【答案】ABCD  56. 技能等级补贴一般要求</w:t>
        <w:br/>
        <w:t>A.参  B.加  C.失  D.业</w:t>
        <w:br/>
        <w:t>【答案】ABCD</w:t>
      </w:r>
    </w:p>
    <w:p>
      <w:r>
        <w:t>57. 申报技师的条件包括</w:t>
        <w:br/>
        <w:t>A.取  B.得  C.高  D.级</w:t>
        <w:br/>
        <w:t>【答案】ABC  57. 申报技师的条件包括</w:t>
        <w:br/>
        <w:t>A.取  B.得  C.高  D.级</w:t>
        <w:br/>
        <w:t>【答案】ABC</w:t>
      </w:r>
    </w:p>
    <w:p>
      <w:r>
        <w:t>58. 高技能人才包括</w:t>
        <w:br/>
        <w:t>A.高  B.级  C.工  D.|</w:t>
        <w:br/>
        <w:t>【答案】ABCD  58. 高技能人才包括</w:t>
        <w:br/>
        <w:t>A.高  B.级  C.工  D.|</w:t>
        <w:br/>
        <w:t>【答案】ABCD</w:t>
      </w:r>
    </w:p>
    <w:p>
      <w:r>
        <w:t>59. 职业技能等级证书的用途包括</w:t>
        <w:br/>
        <w:t>A.求  B.职  C.就  D.业</w:t>
        <w:br/>
        <w:t>【答案】ABCD  59. 职业技能等级证书的用途包括</w:t>
        <w:br/>
        <w:t>A.求  B.职  C.就  D.业</w:t>
        <w:br/>
        <w:t>【答案】ABCD</w:t>
      </w:r>
    </w:p>
    <w:p>
      <w:r>
        <w:t>60. 职业技能等级认定评价方式包括</w:t>
        <w:br/>
        <w:t>A.理  B.论  C.知  D.识</w:t>
        <w:br/>
        <w:t>【答案】ABCD  60. 职业技能等级认定评价方式包括</w:t>
        <w:br/>
        <w:t>A.理  B.论  C.知  D.识</w:t>
        <w:br/>
        <w:t>【答案】ABCD</w:t>
      </w:r>
    </w:p>
    <w:p>
      <w:r>
        <w:t>61. 技能人才评价改革的目标是</w:t>
        <w:br/>
        <w:t>A.建  B.立  C.多  D.元</w:t>
        <w:br/>
        <w:t>【答案】ABC  61. 技能人才评价改革的目标是</w:t>
        <w:br/>
        <w:t>A.建  B.立  C.多  D.元</w:t>
        <w:br/>
        <w:t>【答案】ABC</w:t>
      </w:r>
    </w:p>
    <w:p>
      <w:r>
        <w:t>62. 可开展技能等级认定的主体有</w:t>
        <w:br/>
        <w:t>A.用  B.人  C.单  D.位</w:t>
        <w:br/>
        <w:t>【答案】ABC  62. 可开展技能等级认定的主体有</w:t>
        <w:br/>
        <w:t>A.用  B.人  C.单  D.位</w:t>
        <w:br/>
        <w:t>【答案】ABC</w:t>
      </w:r>
    </w:p>
    <w:p>
      <w:r>
        <w:t>63. 国家职业技能标准包含</w:t>
        <w:br/>
        <w:t>A.职  B.业  C.概  D.况</w:t>
        <w:br/>
        <w:t>【答案】ABCD  63. 国家职业技能标准包含</w:t>
        <w:br/>
        <w:t>A.职  B.业  C.概  D.况</w:t>
        <w:br/>
        <w:t>【答案】ABCD</w:t>
      </w:r>
    </w:p>
    <w:p>
      <w:r>
        <w:t>64. 技能等级补贴一般要求</w:t>
        <w:br/>
        <w:t>A.参  B.加  C.失  D.业</w:t>
        <w:br/>
        <w:t>【答案】ABCD  64. 技能等级补贴一般要求</w:t>
        <w:br/>
        <w:t>A.参  B.加  C.失  D.业</w:t>
        <w:br/>
        <w:t>【答案】ABCD</w:t>
      </w:r>
    </w:p>
    <w:p>
      <w:r>
        <w:t>65. 申报技师的条件包括</w:t>
        <w:br/>
        <w:t>A.取  B.得  C.高  D.级</w:t>
        <w:br/>
        <w:t>【答案】ABC  65. 申报技师的条件包括</w:t>
        <w:br/>
        <w:t>A.取  B.得  C.高  D.级</w:t>
        <w:br/>
        <w:t>【答案】ABC</w:t>
      </w:r>
    </w:p>
    <w:p>
      <w:r>
        <w:t>66. 高技能人才包括</w:t>
        <w:br/>
        <w:t>A.高  B.级  C.工  D.|</w:t>
        <w:br/>
        <w:t>【答案】ABCD  66. 高技能人才包括</w:t>
        <w:br/>
        <w:t>A.高  B.级  C.工  D.|</w:t>
        <w:br/>
        <w:t>【答案】ABCD</w:t>
      </w:r>
    </w:p>
    <w:p>
      <w:r>
        <w:t>67. 职业技能等级证书的用途包括</w:t>
        <w:br/>
        <w:t>A.求  B.职  C.就  D.业</w:t>
        <w:br/>
        <w:t>【答案】ABCD  67. 职业技能等级证书的用途包括</w:t>
        <w:br/>
        <w:t>A.求  B.职  C.就  D.业</w:t>
        <w:br/>
        <w:t>【答案】ABCD</w:t>
      </w:r>
    </w:p>
    <w:p>
      <w:r>
        <w:t>68. 职业技能等级认定评价方式包括</w:t>
        <w:br/>
        <w:t>A.理  B.论  C.知  D.识</w:t>
        <w:br/>
        <w:t>【答案】ABCD  68. 职业技能等级认定评价方式包括</w:t>
        <w:br/>
        <w:t>A.理  B.论  C.知  D.识</w:t>
        <w:br/>
        <w:t>【答案】ABCD</w:t>
      </w:r>
    </w:p>
    <w:p>
      <w:r>
        <w:t>69. 技能人才评价改革的目标是</w:t>
        <w:br/>
        <w:t>A.建  B.立  C.多  D.元</w:t>
        <w:br/>
        <w:t>【答案】ABC  69. 技能人才评价改革的目标是</w:t>
        <w:br/>
        <w:t>A.建  B.立  C.多  D.元</w:t>
        <w:br/>
        <w:t>【答案】ABC</w:t>
      </w:r>
    </w:p>
    <w:p>
      <w:r>
        <w:t>70. 可开展技能等级认定的主体有</w:t>
        <w:br/>
        <w:t>A.用  B.人  C.单  D.位</w:t>
        <w:br/>
        <w:t>【答案】ABC  70. 可开展技能等级认定的主体有</w:t>
        <w:br/>
        <w:t>A.用  B.人  C.单  D.位</w:t>
        <w:br/>
        <w:t>【答案】ABC</w:t>
      </w:r>
    </w:p>
    <w:p>
      <w:r>
        <w:t>【三、判断题（每题1分，共20分）】</w:t>
      </w:r>
    </w:p>
    <w:p>
      <w:r>
        <w:t>71. 职业技能等级认定免费  71. 职业技能等级认定免费。（对/错）</w:t>
        <w:br/>
        <w:t>【答案】错</w:t>
      </w:r>
    </w:p>
    <w:p>
      <w:r>
        <w:t>72. 企业可以自主开展技能等级认定  72. 企业可以自主开展技能等级认定。（对/错）</w:t>
        <w:br/>
        <w:t>【答案】对</w:t>
      </w:r>
    </w:p>
    <w:p>
      <w:r>
        <w:t>73. 职业技能等级证书与职业资格证书效力完全等同  73. 职业技能等级证书与职业资格证书效力完全等同。（对/错）</w:t>
        <w:br/>
        <w:t>【答案】错</w:t>
      </w:r>
    </w:p>
    <w:p>
      <w:r>
        <w:t>74. 评价机构需要人社部门备案  74. 评价机构需要人社部门备案。（对/错）</w:t>
        <w:br/>
        <w:t>【答案】对</w:t>
      </w:r>
    </w:p>
    <w:p>
      <w:r>
        <w:t>75. 技能等级认定只能由政府部门组织  75. 技能等级认定只能由政府部门组织。（对/错）</w:t>
        <w:br/>
        <w:t>【答案】错</w:t>
      </w:r>
    </w:p>
    <w:p>
      <w:r>
        <w:t>76. 取得技能等级证书可以申请技能提升补贴  76. 取得技能等级证书可以申请技能提升补贴。（对/错）</w:t>
        <w:br/>
        <w:t>【答案】对</w:t>
      </w:r>
    </w:p>
    <w:p>
      <w:r>
        <w:t>77. 技师是职业技能等级的最高等级  77. 技师是职业技能等级的最高等级。（对/错）</w:t>
        <w:br/>
        <w:t>【答案】错</w:t>
      </w:r>
    </w:p>
    <w:p>
      <w:r>
        <w:t>78. 认定结果需要公示  78. 认定结果需要公示。（对/错）</w:t>
        <w:br/>
        <w:t>【答案】对</w:t>
      </w:r>
    </w:p>
    <w:p>
      <w:r>
        <w:t>79. 职业技能等级认定免费  79. 职业技能等级认定免费。（对/错）</w:t>
        <w:br/>
        <w:t>【答案】错</w:t>
      </w:r>
    </w:p>
    <w:p>
      <w:r>
        <w:t>80. 企业可以自主开展技能等级认定  80. 企业可以自主开展技能等级认定。（对/错）</w:t>
        <w:br/>
        <w:t>【答案】对</w:t>
      </w:r>
    </w:p>
    <w:p>
      <w:r>
        <w:t>81. 职业技能等级证书与职业资格证书效力完全等同  81. 职业技能等级证书与职业资格证书效力完全等同。（对/错）</w:t>
        <w:br/>
        <w:t>【答案】错</w:t>
      </w:r>
    </w:p>
    <w:p>
      <w:r>
        <w:t>82. 评价机构需要人社部门备案  82. 评价机构需要人社部门备案。（对/错）</w:t>
        <w:br/>
        <w:t>【答案】对</w:t>
      </w:r>
    </w:p>
    <w:p>
      <w:r>
        <w:t>83. 技能等级认定只能由政府部门组织  83. 技能等级认定只能由政府部门组织。（对/错）</w:t>
        <w:br/>
        <w:t>【答案】错</w:t>
      </w:r>
    </w:p>
    <w:p>
      <w:r>
        <w:t>84. 取得技能等级证书可以申请技能提升补贴  84. 取得技能等级证书可以申请技能提升补贴。（对/错）</w:t>
        <w:br/>
        <w:t>【答案】对</w:t>
      </w:r>
    </w:p>
    <w:p>
      <w:r>
        <w:t>85. 技师是职业技能等级的最高等级  85. 技师是职业技能等级的最高等级。（对/错）</w:t>
        <w:br/>
        <w:t>【答案】错</w:t>
      </w:r>
    </w:p>
    <w:p>
      <w:r>
        <w:t>86. 认定结果需要公示  86. 认定结果需要公示。（对/错）</w:t>
        <w:br/>
        <w:t>【答案】对</w:t>
      </w:r>
    </w:p>
    <w:p>
      <w:r>
        <w:t>87. 职业技能等级认定免费  87. 职业技能等级认定免费。（对/错）</w:t>
        <w:br/>
        <w:t>【答案】错</w:t>
      </w:r>
    </w:p>
    <w:p>
      <w:r>
        <w:t>88. 企业可以自主开展技能等级认定  88. 企业可以自主开展技能等级认定。（对/错）</w:t>
        <w:br/>
        <w:t>【答案】对</w:t>
      </w:r>
    </w:p>
    <w:p>
      <w:r>
        <w:t>89. 职业技能等级证书与职业资格证书效力完全等同  89. 职业技能等级证书与职业资格证书效力完全等同。（对/错）</w:t>
        <w:br/>
        <w:t>【答案】错</w:t>
      </w:r>
    </w:p>
    <w:p>
      <w:r>
        <w:t>90. 评价机构需要人社部门备案  90. 评价机构需要人社部门备案。（对/错）</w:t>
        <w:br/>
        <w:t>【答案】对</w:t>
      </w:r>
    </w:p>
    <w:p>
      <w:r>
        <w:t>【四、简答题（每题3分，共30分）】</w:t>
      </w:r>
    </w:p>
    <w:p>
      <w:r>
        <w:t>91. 简述职业技能等级证书的申报流程  91. 简述职业技能等级证书的申报流程。</w:t>
        <w:br/>
        <w:t>【答案】查询评价机构、报名、参加考核、成绩公示、领取证书</w:t>
      </w:r>
    </w:p>
    <w:p>
      <w:r>
        <w:t>92. 技能人才评价改革的主要内容是什么？</w:t>
        <w:br/>
        <w:t>【答案】取消部分职业资格许可、企业自主评价、社会评价组织参与、人社部门监管  92. 技能人才评价改革的主要内容是什么？</w:t>
        <w:br/>
        <w:t>【答案】取消部分职业资格许可、企业自主评价、社会评价组织参与、人社部门监管</w:t>
      </w:r>
    </w:p>
    <w:p>
      <w:r>
        <w:t>93. 职业技能等级证书有什么作用？</w:t>
        <w:br/>
        <w:t>【答案】求职就业凭证、晋升依据、补贴申领、技能水平证明  93. 职业技能等级证书有什么作用？</w:t>
        <w:br/>
        <w:t>【答案】求职就业凭证、晋升依据、补贴申领、技能水平证明</w:t>
      </w:r>
    </w:p>
    <w:p>
      <w:r>
        <w:t>94. 如何选择正规的评价机构？</w:t>
        <w:br/>
        <w:t>【答案】查询人社部门备案名单、核实机构资质、注意收费规范  94. 如何选择正规的评价机构？</w:t>
        <w:br/>
        <w:t>【答案】查询人社部门备案名单、核实机构资质、注意收费规范</w:t>
      </w:r>
    </w:p>
    <w:p>
      <w:r>
        <w:t>95. 简述职业技能等级证书的申报流程  95. 简述职业技能等级证书的申报流程。</w:t>
        <w:br/>
        <w:t>【答案】查询评价机构、报名、参加考核、成绩公示、领取证书</w:t>
      </w:r>
    </w:p>
    <w:p>
      <w:r>
        <w:t>96. 技能人才评价改革的主要内容是什么？</w:t>
        <w:br/>
        <w:t>【答案】取消部分职业资格许可、企业自主评价、社会评价组织参与、人社部门监管  96. 技能人才评价改革的主要内容是什么？</w:t>
        <w:br/>
        <w:t>【答案】取消部分职业资格许可、企业自主评价、社会评价组织参与、人社部门监管</w:t>
      </w:r>
    </w:p>
    <w:p>
      <w:r>
        <w:t>97. 职业技能等级证书有什么作用？</w:t>
        <w:br/>
        <w:t>【答案】求职就业凭证、晋升依据、补贴申领、技能水平证明  97. 职业技能等级证书有什么作用？</w:t>
        <w:br/>
        <w:t>【答案】求职就业凭证、晋升依据、补贴申领、技能水平证明</w:t>
      </w:r>
    </w:p>
    <w:p>
      <w:r>
        <w:t>98. 如何选择正规的评价机构？</w:t>
        <w:br/>
        <w:t>【答案】查询人社部门备案名单、核实机构资质、注意收费规范  98. 如何选择正规的评价机构？</w:t>
        <w:br/>
        <w:t>【答案】查询人社部门备案名单、核实机构资质、注意收费规范</w:t>
      </w:r>
    </w:p>
    <w:p>
      <w:r>
        <w:t>99. 简述职业技能等级证书的申报流程  99. 简述职业技能等级证书的申报流程。</w:t>
        <w:br/>
        <w:t>【答案】查询评价机构、报名、参加考核、成绩公示、领取证书</w:t>
      </w:r>
    </w:p>
    <w:p>
      <w:r>
        <w:t>100. 技能人才评价改革的主要内容是什么？</w:t>
        <w:br/>
        <w:t>【答案】取消部分职业资格许可、企业自主评价、社会评价组织参与、人社部门监管  100. 技能人才评价改革的主要内容是什么？</w:t>
        <w:br/>
        <w:t>【答案】取消部分职业资格许可、企业自主评价、社会评价组织参与、人社部门监管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