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竞品分析报告模板：从产品功能到营销策略</w:t>
      </w:r>
    </w:p>
    <w:p>
      <w:r>
        <w:t>产品经理、运营必备的竞品分析报告怎么写？小编整理了竞品分析报告模板，覆盖功能、定价、渠道、营销全维度。</w:t>
      </w:r>
    </w:p>
    <w:p>
      <w:r>
        <w:t>亮点：①分析框架；②对比表格模板；③结论输出方法。网页是预览版，下载Word完整版可编辑。? 免费下载Word完整版（可直接打印编辑）</w:t>
      </w:r>
    </w:p>
    <w:p>
      <w:pPr>
        <w:pStyle w:val="Heading1"/>
      </w:pPr>
      <w:r>
        <w:t>竞品分析报告结构</w:t>
      </w:r>
    </w:p>
    <w:p>
      <w:r>
        <w:t>一、分析目的与竞品选取（核心竞品2-3家）</w:t>
      </w:r>
    </w:p>
    <w:p>
      <w:r>
        <w:t>二、产品功能对比（功能清单表格）</w:t>
      </w:r>
    </w:p>
    <w:p>
      <w:r>
        <w:t>三、定价与商业模式对比</w:t>
      </w:r>
    </w:p>
    <w:p>
      <w:r>
        <w:t>四、渠道与获客方式</w:t>
      </w:r>
    </w:p>
    <w:p>
      <w:r>
        <w:t>五、营销策略与用户反馈</w:t>
      </w:r>
    </w:p>
    <w:p>
      <w:r>
        <w:t>六、优劣势总结（竞品SWOT）</w:t>
      </w:r>
    </w:p>
    <w:p>
      <w:r>
        <w:t>七、对我方建议</w:t>
      </w:r>
    </w:p>
    <w:p>
      <w:r>
        <w:t>完整对比表格见Word版。?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