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竞聘演讲稿范文：中层管理岗位竞聘（附万能开场结尾）</w:t>
      </w:r>
    </w:p>
    <w:p>
      <w:r>
        <w:t>单位内部竞聘、公司岗位晋升，一篇好的竞聘演讲稿能让你脱颖而出！小编整理了一份中层管理岗位竞聘演讲稿范文，附万能开场和结尾模板。</w:t>
      </w:r>
    </w:p>
    <w:p>
      <w:r>
        <w:t>亮点：①三段式结构（自我介绍+业绩展示+履职设想）；②开场白5种写法；③结尾表态3种模板。网页是预览版，下载Word完整版可自由编辑。? 免费下载Word完整版（可直接打印编辑）</w:t>
      </w:r>
    </w:p>
    <w:p>
      <w:pPr>
        <w:pStyle w:val="Heading1"/>
      </w:pPr>
      <w:r>
        <w:t>竞聘演讲稿（范文）</w:t>
      </w:r>
    </w:p>
    <w:p>
      <w:r>
        <w:t>尊敬的各位领导、各位评委、各位同事：</w:t>
      </w:r>
    </w:p>
    <w:p>
      <w:r>
        <w:t>大家好！感谢单位给我这次竞聘的机会。我叫____，现任____岗位。今天我要竞聘的岗位是____。</w:t>
      </w:r>
    </w:p>
    <w:p>
      <w:r>
        <w:t>【业绩展示】任职期间，我主要负责____工作，累计完成____，取得了____的成绩。我认为自己具备以下三点优势：一是有较强的业务能力……二是有良好的沟通协调能力……三是有踏实肯干的工作作风……</w:t>
      </w:r>
    </w:p>
    <w:p>
      <w:pPr>
        <w:pStyle w:val="Heading1"/>
      </w:pPr>
      <w:r>
        <w:t>履职设想</w:t>
      </w:r>
    </w:p>
    <w:p>
      <w:r>
        <w:t>如果竞聘成功，我将从三个方面开展工作：</w:t>
      </w:r>
    </w:p>
    <w:p>
      <w:r>
        <w:t>一是抓业务，围绕____目标，推行____举措；</w:t>
      </w:r>
    </w:p>
    <w:p>
      <w:r>
        <w:t>二是带团队，建立____机制，激发团队活力；</w:t>
      </w:r>
    </w:p>
    <w:p>
      <w:r>
        <w:t>三是强服务，优化____流程，提升____满意度。</w:t>
      </w:r>
    </w:p>
    <w:p>
      <w:pPr>
        <w:pStyle w:val="Heading1"/>
      </w:pPr>
      <w:r>
        <w:t>结尾</w:t>
      </w:r>
    </w:p>
    <w:p>
      <w:r>
        <w:t>最后，无论竞聘结果如何，我都将继续以饱满的热情做好本职工作。请大家支持我，谢谢！</w:t>
      </w:r>
    </w:p>
    <w:p>
      <w:r>
        <w:t>? 万能开场："今天我带着对____事业的热爱和对岗位的责任感，站在这里参加竞聘。"</w:t>
      </w:r>
    </w:p>
    <w:p>
      <w:r>
        <w:t>? 万能结尾："给我一个平台，我还您一份精彩！"?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