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警示教育学习心得体会范文</w:t>
      </w:r>
    </w:p>
    <w:p>
      <w:r>
        <w:t>单位组织警示教育学习要写心得？小编整理了警示教育学习心得体会范文，体制内通用。</w:t>
      </w:r>
    </w:p>
    <w:p>
      <w:r>
        <w:t>亮点：①结合案例的心得写法；②自我剖析角度；③表态内容。网页是预览版，下载Word完整版可编辑。? 免费下载Word完整版（可直接打印编辑）</w:t>
      </w:r>
    </w:p>
    <w:p>
      <w:pPr>
        <w:pStyle w:val="Heading1"/>
      </w:pPr>
      <w:r>
        <w:t>警示教育心得体会</w:t>
      </w:r>
    </w:p>
    <w:p>
      <w:r>
        <w:t>通过本次警示教育学习，我深受触动。一个个典型案例发人深省……</w:t>
      </w:r>
    </w:p>
    <w:p>
      <w:r>
        <w:t>【认识】一是要坚定理想信念……二是要严守纪律规矩……三是要慎独慎微……</w:t>
      </w:r>
    </w:p>
    <w:p>
      <w:r>
        <w:t>【剖析】对照自身，我要警惕……</w:t>
      </w:r>
    </w:p>
    <w:p>
      <w:r>
        <w:t>【表态】今后我将以案为鉴、警钟长鸣，做到知敬畏、存戒惧、守底线。完整版见Word。?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