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全国计算机等级考试二级Office 2027备考+100题模拟卷</w:t>
      </w:r>
    </w:p>
    <w:p>
      <w:r>
        <w:t>全国计算机等级考试二级Office 2027备考+100题模拟卷</w:t>
      </w:r>
    </w:p>
    <w:p>
      <w:r>
        <w:t>一、考试信息：报名与考试时间以官方最新通知为准，报名入口见正文。</w:t>
      </w:r>
    </w:p>
    <w:p>
      <w:r>
        <w:t>二、模拟试卷（100题）</w:t>
      </w:r>
    </w:p>
    <w:p>
      <w:r>
        <w:t>1. Word中"分页符"的作用是（单选）</w:t>
        <w:br/>
        <w:t>A. 插入表格  B. 插入新页  C. 调整行距  D. 设置字体</w:t>
        <w:br/>
        <w:t>答案：A  解析：分页符将后续内容强制排到新的一页。</w:t>
      </w:r>
    </w:p>
    <w:p>
      <w:r>
        <w:t>2. Excel中单元格引用"$A$1"是（单选）</w:t>
        <w:br/>
        <w:t>A. 混合引用  B. 相对引用  C. 区域引用  D. 绝对引用</w:t>
        <w:br/>
        <w:t>答案：C  解析：$A$1是绝对引用，行和列都不随公式移动变化。</w:t>
      </w:r>
    </w:p>
    <w:p>
      <w:r>
        <w:t>3. Excel中SUM函数的用途是（单选）</w:t>
        <w:br/>
        <w:t>A. 计数  B. 最大值  C. 求平均值  D. 求和</w:t>
        <w:br/>
        <w:t>答案：B  解析：SUM函数用于对数值区域求和。</w:t>
      </w:r>
    </w:p>
    <w:p>
      <w:r>
        <w:t>4. PowerPoint中"母版"的作用是（单选）</w:t>
        <w:br/>
        <w:t>A. 设置密码  B. 统一风格  C. 插入视频  D. 制作动画</w:t>
        <w:br/>
        <w:t>答案：A  解析：母版用于统一演示文稿的版式、字体和背景风格。</w:t>
      </w:r>
    </w:p>
    <w:p>
      <w:r>
        <w:t>5. Word中"查找与替换"的快捷键是（单选）</w:t>
        <w:br/>
        <w:t>A. Ctrl+Z  B. Ctrl+P  C. Ctrl+F  D. Ctrl+S</w:t>
        <w:br/>
        <w:t>答案：A  解析：Ctrl+F打开查找，Ctrl+H打开查找与替换。</w:t>
      </w:r>
    </w:p>
    <w:p>
      <w:r>
        <w:t>6. Excel中VLOOKUP函数用于（单选）</w:t>
        <w:br/>
        <w:t>A. 取整  B. 求和  C. 垂直查找  D. 日期计算</w:t>
        <w:br/>
        <w:t>答案：D  解析：VLOOKUP在数据表首列查找值并返回指定列对应数据。</w:t>
      </w:r>
    </w:p>
    <w:p>
      <w:r>
        <w:t>7. 计算机网络按覆盖范围可分为（单选）</w:t>
        <w:br/>
        <w:t>A. 局域网城域网广域网  B. 星形网总线网  C. 内网外网  D. 有线网无线网</w:t>
        <w:br/>
        <w:t>答案：B  解析：按覆盖范围分为局域网（LAN）、城域网（MAN）、广域网（WAN）。</w:t>
      </w:r>
    </w:p>
    <w:p>
      <w:r>
        <w:t>8. Word中设置段落首行缩进在哪个对话框（单选）</w:t>
        <w:br/>
        <w:t>A. 字体  B. 段落  C. 样式  D. 页面设置</w:t>
        <w:br/>
        <w:t>答案：C  解析：首行缩进在"段落"对话框的缩进选项里设置。</w:t>
      </w:r>
    </w:p>
    <w:p>
      <w:r>
        <w:t>9. Excel中IF函数的功能是（单选）</w:t>
        <w:br/>
        <w:t>A. 排序  B. 筛选  C. 条件判断  D. 合并</w:t>
        <w:br/>
        <w:t>答案：D  解析：IF函数根据条件返回不同结果：=IF(条件,真值,假值)。</w:t>
      </w:r>
    </w:p>
    <w:p>
      <w:r>
        <w:t>10. PowerPoint中放映当前幻灯片的快捷键是（单选）</w:t>
        <w:br/>
        <w:t>A. F5  B. Shift+F5  C. Ctrl+F5  D. Alt+F5</w:t>
        <w:br/>
        <w:t>答案：D  解析：F5从头放映，Shift+F5从当前页放映。</w:t>
      </w:r>
    </w:p>
    <w:p>
      <w:r>
        <w:t>11. 操作系统中"文件"的最小存储单位是（单选）</w:t>
        <w:br/>
        <w:t>A. 簇  B. 字  C. 扇区  D. 字节</w:t>
        <w:br/>
        <w:t>答案：B  解析：文件存储以簇为最小分配单位（多个扇区组成簇）。</w:t>
      </w:r>
    </w:p>
    <w:p>
      <w:r>
        <w:t>12. Word中"邮件合并"常用于（单选）</w:t>
        <w:br/>
        <w:t>A. 批量生成信函  B. 插入图片  C. 设置页眉  D. 分栏</w:t>
        <w:br/>
        <w:t>答案：D  解析：邮件合并用于批量生成相同格式不同内容的文档（如录取通知书）。</w:t>
      </w:r>
    </w:p>
    <w:p>
      <w:r>
        <w:t>13. Excel中数据排序的依据可以（单选）</w:t>
        <w:br/>
        <w:t>A. 只能单列  B. 按多列排序  C. 不能自定义  D. 只能按字母</w:t>
        <w:br/>
        <w:t>答案：C  解析：Excel排序支持按多列设置主要、次要关键字排序。</w:t>
      </w:r>
    </w:p>
    <w:p>
      <w:r>
        <w:t>14. 计算机病毒的本质是（单选）</w:t>
        <w:br/>
        <w:t>A. 程序  B. 断电  C. 网络故障  D. 硬件故障</w:t>
        <w:br/>
        <w:t>答案：B  解析：计算机病毒是人为编写的具有破坏性的程序代码。</w:t>
      </w:r>
    </w:p>
    <w:p>
      <w:r>
        <w:t>15. PowerPoint中"动画窗格"用于（单选）</w:t>
        <w:br/>
        <w:t>A. 插入图表  B. 设置背景  C. 管理动画顺序  D. 排练计时</w:t>
        <w:br/>
        <w:t>答案：D  解析：动画窗格可调整动画的播放顺序、时间和效果。</w:t>
      </w:r>
    </w:p>
    <w:p>
      <w:r>
        <w:t>16. Word中"页眉页脚"不包括（单选）</w:t>
        <w:br/>
        <w:t>A. 页码  B. 日期  C. 页边距  D. 公司名称</w:t>
        <w:br/>
        <w:t>答案：D  解析：页眉页脚可放页码、日期、公司名称等，页边距属于页面设置。</w:t>
      </w:r>
    </w:p>
    <w:p>
      <w:r>
        <w:t>17. Excel中数据透视表的用途是（单选）</w:t>
        <w:br/>
        <w:t>A. 输入数据  B. 制作图表动画  C. 快速汇总分析  D. 打印报表</w:t>
        <w:br/>
        <w:t>答案：B  解析：数据透视表可快速对大量数据进行分组汇总和分析。</w:t>
      </w:r>
    </w:p>
    <w:p>
      <w:r>
        <w:t>18. 电子邮件地址的格式是（单选）</w:t>
        <w:br/>
        <w:t>A. 域名@用户名  B. 用户名.域名  C. 用户名@域名  D. www.用户名</w:t>
        <w:br/>
        <w:t>答案：D  解析：电子邮件格式：用户名@邮件服务器域名，如 abc@163.com。</w:t>
      </w:r>
    </w:p>
    <w:p>
      <w:r>
        <w:t>19. Word中"样式"的作用是（单选）</w:t>
        <w:br/>
        <w:t>A. 查找替换  B. 统一格式  C. 统计字数  D. 插入表格</w:t>
        <w:br/>
        <w:t>答案：A  解析：样式可快速统一标题、正文等格式，便于批量修改。</w:t>
      </w:r>
    </w:p>
    <w:p>
      <w:r>
        <w:t>20. Excel中"筛选"与"排序"的区别是（单选）</w:t>
        <w:br/>
        <w:t>A. 筛选隐藏不符合项  B. 筛选删除数据  C. 排序隐藏数据  D. 两者相同</w:t>
        <w:br/>
        <w:t>答案：C  解析：筛选是隐藏不符合条件的行（数据不删除），排序是重排顺序。</w:t>
      </w:r>
    </w:p>
    <w:p>
      <w:r>
        <w:t>21. Word中"分页符"的作用是（单选）</w:t>
        <w:br/>
        <w:t>A. 设置字体  B. 调整行距  C. 插入表格  D. 插入新页</w:t>
        <w:br/>
        <w:t>答案：C  解析：分页符将后续内容强制排到新的一页。</w:t>
      </w:r>
    </w:p>
    <w:p>
      <w:r>
        <w:t>22. Excel中单元格引用"$A$1"是（单选）</w:t>
        <w:br/>
        <w:t>A. 区域引用  B. 混合引用  C. 相对引用  D. 绝对引用</w:t>
        <w:br/>
        <w:t>答案：A  解析：$A$1是绝对引用，行和列都不随公式移动变化。</w:t>
      </w:r>
    </w:p>
    <w:p>
      <w:r>
        <w:t>23. Excel中SUM函数的用途是（单选）</w:t>
        <w:br/>
        <w:t>A. 求平均值  B. 最大值  C. 求和  D. 计数</w:t>
        <w:br/>
        <w:t>答案：B  解析：SUM函数用于对数值区域求和。</w:t>
      </w:r>
    </w:p>
    <w:p>
      <w:r>
        <w:t>24. PowerPoint中"母版"的作用是（单选）</w:t>
        <w:br/>
        <w:t>A. 制作动画  B. 统一风格  C. 设置密码  D. 插入视频</w:t>
        <w:br/>
        <w:t>答案：C  解析：母版用于统一演示文稿的版式、字体和背景风格。</w:t>
      </w:r>
    </w:p>
    <w:p>
      <w:r>
        <w:t>25. Word中"查找与替换"的快捷键是（单选）</w:t>
        <w:br/>
        <w:t>A. Ctrl+P  B. Ctrl+Z  C. Ctrl+F  D. Ctrl+S</w:t>
        <w:br/>
        <w:t>答案：B  解析：Ctrl+F打开查找，Ctrl+H打开查找与替换。</w:t>
      </w:r>
    </w:p>
    <w:p>
      <w:r>
        <w:t>26. Excel中VLOOKUP函数用于（单选）</w:t>
        <w:br/>
        <w:t>A. 垂直查找  B. 日期计算  C. 取整  D. 求和</w:t>
        <w:br/>
        <w:t>答案：B  解析：VLOOKUP在数据表首列查找值并返回指定列对应数据。</w:t>
      </w:r>
    </w:p>
    <w:p>
      <w:r>
        <w:t>27. 计算机网络按覆盖范围可分为（单选）</w:t>
        <w:br/>
        <w:t>A. 局域网城域网广域网  B. 内网外网  C. 星形网总线网  D. 有线网无线网</w:t>
        <w:br/>
        <w:t>答案：C  解析：按覆盖范围分为局域网（LAN）、城域网（MAN）、广域网（WAN）。</w:t>
      </w:r>
    </w:p>
    <w:p>
      <w:r>
        <w:t>28. Word中设置段落首行缩进在哪个对话框（单选）</w:t>
        <w:br/>
        <w:t>A. 字体  B. 样式  C. 页面设置  D. 段落</w:t>
        <w:br/>
        <w:t>答案：B  解析：首行缩进在"段落"对话框的缩进选项里设置。</w:t>
      </w:r>
    </w:p>
    <w:p>
      <w:r>
        <w:t>29. Excel中IF函数的功能是（单选）</w:t>
        <w:br/>
        <w:t>A. 筛选  B. 排序  C. 合并  D. 条件判断</w:t>
        <w:br/>
        <w:t>答案：C  解析：IF函数根据条件返回不同结果：=IF(条件,真值,假值)。</w:t>
      </w:r>
    </w:p>
    <w:p>
      <w:r>
        <w:t>30. PowerPoint中放映当前幻灯片的快捷键是（单选）</w:t>
        <w:br/>
        <w:t>A. Shift+F5  B. Alt+F5  C. F5  D. Ctrl+F5</w:t>
        <w:br/>
        <w:t>答案：B  解析：F5从头放映，Shift+F5从当前页放映。</w:t>
      </w:r>
    </w:p>
    <w:p>
      <w:r>
        <w:t>31. 操作系统中"文件"的最小存储单位是（单选）</w:t>
        <w:br/>
        <w:t>A. 簇  B. 字  C. 字节  D. 扇区</w:t>
        <w:br/>
        <w:t>答案：B  解析：文件存储以簇为最小分配单位（多个扇区组成簇）。</w:t>
      </w:r>
    </w:p>
    <w:p>
      <w:r>
        <w:t>32. Word中"邮件合并"常用于（单选）</w:t>
        <w:br/>
        <w:t>A. 分栏  B. 插入图片  C. 批量生成信函  D. 设置页眉</w:t>
        <w:br/>
        <w:t>答案：A  解析：邮件合并用于批量生成相同格式不同内容的文档（如录取通知书）。</w:t>
      </w:r>
    </w:p>
    <w:p>
      <w:r>
        <w:t>33. Excel中数据排序的依据可以（单选）</w:t>
        <w:br/>
        <w:t>A. 只能按字母  B. 按多列排序  C. 只能单列  D. 不能自定义</w:t>
        <w:br/>
        <w:t>答案：D  解析：Excel排序支持按多列设置主要、次要关键字排序。</w:t>
      </w:r>
    </w:p>
    <w:p>
      <w:r>
        <w:t>34. 计算机病毒的本质是（单选）</w:t>
        <w:br/>
        <w:t>A. 网络故障  B. 程序  C. 断电  D. 硬件故障</w:t>
        <w:br/>
        <w:t>答案：C  解析：计算机病毒是人为编写的具有破坏性的程序代码。</w:t>
      </w:r>
    </w:p>
    <w:p>
      <w:r>
        <w:t>35. PowerPoint中"动画窗格"用于（单选）</w:t>
        <w:br/>
        <w:t>A. 设置背景  B. 管理动画顺序  C. 插入图表  D. 排练计时</w:t>
        <w:br/>
        <w:t>答案：D  解析：动画窗格可调整动画的播放顺序、时间和效果。</w:t>
      </w:r>
    </w:p>
    <w:p>
      <w:r>
        <w:t>36. Word中"页眉页脚"不包括（单选）</w:t>
        <w:br/>
        <w:t>A. 页边距  B. 日期  C. 页码  D. 公司名称</w:t>
        <w:br/>
        <w:t>答案：D  解析：页眉页脚可放页码、日期、公司名称等，页边距属于页面设置。</w:t>
      </w:r>
    </w:p>
    <w:p>
      <w:r>
        <w:t>37. Excel中数据透视表的用途是（单选）</w:t>
        <w:br/>
        <w:t>A. 快速汇总分析  B. 输入数据  C. 制作图表动画  D. 打印报表</w:t>
        <w:br/>
        <w:t>答案：C  解析：数据透视表可快速对大量数据进行分组汇总和分析。</w:t>
      </w:r>
    </w:p>
    <w:p>
      <w:r>
        <w:t>38. 电子邮件地址的格式是（单选）</w:t>
        <w:br/>
        <w:t>A. 域名@用户名  B. 用户名.域名  C. 用户名@域名  D. www.用户名</w:t>
        <w:br/>
        <w:t>答案：D  解析：电子邮件格式：用户名@邮件服务器域名，如 abc@163.com。</w:t>
      </w:r>
    </w:p>
    <w:p>
      <w:r>
        <w:t>39. Word中"样式"的作用是（单选）</w:t>
        <w:br/>
        <w:t>A. 统一格式  B. 插入表格  C. 统计字数  D. 查找替换</w:t>
        <w:br/>
        <w:t>答案：D  解析：样式可快速统一标题、正文等格式，便于批量修改。</w:t>
      </w:r>
    </w:p>
    <w:p>
      <w:r>
        <w:t>40. Excel中"筛选"与"排序"的区别是（单选）</w:t>
        <w:br/>
        <w:t>A. 两者相同  B. 筛选隐藏不符合项  C. 排序隐藏数据  D. 筛选删除数据</w:t>
        <w:br/>
        <w:t>答案：C  解析：筛选是隐藏不符合条件的行（数据不删除），排序是重排顺序。</w:t>
      </w:r>
    </w:p>
    <w:p>
      <w:r>
        <w:t>41. Word中"分页符"的作用是（单选）</w:t>
        <w:br/>
        <w:t>A. 设置字体  B. 插入新页  C. 调整行距  D. 插入表格</w:t>
        <w:br/>
        <w:t>答案：D  解析：分页符将后续内容强制排到新的一页。</w:t>
      </w:r>
    </w:p>
    <w:p>
      <w:r>
        <w:t>42. Excel中单元格引用"$A$1"是（单选）</w:t>
        <w:br/>
        <w:t>A. 相对引用  B. 混合引用  C. 区域引用  D. 绝对引用</w:t>
        <w:br/>
        <w:t>答案：C  解析：$A$1是绝对引用，行和列都不随公式移动变化。</w:t>
      </w:r>
    </w:p>
    <w:p>
      <w:r>
        <w:t>43. Excel中SUM函数的用途是（单选）</w:t>
        <w:br/>
        <w:t>A. 求平均值  B. 计数  C. 求和  D. 最大值</w:t>
        <w:br/>
        <w:t>答案：D  解析：SUM函数用于对数值区域求和。</w:t>
      </w:r>
    </w:p>
    <w:p>
      <w:r>
        <w:t>44. PowerPoint中"母版"的作用是（单选）</w:t>
        <w:br/>
        <w:t>A. 统一风格  B. 制作动画  C. 设置密码  D. 插入视频</w:t>
        <w:br/>
        <w:t>答案：C  解析：母版用于统一演示文稿的版式、字体和背景风格。</w:t>
      </w:r>
    </w:p>
    <w:p>
      <w:r>
        <w:t>45. Word中"查找与替换"的快捷键是（单选）</w:t>
        <w:br/>
        <w:t>A. Ctrl+P  B. Ctrl+Z  C. Ctrl+S  D. Ctrl+F</w:t>
        <w:br/>
        <w:t>答案：B  解析：Ctrl+F打开查找，Ctrl+H打开查找与替换。</w:t>
      </w:r>
    </w:p>
    <w:p>
      <w:r>
        <w:t>46. Excel中VLOOKUP函数用于（单选）</w:t>
        <w:br/>
        <w:t>A. 求和  B. 日期计算  C. 取整  D. 垂直查找</w:t>
        <w:br/>
        <w:t>答案：B  解析：VLOOKUP在数据表首列查找值并返回指定列对应数据。</w:t>
      </w:r>
    </w:p>
    <w:p>
      <w:r>
        <w:t>47. 计算机网络按覆盖范围可分为（单选）</w:t>
        <w:br/>
        <w:t>A. 局域网城域网广域网  B. 内网外网  C. 星形网总线网  D. 有线网无线网</w:t>
        <w:br/>
        <w:t>答案：C  解析：按覆盖范围分为局域网（LAN）、城域网（MAN）、广域网（WAN）。</w:t>
      </w:r>
    </w:p>
    <w:p>
      <w:r>
        <w:t>48. Word中设置段落首行缩进在哪个对话框（单选）</w:t>
        <w:br/>
        <w:t>A. 字体  B. 样式  C. 段落  D. 页面设置</w:t>
        <w:br/>
        <w:t>答案：B  解析：首行缩进在"段落"对话框的缩进选项里设置。</w:t>
      </w:r>
    </w:p>
    <w:p>
      <w:r>
        <w:t>49. Excel中IF函数的功能是（单选）</w:t>
        <w:br/>
        <w:t>A. 条件判断  B. 合并  C. 筛选  D. 排序</w:t>
        <w:br/>
        <w:t>答案：B  解析：IF函数根据条件返回不同结果：=IF(条件,真值,假值)。</w:t>
      </w:r>
    </w:p>
    <w:p>
      <w:r>
        <w:t>50. PowerPoint中放映当前幻灯片的快捷键是（单选）</w:t>
        <w:br/>
        <w:t>A. Ctrl+F5  B. F5  C. Alt+F5  D. Shift+F5</w:t>
        <w:br/>
        <w:t>答案：C  解析：F5从头放映，Shift+F5从当前页放映。</w:t>
      </w:r>
    </w:p>
    <w:p>
      <w:r>
        <w:t>51. 操作系统中"文件"的最小存储单位是（单选）</w:t>
        <w:br/>
        <w:t>A. 字  B. 扇区  C. 簇  D. 字节</w:t>
        <w:br/>
        <w:t>答案：A  解析：文件存储以簇为最小分配单位（多个扇区组成簇）。</w:t>
      </w:r>
    </w:p>
    <w:p>
      <w:r>
        <w:t>52. Word中"邮件合并"常用于（单选）</w:t>
        <w:br/>
        <w:t>A. 分栏  B. 设置页眉  C. 插入图片  D. 批量生成信函</w:t>
        <w:br/>
        <w:t>答案：A  解析：邮件合并用于批量生成相同格式不同内容的文档（如录取通知书）。</w:t>
      </w:r>
    </w:p>
    <w:p>
      <w:r>
        <w:t>53. Excel中数据排序的依据可以（单选）</w:t>
        <w:br/>
        <w:t>A. 只能单列  B. 按多列排序  C. 不能自定义  D. 只能按字母</w:t>
        <w:br/>
        <w:t>答案：C  解析：Excel排序支持按多列设置主要、次要关键字排序。</w:t>
      </w:r>
    </w:p>
    <w:p>
      <w:r>
        <w:t>54. 计算机病毒的本质是（单选）</w:t>
        <w:br/>
        <w:t>A. 硬件故障  B. 网络故障  C. 程序  D. 断电</w:t>
        <w:br/>
        <w:t>答案：D  解析：计算机病毒是人为编写的具有破坏性的程序代码。</w:t>
      </w:r>
    </w:p>
    <w:p>
      <w:r>
        <w:t>55. PowerPoint中"动画窗格"用于（单选）</w:t>
        <w:br/>
        <w:t>A. 排练计时  B. 管理动画顺序  C. 设置背景  D. 插入图表</w:t>
        <w:br/>
        <w:t>答案：A  解析：动画窗格可调整动画的播放顺序、时间和效果。</w:t>
      </w:r>
    </w:p>
    <w:p>
      <w:r>
        <w:t>56. Word中"页眉页脚"不包括（单选）</w:t>
        <w:br/>
        <w:t>A. 页码  B. 日期  C. 公司名称  D. 页边距</w:t>
        <w:br/>
        <w:t>答案：C  解析：页眉页脚可放页码、日期、公司名称等，页边距属于页面设置。</w:t>
      </w:r>
    </w:p>
    <w:p>
      <w:r>
        <w:t>57. Excel中数据透视表的用途是（单选）</w:t>
        <w:br/>
        <w:t>A. 快速汇总分析  B. 打印报表  C. 制作图表动画  D. 输入数据</w:t>
        <w:br/>
        <w:t>答案：C  解析：数据透视表可快速对大量数据进行分组汇总和分析。</w:t>
      </w:r>
    </w:p>
    <w:p>
      <w:r>
        <w:t>58. 电子邮件地址的格式是（单选）</w:t>
        <w:br/>
        <w:t>A. 用户名@域名  B. 域名@用户名  C. 用户名.域名  D. www.用户名</w:t>
        <w:br/>
        <w:t>答案：D  解析：电子邮件格式：用户名@邮件服务器域名，如 abc@163.com。</w:t>
      </w:r>
    </w:p>
    <w:p>
      <w:r>
        <w:t>59. Word中"样式"的作用是（单选）</w:t>
        <w:br/>
        <w:t>A. 统一格式  B. 统计字数  C. 插入表格  D. 查找替换</w:t>
        <w:br/>
        <w:t>答案：D  解析：样式可快速统一标题、正文等格式，便于批量修改。</w:t>
      </w:r>
    </w:p>
    <w:p>
      <w:r>
        <w:t>60. Excel中"筛选"与"排序"的区别是（单选）</w:t>
        <w:br/>
        <w:t>A. 筛选删除数据  B. 筛选隐藏不符合项  C. 排序隐藏数据  D. 两者相同</w:t>
        <w:br/>
        <w:t>答案：C  解析：筛选是隐藏不符合条件的行（数据不删除），排序是重排顺序。</w:t>
      </w:r>
    </w:p>
    <w:p>
      <w:r>
        <w:t>61. Word中"分页符"的作用是，该说法正确与否？（判断）</w:t>
        <w:br/>
        <w:t>答案：正确  解析：分页符将后续内容强制排到新的一页。</w:t>
      </w:r>
    </w:p>
    <w:p>
      <w:r>
        <w:t>62. Excel中单元格引用"$A$1"是，该说法正确与否？（判断）</w:t>
        <w:br/>
        <w:t>答案：错误  解析：$A$1是绝对引用，行和列都不随公式移动变化。 请以官方教材表述为准。</w:t>
      </w:r>
    </w:p>
    <w:p>
      <w:r>
        <w:t>63. Excel中SUM函数的用途是，该说法正确与否？（判断）</w:t>
        <w:br/>
        <w:t>答案：错误  解析：SUM函数用于对数值区域求和。 请以官方教材表述为准。</w:t>
      </w:r>
    </w:p>
    <w:p>
      <w:r>
        <w:t>64. PowerPoint中"母版"的作用是，该说法正确与否？（判断）</w:t>
        <w:br/>
        <w:t>答案：正确  解析：母版用于统一演示文稿的版式、字体和背景风格。</w:t>
      </w:r>
    </w:p>
    <w:p>
      <w:r>
        <w:t>65. Word中"查找与替换"的快捷键是，该说法正确与否？（判断）</w:t>
        <w:br/>
        <w:t>答案：错误  解析：Ctrl+F打开查找，Ctrl+H打开查找与替换。 请以官方教材表述为准。</w:t>
      </w:r>
    </w:p>
    <w:p>
      <w:r>
        <w:t>66. Excel中VLOOKUP函数用于，该说法正确与否？（判断）</w:t>
        <w:br/>
        <w:t>答案：错误  解析：VLOOKUP在数据表首列查找值并返回指定列对应数据。 请以官方教材表述为准。</w:t>
      </w:r>
    </w:p>
    <w:p>
      <w:r>
        <w:t>67. 计算机网络按覆盖范围可分为，该说法正确与否？（判断）</w:t>
        <w:br/>
        <w:t>答案：正确  解析：按覆盖范围分为局域网（LAN）、城域网（MAN）、广域网（WAN）。</w:t>
      </w:r>
    </w:p>
    <w:p>
      <w:r>
        <w:t>68. Word中设置段落首行缩进在哪个对话框，该说法正确与否？（判断）</w:t>
        <w:br/>
        <w:t>答案：错误  解析：首行缩进在"段落"对话框的缩进选项里设置。 请以官方教材表述为准。</w:t>
      </w:r>
    </w:p>
    <w:p>
      <w:r>
        <w:t>69. Excel中IF函数的功能是，该说法正确与否？（判断）</w:t>
        <w:br/>
        <w:t>答案：错误  解析：IF函数根据条件返回不同结果：=IF(条件,真值,假值)。 请以官方教材表述为准。</w:t>
      </w:r>
    </w:p>
    <w:p>
      <w:r>
        <w:t>70. PowerPoint中放映当前幻灯片的快捷键是，该说法正确与否？（判断）</w:t>
        <w:br/>
        <w:t>答案：正确  解析：F5从头放映，Shift+F5从当前页放映。</w:t>
      </w:r>
    </w:p>
    <w:p>
      <w:r>
        <w:t>71. 操作系统中"文件"的最小存储单位是，该说法正确与否？（判断）</w:t>
        <w:br/>
        <w:t>答案：错误  解析：文件存储以簇为最小分配单位（多个扇区组成簇）。 请以官方教材表述为准。</w:t>
      </w:r>
    </w:p>
    <w:p>
      <w:r>
        <w:t>72. Word中"邮件合并"常用于，该说法正确与否？（判断）</w:t>
        <w:br/>
        <w:t>答案：错误  解析：邮件合并用于批量生成相同格式不同内容的文档（如录取通知书）。 请以官方教材表述为准。</w:t>
      </w:r>
    </w:p>
    <w:p>
      <w:r>
        <w:t>73. Excel中数据排序的依据可以，该说法正确与否？（判断）</w:t>
        <w:br/>
        <w:t>答案：正确  解析：Excel排序支持按多列设置主要、次要关键字排序。</w:t>
      </w:r>
    </w:p>
    <w:p>
      <w:r>
        <w:t>74. 计算机病毒的本质是，该说法正确与否？（判断）</w:t>
        <w:br/>
        <w:t>答案：错误  解析：计算机病毒是人为编写的具有破坏性的程序代码。 请以官方教材表述为准。</w:t>
      </w:r>
    </w:p>
    <w:p>
      <w:r>
        <w:t>75. PowerPoint中"动画窗格"用于，该说法正确与否？（判断）</w:t>
        <w:br/>
        <w:t>答案：错误  解析：动画窗格可调整动画的播放顺序、时间和效果。 请以官方教材表述为准。</w:t>
      </w:r>
    </w:p>
    <w:p>
      <w:r>
        <w:t>76. Word中"页眉页脚"不包括，该说法正确与否？（判断）</w:t>
        <w:br/>
        <w:t>答案：正确  解析：页眉页脚可放页码、日期、公司名称等，页边距属于页面设置。</w:t>
      </w:r>
    </w:p>
    <w:p>
      <w:r>
        <w:t>77. Excel中数据透视表的用途是，该说法正确与否？（判断）</w:t>
        <w:br/>
        <w:t>答案：错误  解析：数据透视表可快速对大量数据进行分组汇总和分析。 请以官方教材表述为准。</w:t>
      </w:r>
    </w:p>
    <w:p>
      <w:r>
        <w:t>78. 电子邮件地址的格式是，该说法正确与否？（判断）</w:t>
        <w:br/>
        <w:t>答案：错误  解析：电子邮件格式：用户名@邮件服务器域名，如 abc@163.com。 请以官方教材表述为准。</w:t>
      </w:r>
    </w:p>
    <w:p>
      <w:r>
        <w:t>79. Word中"样式"的作用是，该说法正确与否？（判断）</w:t>
        <w:br/>
        <w:t>答案：正确  解析：样式可快速统一标题、正文等格式，便于批量修改。</w:t>
      </w:r>
    </w:p>
    <w:p>
      <w:r>
        <w:t>80. Excel中"筛选"与"排序"的区别是，该说法正确与否？（判断）</w:t>
        <w:br/>
        <w:t>答案：错误  解析：筛选是隐藏不符合条件的行（数据不删除），排序是重排顺序。 请以官方教材表述为准。</w:t>
      </w:r>
    </w:p>
    <w:p>
      <w:r>
        <w:t>81. Word中"分页符"的作用是，该说法正确与否？（判断）</w:t>
        <w:br/>
        <w:t>答案：错误  解析：分页符将后续内容强制排到新的一页。 请以官方教材表述为准。</w:t>
      </w:r>
    </w:p>
    <w:p>
      <w:r>
        <w:t>82. Excel中单元格引用"$A$1"是，该说法正确与否？（判断）</w:t>
        <w:br/>
        <w:t>答案：正确  解析：$A$1是绝对引用，行和列都不随公式移动变化。</w:t>
      </w:r>
    </w:p>
    <w:p>
      <w:r>
        <w:t>83. Excel中SUM函数的用途是，该说法正确与否？（判断）</w:t>
        <w:br/>
        <w:t>答案：错误  解析：SUM函数用于对数值区域求和。 请以官方教材表述为准。</w:t>
      </w:r>
    </w:p>
    <w:p>
      <w:r>
        <w:t>84. PowerPoint中"母版"的作用是，该说法正确与否？（判断）</w:t>
        <w:br/>
        <w:t>答案：错误  解析：母版用于统一演示文稿的版式、字体和背景风格。 请以官方教材表述为准。</w:t>
      </w:r>
    </w:p>
    <w:p>
      <w:r>
        <w:t>85. Word中"查找与替换"的快捷键是，该说法正确与否？（判断）</w:t>
        <w:br/>
        <w:t>答案：正确  解析：Ctrl+F打开查找，Ctrl+H打开查找与替换。</w:t>
      </w:r>
    </w:p>
    <w:p>
      <w:r>
        <w:t>86. Excel中VLOOKUP函数用于，该说法正确与否？（判断）</w:t>
        <w:br/>
        <w:t>答案：错误  解析：VLOOKUP在数据表首列查找值并返回指定列对应数据。 请以官方教材表述为准。</w:t>
      </w:r>
    </w:p>
    <w:p>
      <w:r>
        <w:t>87. 计算机网络按覆盖范围可分为，该说法正确与否？（判断）</w:t>
        <w:br/>
        <w:t>答案：错误  解析：按覆盖范围分为局域网（LAN）、城域网（MAN）、广域网（WAN）。 请以官方教材表述为准。</w:t>
      </w:r>
    </w:p>
    <w:p>
      <w:r>
        <w:t>88. Word中设置段落首行缩进在哪个对话框，该说法正确与否？（判断）</w:t>
        <w:br/>
        <w:t>答案：正确  解析：首行缩进在"段落"对话框的缩进选项里设置。</w:t>
      </w:r>
    </w:p>
    <w:p>
      <w:r>
        <w:t>89. Excel中IF函数的功能是，该说法正确与否？（判断）</w:t>
        <w:br/>
        <w:t>答案：错误  解析：IF函数根据条件返回不同结果：=IF(条件,真值,假值)。 请以官方教材表述为准。</w:t>
      </w:r>
    </w:p>
    <w:p>
      <w:r>
        <w:t>90. PowerPoint中放映当前幻灯片的快捷键是，该说法正确与否？（判断）</w:t>
        <w:br/>
        <w:t>答案：错误  解析：F5从头放映，Shift+F5从当前页放映。 请以官方教材表述为准。</w:t>
      </w:r>
    </w:p>
    <w:p>
      <w:r>
        <w:t>91. 操作系统中"文件"的最小存储单位是，该说法正确与否？（判断）</w:t>
        <w:br/>
        <w:t>答案：正确  解析：文件存储以簇为最小分配单位（多个扇区组成簇）。</w:t>
      </w:r>
    </w:p>
    <w:p>
      <w:r>
        <w:t>92. Word中"邮件合并"常用于，该说法正确与否？（判断）</w:t>
        <w:br/>
        <w:t>答案：错误  解析：邮件合并用于批量生成相同格式不同内容的文档（如录取通知书）。 请以官方教材表述为准。</w:t>
      </w:r>
    </w:p>
    <w:p>
      <w:r>
        <w:t>93. Excel中数据排序的依据可以，该说法正确与否？（判断）</w:t>
        <w:br/>
        <w:t>答案：错误  解析：Excel排序支持按多列设置主要、次要关键字排序。 请以官方教材表述为准。</w:t>
      </w:r>
    </w:p>
    <w:p>
      <w:r>
        <w:t>94. 计算机病毒的本质是，该说法正确与否？（判断）</w:t>
        <w:br/>
        <w:t>答案：正确  解析：计算机病毒是人为编写的具有破坏性的程序代码。</w:t>
      </w:r>
    </w:p>
    <w:p>
      <w:r>
        <w:t>95. PowerPoint中"动画窗格"用于，该说法正确与否？（判断）</w:t>
        <w:br/>
        <w:t>答案：错误  解析：动画窗格可调整动画的播放顺序、时间和效果。 请以官方教材表述为准。</w:t>
      </w:r>
    </w:p>
    <w:p>
      <w:r>
        <w:t>96. Word中"页眉页脚"不包括，该说法正确与否？（判断）</w:t>
        <w:br/>
        <w:t>答案：错误  解析：页眉页脚可放页码、日期、公司名称等，页边距属于页面设置。 请以官方教材表述为准。</w:t>
      </w:r>
    </w:p>
    <w:p>
      <w:r>
        <w:t>97. Excel中数据透视表的用途是，该说法正确与否？（判断）</w:t>
        <w:br/>
        <w:t>答案：正确  解析：数据透视表可快速对大量数据进行分组汇总和分析。</w:t>
      </w:r>
    </w:p>
    <w:p>
      <w:r>
        <w:t>98. 电子邮件地址的格式是，该说法正确与否？（判断）</w:t>
        <w:br/>
        <w:t>答案：错误  解析：电子邮件格式：用户名@邮件服务器域名，如 abc@163.com。 请以官方教材表述为准。</w:t>
      </w:r>
    </w:p>
    <w:p>
      <w:r>
        <w:t>99. Word中"样式"的作用是，该说法正确与否？（判断）</w:t>
        <w:br/>
        <w:t>答案：错误  解析：样式可快速统一标题、正文等格式，便于批量修改。 请以官方教材表述为准。</w:t>
      </w:r>
    </w:p>
    <w:p>
      <w:r>
        <w:t>100. Excel中"筛选"与"排序"的区别是，该说法正确与否？（判断）</w:t>
        <w:br/>
        <w:t>答案：正确  解析：筛选是隐藏不符合条件的行（数据不删除），排序是重排顺序。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