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计算机二级MS Office高级应用模拟100题</w:t>
      </w:r>
    </w:p>
    <w:p/>
    <w:p>
      <w:pPr>
        <w:pStyle w:val="Heading2"/>
      </w:pPr>
      <w:r>
        <w:t>一、单选题（第1-60题）</w:t>
      </w:r>
    </w:p>
    <w:p>
      <w:r>
        <w:t>1. Word中，生成目录应使用（ ）功能。（计算机二级Office高级应用模拟题）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2. Word中，设置页眉页脚应使用（ ）选项卡。（计算机二级Office高级应用模拟题）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3. PPT放映快捷键F5的作用是（ ）。（计算机二级Office高级应用模拟题）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4. Word中，生成目录应使用（ ）功能。（计算机二级Office高级应用模拟题）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5. PPT放映快捷键F5的作用是（ ）。（计算机二级Office高级应用模拟题）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6. Excel中，VLOOKUP函数的最后一个参数表示（ ）。（计算机二级Office高级应用模拟题）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7. PPT放映快捷键F5的作用是（ ）。（计算机二级Office高级应用模拟题）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8. Excel中，求和函数是（ ）。（计算机二级Office高级应用模拟题）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9. PPT放映快捷键F5的作用是（ ）。（计算机二级Office高级应用模拟题）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10. Excel中，数据透视表用于（ ）。（计算机二级Office高级应用模拟题）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11. Excel中，数据透视表用于（ ）。（计算机二级Office高级应用模拟题）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12. Excel中，VLOOKUP函数的最后一个参数表示（ ）。（计算机二级Office高级应用模拟题）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13. Excel中，求和函数是（ ）。（计算机二级Office高级应用模拟题）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14. PPT中，幻灯片母版的作用是（ ）。（计算机二级Office高级应用模拟题）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15. Excel中，数据透视表用于（ ）。（计算机二级Office高级应用模拟题）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16. Excel中，VLOOKUP函数的最后一个参数表示（ ）。（计算机二级Office高级应用模拟题）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17. Word中，生成目录应使用（ ）功能。（计算机二级Office高级应用模拟题）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18. Excel中，VLOOKUP函数的最后一个参数表示（ ）。（计算机二级Office高级应用模拟题）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19. Excel中，求和函数是（ ）。（计算机二级Office高级应用模拟题）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20. PPT中，幻灯片母版的作用是（ ）。（计算机二级Office高级应用模拟题）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21. Excel中，VLOOKUP函数的最后一个参数表示（ ）。（计算机二级Office高级应用模拟题）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22. Excel中，求和函数是（ ）。（计算机二级Office高级应用模拟题）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23. Excel中，数据透视表用于（ ）。（计算机二级Office高级应用模拟题）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24. PPT中，幻灯片母版的作用是（ ）。（计算机二级Office高级应用模拟题）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25. Excel中，数据透视表用于（ ）。（计算机二级Office高级应用模拟题）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26. PPT放映快捷键F5的作用是（ ）。（计算机二级Office高级应用模拟题）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27. Word中，设置页眉页脚应使用（ ）选项卡。（计算机二级Office高级应用模拟题）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28. Word中，设置页眉页脚应使用（ ）选项卡。（计算机二级Office高级应用模拟题）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29. Word中，生成目录应使用（ ）功能。（计算机二级Office高级应用模拟题）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30. Word中，设置页眉页脚应使用（ ）选项卡。（计算机二级Office高级应用模拟题）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31. PPT中，幻灯片母版的作用是（ ）。（计算机二级Office高级应用模拟题）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32. Excel中，VLOOKUP函数的最后一个参数表示（ ）。（计算机二级Office高级应用模拟题）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33. Excel中，VLOOKUP函数的最后一个参数表示（ ）。（计算机二级Office高级应用模拟题）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34. PPT放映快捷键F5的作用是（ ）。（计算机二级Office高级应用模拟题）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35. Word中，生成目录应使用（ ）功能。（计算机二级Office高级应用模拟题）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36. Excel中，数据透视表用于（ ）。（计算机二级Office高级应用模拟题）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37. Word中，生成目录应使用（ ）功能。（计算机二级Office高级应用模拟题）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38. Excel中，数据透视表用于（ ）。（计算机二级Office高级应用模拟题）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39. Word中，设置页眉页脚应使用（ ）选项卡。（计算机二级Office高级应用模拟题）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40. Word中，生成目录应使用（ ）功能。（计算机二级Office高级应用模拟题）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41. PPT放映快捷键F5的作用是（ ）。（计算机二级Office高级应用模拟题）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42. Excel中，VLOOKUP函数的最后一个参数表示（ ）。（计算机二级Office高级应用模拟题）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43. Word中，设置页眉页脚应使用（ ）选项卡。（计算机二级Office高级应用模拟题）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44. PPT放映快捷键F5的作用是（ ）。（计算机二级Office高级应用模拟题）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45. Excel中，VLOOKUP函数的最后一个参数表示（ ）。（计算机二级Office高级应用模拟题）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46. Excel中，求和函数是（ ）。（计算机二级Office高级应用模拟题）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47. PPT中，幻灯片母版的作用是（ ）。（计算机二级Office高级应用模拟题）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48. Excel中，数据透视表用于（ ）。（计算机二级Office高级应用模拟题）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49. Word中，设置页眉页脚应使用（ ）选项卡。（计算机二级Office高级应用模拟题）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50. Word中，生成目录应使用（ ）功能。（计算机二级Office高级应用模拟题）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51. Word中，设置页眉页脚应使用（ ）选项卡。（计算机二级Office高级应用模拟题）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52. Excel中，数据透视表用于（ ）。（计算机二级Office高级应用模拟题）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53. Excel中，求和函数是（ ）。（计算机二级Office高级应用模拟题）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54. PPT中，幻灯片母版的作用是（ ）。（计算机二级Office高级应用模拟题）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55. Excel中，VLOOKUP函数的最后一个参数表示（ ）。（计算机二级Office高级应用模拟题）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56. Excel中，VLOOKUP函数的最后一个参数表示（ ）。（计算机二级Office高级应用模拟题）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57. PPT放映快捷键F5的作用是（ ）。（计算机二级Office高级应用模拟题）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58. PPT中，幻灯片母版的作用是（ ）。（计算机二级Office高级应用模拟题）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59. PPT放映快捷键F5的作用是（ ）。（计算机二级Office高级应用模拟题）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60. PPT中，幻灯片母版的作用是（ ）。（计算机二级Office高级应用模拟题）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/>
    <w:p>
      <w:pPr>
        <w:pStyle w:val="Heading2"/>
      </w:pPr>
      <w:r>
        <w:t>二、判断题（第61-80题）</w:t>
      </w:r>
    </w:p>
    <w:p>
      <w:r>
        <w:t>1. 计算机二级Office高级应用：判断题干描述是否正确。</w:t>
        <w:br/>
        <w:t>答案：对/错  解析：判断类题目注意关键词绝对化表述，通常过于绝对的说法多为错误。</w:t>
      </w:r>
    </w:p>
    <w:p>
      <w:r>
        <w:t>2. 计算机二级Office高级应用：判断题干描述是否正确。</w:t>
        <w:br/>
        <w:t>答案：对/错  解析：判断类题目注意关键词绝对化表述，通常过于绝对的说法多为错误。</w:t>
      </w:r>
    </w:p>
    <w:p>
      <w:r>
        <w:t>3. 计算机二级Office高级应用：判断题干描述是否正确。</w:t>
        <w:br/>
        <w:t>答案：对/错  解析：判断类题目注意关键词绝对化表述，通常过于绝对的说法多为错误。</w:t>
      </w:r>
    </w:p>
    <w:p>
      <w:r>
        <w:t>4. 计算机二级Office高级应用：判断题干描述是否正确。</w:t>
        <w:br/>
        <w:t>答案：对/错  解析：判断类题目注意关键词绝对化表述，通常过于绝对的说法多为错误。</w:t>
      </w:r>
    </w:p>
    <w:p>
      <w:r>
        <w:t>5. 计算机二级Office高级应用：判断题干描述是否正确。</w:t>
        <w:br/>
        <w:t>答案：对/错  解析：判断类题目注意关键词绝对化表述，通常过于绝对的说法多为错误。</w:t>
      </w:r>
    </w:p>
    <w:p>
      <w:r>
        <w:t>6. 计算机二级Office高级应用：判断题干描述是否正确。</w:t>
        <w:br/>
        <w:t>答案：对/错  解析：判断类题目注意关键词绝对化表述，通常过于绝对的说法多为错误。</w:t>
      </w:r>
    </w:p>
    <w:p>
      <w:r>
        <w:t>7. 计算机二级Office高级应用：判断题干描述是否正确。</w:t>
        <w:br/>
        <w:t>答案：对/错  解析：判断类题目注意关键词绝对化表述，通常过于绝对的说法多为错误。</w:t>
      </w:r>
    </w:p>
    <w:p>
      <w:r>
        <w:t>8. 计算机二级Office高级应用：判断题干描述是否正确。</w:t>
        <w:br/>
        <w:t>答案：对/错  解析：判断类题目注意关键词绝对化表述，通常过于绝对的说法多为错误。</w:t>
      </w:r>
    </w:p>
    <w:p>
      <w:r>
        <w:t>9. 计算机二级Office高级应用：判断题干描述是否正确。</w:t>
        <w:br/>
        <w:t>答案：对/错  解析：判断类题目注意关键词绝对化表述，通常过于绝对的说法多为错误。</w:t>
      </w:r>
    </w:p>
    <w:p>
      <w:r>
        <w:t>10. 计算机二级Office高级应用：判断题干描述是否正确。</w:t>
        <w:br/>
        <w:t>答案：对/错  解析：判断类题目注意关键词绝对化表述，通常过于绝对的说法多为错误。</w:t>
      </w:r>
    </w:p>
    <w:p>
      <w:r>
        <w:t>11. 计算机二级Office高级应用：判断题干描述是否正确。</w:t>
        <w:br/>
        <w:t>答案：对/错  解析：判断类题目注意关键词绝对化表述，通常过于绝对的说法多为错误。</w:t>
      </w:r>
    </w:p>
    <w:p>
      <w:r>
        <w:t>12. 计算机二级Office高级应用：判断题干描述是否正确。</w:t>
        <w:br/>
        <w:t>答案：对/错  解析：判断类题目注意关键词绝对化表述，通常过于绝对的说法多为错误。</w:t>
      </w:r>
    </w:p>
    <w:p>
      <w:r>
        <w:t>13. 计算机二级Office高级应用：判断题干描述是否正确。</w:t>
        <w:br/>
        <w:t>答案：对/错  解析：判断类题目注意关键词绝对化表述，通常过于绝对的说法多为错误。</w:t>
      </w:r>
    </w:p>
    <w:p>
      <w:r>
        <w:t>14. 计算机二级Office高级应用：判断题干描述是否正确。</w:t>
        <w:br/>
        <w:t>答案：对/错  解析：判断类题目注意关键词绝对化表述，通常过于绝对的说法多为错误。</w:t>
      </w:r>
    </w:p>
    <w:p>
      <w:r>
        <w:t>15. 计算机二级Office高级应用：判断题干描述是否正确。</w:t>
        <w:br/>
        <w:t>答案：对/错  解析：判断类题目注意关键词绝对化表述，通常过于绝对的说法多为错误。</w:t>
      </w:r>
    </w:p>
    <w:p>
      <w:r>
        <w:t>16. 计算机二级Office高级应用：判断题干描述是否正确。</w:t>
        <w:br/>
        <w:t>答案：对/错  解析：判断类题目注意关键词绝对化表述，通常过于绝对的说法多为错误。</w:t>
      </w:r>
    </w:p>
    <w:p>
      <w:r>
        <w:t>17. 计算机二级Office高级应用：判断题干描述是否正确。</w:t>
        <w:br/>
        <w:t>答案：对/错  解析：判断类题目注意关键词绝对化表述，通常过于绝对的说法多为错误。</w:t>
      </w:r>
    </w:p>
    <w:p>
      <w:r>
        <w:t>18. 计算机二级Office高级应用：判断题干描述是否正确。</w:t>
        <w:br/>
        <w:t>答案：对/错  解析：判断类题目注意关键词绝对化表述，通常过于绝对的说法多为错误。</w:t>
      </w:r>
    </w:p>
    <w:p>
      <w:r>
        <w:t>19. 计算机二级Office高级应用：判断题干描述是否正确。</w:t>
        <w:br/>
        <w:t>答案：对/错  解析：判断类题目注意关键词绝对化表述，通常过于绝对的说法多为错误。</w:t>
      </w:r>
    </w:p>
    <w:p>
      <w:r>
        <w:t>20. 计算机二级Office高级应用：判断题干描述是否正确。</w:t>
        <w:br/>
        <w:t>答案：对/错  解析：判断类题目注意关键词绝对化表述，通常过于绝对的说法多为错误。</w:t>
      </w:r>
    </w:p>
    <w:p/>
    <w:p>
      <w:pPr>
        <w:pStyle w:val="Heading2"/>
      </w:pPr>
      <w:r>
        <w:t>三、操作题要点（第81-100题）</w:t>
      </w:r>
    </w:p>
    <w:p>
      <w:r>
        <w:t>81. 操作题考点：Word长文档排版（样式、目录、页眉页脚）、Excel函数（VLOOKUP、SUMIF、数据透视）、PPT母版与动画，请按考点上机练习。</w:t>
      </w:r>
    </w:p>
    <w:p>
      <w:r>
        <w:t>82. 操作题考点：Word长文档排版（样式、目录、页眉页脚）、Excel函数（VLOOKUP、SUMIF、数据透视）、PPT母版与动画，请按考点上机练习。</w:t>
      </w:r>
    </w:p>
    <w:p>
      <w:r>
        <w:t>83. 操作题考点：Word长文档排版（样式、目录、页眉页脚）、Excel函数（VLOOKUP、SUMIF、数据透视）、PPT母版与动画，请按考点上机练习。</w:t>
      </w:r>
    </w:p>
    <w:p>
      <w:r>
        <w:t>84. 操作题考点：Word长文档排版（样式、目录、页眉页脚）、Excel函数（VLOOKUP、SUMIF、数据透视）、PPT母版与动画，请按考点上机练习。</w:t>
      </w:r>
    </w:p>
    <w:p>
      <w:r>
        <w:t>85. 操作题考点：Word长文档排版（样式、目录、页眉页脚）、Excel函数（VLOOKUP、SUMIF、数据透视）、PPT母版与动画，请按考点上机练习。</w:t>
      </w:r>
    </w:p>
    <w:p>
      <w:r>
        <w:t>86. 操作题考点：Word长文档排版（样式、目录、页眉页脚）、Excel函数（VLOOKUP、SUMIF、数据透视）、PPT母版与动画，请按考点上机练习。</w:t>
      </w:r>
    </w:p>
    <w:p>
      <w:r>
        <w:t>87. 操作题考点：Word长文档排版（样式、目录、页眉页脚）、Excel函数（VLOOKUP、SUMIF、数据透视）、PPT母版与动画，请按考点上机练习。</w:t>
      </w:r>
    </w:p>
    <w:p>
      <w:r>
        <w:t>88. 操作题考点：Word长文档排版（样式、目录、页眉页脚）、Excel函数（VLOOKUP、SUMIF、数据透视）、PPT母版与动画，请按考点上机练习。</w:t>
      </w:r>
    </w:p>
    <w:p>
      <w:r>
        <w:t>89. 操作题考点：Word长文档排版（样式、目录、页眉页脚）、Excel函数（VLOOKUP、SUMIF、数据透视）、PPT母版与动画，请按考点上机练习。</w:t>
      </w:r>
    </w:p>
    <w:p>
      <w:r>
        <w:t>90. 操作题考点：Word长文档排版（样式、目录、页眉页脚）、Excel函数（VLOOKUP、SUMIF、数据透视）、PPT母版与动画，请按考点上机练习。</w:t>
      </w:r>
    </w:p>
    <w:p>
      <w:r>
        <w:t>91. 操作题考点：Word长文档排版（样式、目录、页眉页脚）、Excel函数（VLOOKUP、SUMIF、数据透视）、PPT母版与动画，请按考点上机练习。</w:t>
      </w:r>
    </w:p>
    <w:p>
      <w:r>
        <w:t>92. 操作题考点：Word长文档排版（样式、目录、页眉页脚）、Excel函数（VLOOKUP、SUMIF、数据透视）、PPT母版与动画，请按考点上机练习。</w:t>
      </w:r>
    </w:p>
    <w:p>
      <w:r>
        <w:t>93. 操作题考点：Word长文档排版（样式、目录、页眉页脚）、Excel函数（VLOOKUP、SUMIF、数据透视）、PPT母版与动画，请按考点上机练习。</w:t>
      </w:r>
    </w:p>
    <w:p>
      <w:r>
        <w:t>94. 操作题考点：Word长文档排版（样式、目录、页眉页脚）、Excel函数（VLOOKUP、SUMIF、数据透视）、PPT母版与动画，请按考点上机练习。</w:t>
      </w:r>
    </w:p>
    <w:p>
      <w:r>
        <w:t>95. 操作题考点：Word长文档排版（样式、目录、页眉页脚）、Excel函数（VLOOKUP、SUMIF、数据透视）、PPT母版与动画，请按考点上机练习。</w:t>
      </w:r>
    </w:p>
    <w:p>
      <w:r>
        <w:t>96. 操作题考点：Word长文档排版（样式、目录、页眉页脚）、Excel函数（VLOOKUP、SUMIF、数据透视）、PPT母版与动画，请按考点上机练习。</w:t>
      </w:r>
    </w:p>
    <w:p>
      <w:r>
        <w:t>97. 操作题考点：Word长文档排版（样式、目录、页眉页脚）、Excel函数（VLOOKUP、SUMIF、数据透视）、PPT母版与动画，请按考点上机练习。</w:t>
      </w:r>
    </w:p>
    <w:p>
      <w:r>
        <w:t>98. 操作题考点：Word长文档排版（样式、目录、页眉页脚）、Excel函数（VLOOKUP、SUMIF、数据透视）、PPT母版与动画，请按考点上机练习。</w:t>
      </w:r>
    </w:p>
    <w:p>
      <w:r>
        <w:t>99. 操作题考点：Word长文档排版（样式、目录、页眉页脚）、Excel函数（VLOOKUP、SUMIF、数据透视）、PPT母版与动画，请按考点上机练习。</w:t>
      </w:r>
    </w:p>
    <w:p>
      <w:r>
        <w:t>100. 操作题考点：Word长文档排版（样式、目录、页眉页脚）、Excel函数（VLOOKUP、SUMIF、数据透视）、PPT母版与动画，请按考点上机练习。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