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教师资格综合素质核心考点100题（含答案）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一、综合素质核心考点（每题1分，共100分）</w:t>
      </w:r>
    </w:p>
    <w:p>
      <w:r>
        <w:t>1. 简述：教师职业道德的核心？答：____（答案：关爱学生）</w:t>
      </w:r>
    </w:p>
    <w:p>
      <w:r>
        <w:t>2. 简述：《教育法》规定教育的根本任务？答：____（答案：立德树人）</w:t>
      </w:r>
    </w:p>
    <w:p>
      <w:r>
        <w:t>3. 简述：学生的主体地位体现在？答：____（答案：学习的主人）</w:t>
      </w:r>
    </w:p>
    <w:p>
      <w:r>
        <w:t>4. 简述：新课改强调的学习方式？答：____（答案：自主、合作、探究）</w:t>
      </w:r>
    </w:p>
    <w:p>
      <w:r>
        <w:t>5. 简述：《教师法》规定教师的权利？答：____（答案：教育教学权、学术研究权等）</w:t>
      </w:r>
    </w:p>
    <w:p>
      <w:r>
        <w:t>6. 简述：德育原则？答：____（答案：导向性、疏导性、因材施教等）</w:t>
      </w:r>
    </w:p>
    <w:p>
      <w:r>
        <w:t>7. 简述：教学原则？答：____（答案：启发性、循序渐进、巩固性等）</w:t>
      </w:r>
    </w:p>
    <w:p>
      <w:r>
        <w:t>8. 简述：班主任工作的中心环节？答：____（答案：组织和培养班集体）</w:t>
      </w:r>
    </w:p>
    <w:p>
      <w:r>
        <w:t>9. 简述：教师职业道德的核心？答：____（答案：关爱学生）</w:t>
      </w:r>
    </w:p>
    <w:p>
      <w:r>
        <w:t>10. 简述：《教育法》规定教育的根本任务？答：____（答案：立德树人）</w:t>
      </w:r>
    </w:p>
    <w:p>
      <w:r>
        <w:t>11. 简述：学生的主体地位体现在？答：____（答案：学习的主人）</w:t>
      </w:r>
    </w:p>
    <w:p>
      <w:r>
        <w:t>12. 简述：新课改强调的学习方式？答：____（答案：自主、合作、探究）</w:t>
      </w:r>
    </w:p>
    <w:p>
      <w:r>
        <w:t>13. 简述：《教师法》规定教师的权利？答：____（答案：教育教学权、学术研究权等）</w:t>
      </w:r>
    </w:p>
    <w:p>
      <w:r>
        <w:t>14. 简述：德育原则？答：____（答案：导向性、疏导性、因材施教等）</w:t>
      </w:r>
    </w:p>
    <w:p>
      <w:r>
        <w:t>15. 简述：教学原则？答：____（答案：启发性、循序渐进、巩固性等）</w:t>
      </w:r>
    </w:p>
    <w:p>
      <w:r>
        <w:t>16. 简述：班主任工作的中心环节？答：____（答案：组织和培养班集体）</w:t>
      </w:r>
    </w:p>
    <w:p>
      <w:r>
        <w:t>17. 简述：教师职业道德的核心？答：____（答案：关爱学生）</w:t>
      </w:r>
    </w:p>
    <w:p>
      <w:r>
        <w:t>18. 简述：《教育法》规定教育的根本任务？答：____（答案：立德树人）</w:t>
      </w:r>
    </w:p>
    <w:p>
      <w:r>
        <w:t>19. 简述：学生的主体地位体现在？答：____（答案：学习的主人）</w:t>
      </w:r>
    </w:p>
    <w:p>
      <w:r>
        <w:t>20. 简述：新课改强调的学习方式？答：____（答案：自主、合作、探究）</w:t>
      </w:r>
    </w:p>
    <w:p>
      <w:r>
        <w:t>21. 简述：《教师法》规定教师的权利？答：____（答案：教育教学权、学术研究权等）</w:t>
      </w:r>
    </w:p>
    <w:p>
      <w:r>
        <w:t>22. 简述：德育原则？答：____（答案：导向性、疏导性、因材施教等）</w:t>
      </w:r>
    </w:p>
    <w:p>
      <w:r>
        <w:t>23. 简述：教学原则？答：____（答案：启发性、循序渐进、巩固性等）</w:t>
      </w:r>
    </w:p>
    <w:p>
      <w:r>
        <w:t>24. 简述：班主任工作的中心环节？答：____（答案：组织和培养班集体）</w:t>
      </w:r>
    </w:p>
    <w:p>
      <w:r>
        <w:t>25. 简述：教师职业道德的核心？答：____（答案：关爱学生）</w:t>
      </w:r>
    </w:p>
    <w:p>
      <w:r>
        <w:t>26. 简述：《教育法》规定教育的根本任务？答：____（答案：立德树人）</w:t>
      </w:r>
    </w:p>
    <w:p>
      <w:r>
        <w:t>27. 简述：学生的主体地位体现在？答：____（答案：学习的主人）</w:t>
      </w:r>
    </w:p>
    <w:p>
      <w:r>
        <w:t>28. 简述：新课改强调的学习方式？答：____（答案：自主、合作、探究）</w:t>
      </w:r>
    </w:p>
    <w:p>
      <w:r>
        <w:t>29. 简述：《教师法》规定教师的权利？答：____（答案：教育教学权、学术研究权等）</w:t>
      </w:r>
    </w:p>
    <w:p>
      <w:r>
        <w:t>30. 简述：德育原则？答：____（答案：导向性、疏导性、因材施教等）</w:t>
      </w:r>
    </w:p>
    <w:p>
      <w:r>
        <w:t>31. 简述：教学原则？答：____（答案：启发性、循序渐进、巩固性等）</w:t>
      </w:r>
    </w:p>
    <w:p>
      <w:r>
        <w:t>32. 简述：班主任工作的中心环节？答：____（答案：组织和培养班集体）</w:t>
      </w:r>
    </w:p>
    <w:p>
      <w:r>
        <w:t>33. 简述：教师职业道德的核心？答：____（答案：关爱学生）</w:t>
      </w:r>
    </w:p>
    <w:p>
      <w:r>
        <w:t>34. 简述：《教育法》规定教育的根本任务？答：____（答案：立德树人）</w:t>
      </w:r>
    </w:p>
    <w:p>
      <w:r>
        <w:t>35. 简述：学生的主体地位体现在？答：____（答案：学习的主人）</w:t>
      </w:r>
    </w:p>
    <w:p>
      <w:r>
        <w:t>36. 简述：新课改强调的学习方式？答：____（答案：自主、合作、探究）</w:t>
      </w:r>
    </w:p>
    <w:p>
      <w:r>
        <w:t>37. 简述：《教师法》规定教师的权利？答：____（答案：教育教学权、学术研究权等）</w:t>
      </w:r>
    </w:p>
    <w:p>
      <w:r>
        <w:t>38. 简述：德育原则？答：____（答案：导向性、疏导性、因材施教等）</w:t>
      </w:r>
    </w:p>
    <w:p>
      <w:r>
        <w:t>39. 简述：教学原则？答：____（答案：启发性、循序渐进、巩固性等）</w:t>
      </w:r>
    </w:p>
    <w:p>
      <w:r>
        <w:t>40. 简述：班主任工作的中心环节？答：____（答案：组织和培养班集体）</w:t>
      </w:r>
    </w:p>
    <w:p>
      <w:r>
        <w:t>41. 简述：教师职业道德的核心？答：____（答案：关爱学生）</w:t>
      </w:r>
    </w:p>
    <w:p>
      <w:r>
        <w:t>42. 简述：《教育法》规定教育的根本任务？答：____（答案：立德树人）</w:t>
      </w:r>
    </w:p>
    <w:p>
      <w:r>
        <w:t>43. 简述：学生的主体地位体现在？答：____（答案：学习的主人）</w:t>
      </w:r>
    </w:p>
    <w:p>
      <w:r>
        <w:t>44. 简述：新课改强调的学习方式？答：____（答案：自主、合作、探究）</w:t>
      </w:r>
    </w:p>
    <w:p>
      <w:r>
        <w:t>45. 简述：《教师法》规定教师的权利？答：____（答案：教育教学权、学术研究权等）</w:t>
      </w:r>
    </w:p>
    <w:p>
      <w:r>
        <w:t>46. 简述：德育原则？答：____（答案：导向性、疏导性、因材施教等）</w:t>
      </w:r>
    </w:p>
    <w:p>
      <w:r>
        <w:t>47. 简述：教学原则？答：____（答案：启发性、循序渐进、巩固性等）</w:t>
      </w:r>
    </w:p>
    <w:p>
      <w:r>
        <w:t>48. 简述：班主任工作的中心环节？答：____（答案：组织和培养班集体）</w:t>
      </w:r>
    </w:p>
    <w:p>
      <w:r>
        <w:t>49. 简述：教师职业道德的核心？答：____（答案：关爱学生）</w:t>
      </w:r>
    </w:p>
    <w:p>
      <w:r>
        <w:t>50. 简述：《教育法》规定教育的根本任务？答：____（答案：立德树人）</w:t>
      </w:r>
    </w:p>
    <w:p>
      <w:r>
        <w:t>51. 简述：学生的主体地位体现在？答：____（答案：学习的主人）</w:t>
      </w:r>
    </w:p>
    <w:p>
      <w:r>
        <w:t>52. 简述：新课改强调的学习方式？答：____（答案：自主、合作、探究）</w:t>
      </w:r>
    </w:p>
    <w:p>
      <w:r>
        <w:t>53. 简述：《教师法》规定教师的权利？答：____（答案：教育教学权、学术研究权等）</w:t>
      </w:r>
    </w:p>
    <w:p>
      <w:r>
        <w:t>54. 简述：德育原则？答：____（答案：导向性、疏导性、因材施教等）</w:t>
      </w:r>
    </w:p>
    <w:p>
      <w:r>
        <w:t>55. 简述：教学原则？答：____（答案：启发性、循序渐进、巩固性等）</w:t>
      </w:r>
    </w:p>
    <w:p>
      <w:r>
        <w:t>56. 简述：班主任工作的中心环节？答：____（答案：组织和培养班集体）</w:t>
      </w:r>
    </w:p>
    <w:p>
      <w:r>
        <w:t>57. 简述：教师职业道德的核心？答：____（答案：关爱学生）</w:t>
      </w:r>
    </w:p>
    <w:p>
      <w:r>
        <w:t>58. 简述：《教育法》规定教育的根本任务？答：____（答案：立德树人）</w:t>
      </w:r>
    </w:p>
    <w:p>
      <w:r>
        <w:t>59. 简述：学生的主体地位体现在？答：____（答案：学习的主人）</w:t>
      </w:r>
    </w:p>
    <w:p>
      <w:r>
        <w:t>60. 简述：新课改强调的学习方式？答：____（答案：自主、合作、探究）</w:t>
      </w:r>
    </w:p>
    <w:p>
      <w:r>
        <w:t>61. 简述：《教师法》规定教师的权利？答：____（答案：教育教学权、学术研究权等）</w:t>
      </w:r>
    </w:p>
    <w:p>
      <w:r>
        <w:t>62. 简述：德育原则？答：____（答案：导向性、疏导性、因材施教等）</w:t>
      </w:r>
    </w:p>
    <w:p>
      <w:r>
        <w:t>63. 简述：教学原则？答：____（答案：启发性、循序渐进、巩固性等）</w:t>
      </w:r>
    </w:p>
    <w:p>
      <w:r>
        <w:t>64. 简述：班主任工作的中心环节？答：____（答案：组织和培养班集体）</w:t>
      </w:r>
    </w:p>
    <w:p>
      <w:r>
        <w:t>65. 简述：教师职业道德的核心？答：____（答案：关爱学生）</w:t>
      </w:r>
    </w:p>
    <w:p>
      <w:r>
        <w:t>66. 简述：《教育法》规定教育的根本任务？答：____（答案：立德树人）</w:t>
      </w:r>
    </w:p>
    <w:p>
      <w:r>
        <w:t>67. 简述：学生的主体地位体现在？答：____（答案：学习的主人）</w:t>
      </w:r>
    </w:p>
    <w:p>
      <w:r>
        <w:t>68. 简述：新课改强调的学习方式？答：____（答案：自主、合作、探究）</w:t>
      </w:r>
    </w:p>
    <w:p>
      <w:r>
        <w:t>69. 简述：《教师法》规定教师的权利？答：____（答案：教育教学权、学术研究权等）</w:t>
      </w:r>
    </w:p>
    <w:p>
      <w:r>
        <w:t>70. 简述：德育原则？答：____（答案：导向性、疏导性、因材施教等）</w:t>
      </w:r>
    </w:p>
    <w:p>
      <w:r>
        <w:t>71. 简述：教学原则？答：____（答案：启发性、循序渐进、巩固性等）</w:t>
      </w:r>
    </w:p>
    <w:p>
      <w:r>
        <w:t>72. 简述：班主任工作的中心环节？答：____（答案：组织和培养班集体）</w:t>
      </w:r>
    </w:p>
    <w:p>
      <w:r>
        <w:t>73. 简述：教师职业道德的核心？答：____（答案：关爱学生）</w:t>
      </w:r>
    </w:p>
    <w:p>
      <w:r>
        <w:t>74. 简述：《教育法》规定教育的根本任务？答：____（答案：立德树人）</w:t>
      </w:r>
    </w:p>
    <w:p>
      <w:r>
        <w:t>75. 简述：学生的主体地位体现在？答：____（答案：学习的主人）</w:t>
      </w:r>
    </w:p>
    <w:p>
      <w:r>
        <w:t>76. 简述：新课改强调的学习方式？答：____（答案：自主、合作、探究）</w:t>
      </w:r>
    </w:p>
    <w:p>
      <w:r>
        <w:t>77. 简述：《教师法》规定教师的权利？答：____（答案：教育教学权、学术研究权等）</w:t>
      </w:r>
    </w:p>
    <w:p>
      <w:r>
        <w:t>78. 简述：德育原则？答：____（答案：导向性、疏导性、因材施教等）</w:t>
      </w:r>
    </w:p>
    <w:p>
      <w:r>
        <w:t>79. 简述：教学原则？答：____（答案：启发性、循序渐进、巩固性等）</w:t>
      </w:r>
    </w:p>
    <w:p>
      <w:r>
        <w:t>80. 简述：班主任工作的中心环节？答：____（答案：组织和培养班集体）</w:t>
      </w:r>
    </w:p>
    <w:p>
      <w:r>
        <w:t>81. 简述：教师职业道德的核心？答：____（答案：关爱学生）</w:t>
      </w:r>
    </w:p>
    <w:p>
      <w:r>
        <w:t>82. 简述：《教育法》规定教育的根本任务？答：____（答案：立德树人）</w:t>
      </w:r>
    </w:p>
    <w:p>
      <w:r>
        <w:t>83. 简述：学生的主体地位体现在？答：____（答案：学习的主人）</w:t>
      </w:r>
    </w:p>
    <w:p>
      <w:r>
        <w:t>84. 简述：新课改强调的学习方式？答：____（答案：自主、合作、探究）</w:t>
      </w:r>
    </w:p>
    <w:p>
      <w:r>
        <w:t>85. 简述：《教师法》规定教师的权利？答：____（答案：教育教学权、学术研究权等）</w:t>
      </w:r>
    </w:p>
    <w:p>
      <w:r>
        <w:t>86. 简述：德育原则？答：____（答案：导向性、疏导性、因材施教等）</w:t>
      </w:r>
    </w:p>
    <w:p>
      <w:r>
        <w:t>87. 简述：教学原则？答：____（答案：启发性、循序渐进、巩固性等）</w:t>
      </w:r>
    </w:p>
    <w:p>
      <w:r>
        <w:t>88. 简述：班主任工作的中心环节？答：____（答案：组织和培养班集体）</w:t>
      </w:r>
    </w:p>
    <w:p>
      <w:r>
        <w:t>89. 简述：教师职业道德的核心？答：____（答案：关爱学生）</w:t>
      </w:r>
    </w:p>
    <w:p>
      <w:r>
        <w:t>90. 简述：《教育法》规定教育的根本任务？答：____（答案：立德树人）</w:t>
      </w:r>
    </w:p>
    <w:p>
      <w:r>
        <w:t>91. 简述：学生的主体地位体现在？答：____（答案：学习的主人）</w:t>
      </w:r>
    </w:p>
    <w:p>
      <w:r>
        <w:t>92. 简述：新课改强调的学习方式？答：____（答案：自主、合作、探究）</w:t>
      </w:r>
    </w:p>
    <w:p>
      <w:r>
        <w:t>93. 简述：《教师法》规定教师的权利？答：____（答案：教育教学权、学术研究权等）</w:t>
      </w:r>
    </w:p>
    <w:p>
      <w:r>
        <w:t>94. 简述：德育原则？答：____（答案：导向性、疏导性、因材施教等）</w:t>
      </w:r>
    </w:p>
    <w:p>
      <w:r>
        <w:t>95. 简述：教学原则？答：____（答案：启发性、循序渐进、巩固性等）</w:t>
      </w:r>
    </w:p>
    <w:p>
      <w:r>
        <w:t>96. 简述：班主任工作的中心环节？答：____（答案：组织和培养班集体）</w:t>
      </w:r>
    </w:p>
    <w:p>
      <w:r>
        <w:t>97. 简述：教师职业道德的核心？答：____（答案：关爱学生）</w:t>
      </w:r>
    </w:p>
    <w:p>
      <w:r>
        <w:t>98. 简述：《教育法》规定教育的根本任务？答：____（答案：立德树人）</w:t>
      </w:r>
    </w:p>
    <w:p>
      <w:r>
        <w:t>99. 简述：学生的主体地位体现在？答：____（答案：学习的主人）</w:t>
      </w:r>
    </w:p>
    <w:p>
      <w:r>
        <w:t>100. 简述：新课改强调的学习方式？答：____（答案：自主、合作、探究）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【一、综合素质核心考点（每题1分，共100分）】答案：</w:t>
      </w:r>
    </w:p>
    <w:p>
      <w:r>
        <w:t>1. 简述：教师职业道德的核心？答：____（答案：关爱学生）</w:t>
      </w:r>
    </w:p>
    <w:p>
      <w:r>
        <w:t>2. 简述：《教育法》规定教育的根本任务？答：____（答案：立德树人）</w:t>
      </w:r>
    </w:p>
    <w:p>
      <w:r>
        <w:t>3. 简述：学生的主体地位体现在？答：____（答案：学习的主人）</w:t>
      </w:r>
    </w:p>
    <w:p>
      <w:r>
        <w:t>4. 简述：新课改强调的学习方式？答：____（答案：自主、合作、探究）</w:t>
      </w:r>
    </w:p>
    <w:p>
      <w:r>
        <w:t>5. 简述：《教师法》规定教师的权利？答：____（答案：教育教学权、学术研究权等）</w:t>
      </w:r>
    </w:p>
    <w:p>
      <w:r>
        <w:t>6. 简述：德育原则？答：____（答案：导向性、疏导性、因材施教等）</w:t>
      </w:r>
    </w:p>
    <w:p>
      <w:r>
        <w:t>7. 简述：教学原则？答：____（答案：启发性、循序渐进、巩固性等）</w:t>
      </w:r>
    </w:p>
    <w:p>
      <w:r>
        <w:t>8. 简述：班主任工作的中心环节？答：____（答案：组织和培养班集体）</w:t>
      </w:r>
    </w:p>
    <w:p>
      <w:r>
        <w:t>9. 简述：教师职业道德的核心？答：____（答案：关爱学生）</w:t>
      </w:r>
    </w:p>
    <w:p>
      <w:r>
        <w:t>10. 简述：《教育法》规定教育的根本任务？答：____（答案：立德树人）</w:t>
      </w:r>
    </w:p>
    <w:p>
      <w:r>
        <w:t>11. 简述：学生的主体地位体现在？答：____（答案：学习的主人）</w:t>
      </w:r>
    </w:p>
    <w:p>
      <w:r>
        <w:t>12. 简述：新课改强调的学习方式？答：____（答案：自主、合作、探究）</w:t>
      </w:r>
    </w:p>
    <w:p>
      <w:r>
        <w:t>13. 简述：《教师法》规定教师的权利？答：____（答案：教育教学权、学术研究权等）</w:t>
      </w:r>
    </w:p>
    <w:p>
      <w:r>
        <w:t>14. 简述：德育原则？答：____（答案：导向性、疏导性、因材施教等）</w:t>
      </w:r>
    </w:p>
    <w:p>
      <w:r>
        <w:t>15. 简述：教学原则？答：____（答案：启发性、循序渐进、巩固性等）</w:t>
      </w:r>
    </w:p>
    <w:p>
      <w:r>
        <w:t>16. 简述：班主任工作的中心环节？答：____（答案：组织和培养班集体）</w:t>
      </w:r>
    </w:p>
    <w:p>
      <w:r>
        <w:t>17. 简述：教师职业道德的核心？答：____（答案：关爱学生）</w:t>
      </w:r>
    </w:p>
    <w:p>
      <w:r>
        <w:t>18. 简述：《教育法》规定教育的根本任务？答：____（答案：立德树人）</w:t>
      </w:r>
    </w:p>
    <w:p>
      <w:r>
        <w:t>19. 简述：学生的主体地位体现在？答：____（答案：学习的主人）</w:t>
      </w:r>
    </w:p>
    <w:p>
      <w:r>
        <w:t>20. 简述：新课改强调的学习方式？答：____（答案：自主、合作、探究）</w:t>
      </w:r>
    </w:p>
    <w:p>
      <w:r>
        <w:t>21. 简述：《教师法》规定教师的权利？答：____（答案：教育教学权、学术研究权等）</w:t>
      </w:r>
    </w:p>
    <w:p>
      <w:r>
        <w:t>22. 简述：德育原则？答：____（答案：导向性、疏导性、因材施教等）</w:t>
      </w:r>
    </w:p>
    <w:p>
      <w:r>
        <w:t>23. 简述：教学原则？答：____（答案：启发性、循序渐进、巩固性等）</w:t>
      </w:r>
    </w:p>
    <w:p>
      <w:r>
        <w:t>24. 简述：班主任工作的中心环节？答：____（答案：组织和培养班集体）</w:t>
      </w:r>
    </w:p>
    <w:p>
      <w:r>
        <w:t>25. 简述：教师职业道德的核心？答：____（答案：关爱学生）</w:t>
      </w:r>
    </w:p>
    <w:p>
      <w:r>
        <w:t>26. 简述：《教育法》规定教育的根本任务？答：____（答案：立德树人）</w:t>
      </w:r>
    </w:p>
    <w:p>
      <w:r>
        <w:t>27. 简述：学生的主体地位体现在？答：____（答案：学习的主人）</w:t>
      </w:r>
    </w:p>
    <w:p>
      <w:r>
        <w:t>28. 简述：新课改强调的学习方式？答：____（答案：自主、合作、探究）</w:t>
      </w:r>
    </w:p>
    <w:p>
      <w:r>
        <w:t>29. 简述：《教师法》规定教师的权利？答：____（答案：教育教学权、学术研究权等）</w:t>
      </w:r>
    </w:p>
    <w:p>
      <w:r>
        <w:t>30. 简述：德育原则？答：____（答案：导向性、疏导性、因材施教等）</w:t>
      </w:r>
    </w:p>
    <w:p>
      <w:r>
        <w:t>31. 简述：教学原则？答：____（答案：启发性、循序渐进、巩固性等）</w:t>
      </w:r>
    </w:p>
    <w:p>
      <w:r>
        <w:t>32. 简述：班主任工作的中心环节？答：____（答案：组织和培养班集体）</w:t>
      </w:r>
    </w:p>
    <w:p>
      <w:r>
        <w:t>33. 简述：教师职业道德的核心？答：____（答案：关爱学生）</w:t>
      </w:r>
    </w:p>
    <w:p>
      <w:r>
        <w:t>34. 简述：《教育法》规定教育的根本任务？答：____（答案：立德树人）</w:t>
      </w:r>
    </w:p>
    <w:p>
      <w:r>
        <w:t>35. 简述：学生的主体地位体现在？答：____（答案：学习的主人）</w:t>
      </w:r>
    </w:p>
    <w:p>
      <w:r>
        <w:t>36. 简述：新课改强调的学习方式？答：____（答案：自主、合作、探究）</w:t>
      </w:r>
    </w:p>
    <w:p>
      <w:r>
        <w:t>37. 简述：《教师法》规定教师的权利？答：____（答案：教育教学权、学术研究权等）</w:t>
      </w:r>
    </w:p>
    <w:p>
      <w:r>
        <w:t>38. 简述：德育原则？答：____（答案：导向性、疏导性、因材施教等）</w:t>
      </w:r>
    </w:p>
    <w:p>
      <w:r>
        <w:t>39. 简述：教学原则？答：____（答案：启发性、循序渐进、巩固性等）</w:t>
      </w:r>
    </w:p>
    <w:p>
      <w:r>
        <w:t>40. 简述：班主任工作的中心环节？答：____（答案：组织和培养班集体）</w:t>
      </w:r>
    </w:p>
    <w:p>
      <w:r>
        <w:t>41. 简述：教师职业道德的核心？答：____（答案：关爱学生）</w:t>
      </w:r>
    </w:p>
    <w:p>
      <w:r>
        <w:t>42. 简述：《教育法》规定教育的根本任务？答：____（答案：立德树人）</w:t>
      </w:r>
    </w:p>
    <w:p>
      <w:r>
        <w:t>43. 简述：学生的主体地位体现在？答：____（答案：学习的主人）</w:t>
      </w:r>
    </w:p>
    <w:p>
      <w:r>
        <w:t>44. 简述：新课改强调的学习方式？答：____（答案：自主、合作、探究）</w:t>
      </w:r>
    </w:p>
    <w:p>
      <w:r>
        <w:t>45. 简述：《教师法》规定教师的权利？答：____（答案：教育教学权、学术研究权等）</w:t>
      </w:r>
    </w:p>
    <w:p>
      <w:r>
        <w:t>46. 简述：德育原则？答：____（答案：导向性、疏导性、因材施教等）</w:t>
      </w:r>
    </w:p>
    <w:p>
      <w:r>
        <w:t>47. 简述：教学原则？答：____（答案：启发性、循序渐进、巩固性等）</w:t>
      </w:r>
    </w:p>
    <w:p>
      <w:r>
        <w:t>48. 简述：班主任工作的中心环节？答：____（答案：组织和培养班集体）</w:t>
      </w:r>
    </w:p>
    <w:p>
      <w:r>
        <w:t>49. 简述：教师职业道德的核心？答：____（答案：关爱学生）</w:t>
      </w:r>
    </w:p>
    <w:p>
      <w:r>
        <w:t>50. 简述：《教育法》规定教育的根本任务？答：____（答案：立德树人）</w:t>
      </w:r>
    </w:p>
    <w:p>
      <w:r>
        <w:t>51. 简述：学生的主体地位体现在？答：____（答案：学习的主人）</w:t>
      </w:r>
    </w:p>
    <w:p>
      <w:r>
        <w:t>52. 简述：新课改强调的学习方式？答：____（答案：自主、合作、探究）</w:t>
      </w:r>
    </w:p>
    <w:p>
      <w:r>
        <w:t>53. 简述：《教师法》规定教师的权利？答：____（答案：教育教学权、学术研究权等）</w:t>
      </w:r>
    </w:p>
    <w:p>
      <w:r>
        <w:t>54. 简述：德育原则？答：____（答案：导向性、疏导性、因材施教等）</w:t>
      </w:r>
    </w:p>
    <w:p>
      <w:r>
        <w:t>55. 简述：教学原则？答：____（答案：启发性、循序渐进、巩固性等）</w:t>
      </w:r>
    </w:p>
    <w:p>
      <w:r>
        <w:t>56. 简述：班主任工作的中心环节？答：____（答案：组织和培养班集体）</w:t>
      </w:r>
    </w:p>
    <w:p>
      <w:r>
        <w:t>57. 简述：教师职业道德的核心？答：____（答案：关爱学生）</w:t>
      </w:r>
    </w:p>
    <w:p>
      <w:r>
        <w:t>58. 简述：《教育法》规定教育的根本任务？答：____（答案：立德树人）</w:t>
      </w:r>
    </w:p>
    <w:p>
      <w:r>
        <w:t>59. 简述：学生的主体地位体现在？答：____（答案：学习的主人）</w:t>
      </w:r>
    </w:p>
    <w:p>
      <w:r>
        <w:t>60. 简述：新课改强调的学习方式？答：____（答案：自主、合作、探究）</w:t>
      </w:r>
    </w:p>
    <w:p>
      <w:r>
        <w:t>61. 简述：《教师法》规定教师的权利？答：____（答案：教育教学权、学术研究权等）</w:t>
      </w:r>
    </w:p>
    <w:p>
      <w:r>
        <w:t>62. 简述：德育原则？答：____（答案：导向性、疏导性、因材施教等）</w:t>
      </w:r>
    </w:p>
    <w:p>
      <w:r>
        <w:t>63. 简述：教学原则？答：____（答案：启发性、循序渐进、巩固性等）</w:t>
      </w:r>
    </w:p>
    <w:p>
      <w:r>
        <w:t>64. 简述：班主任工作的中心环节？答：____（答案：组织和培养班集体）</w:t>
      </w:r>
    </w:p>
    <w:p>
      <w:r>
        <w:t>65. 简述：教师职业道德的核心？答：____（答案：关爱学生）</w:t>
      </w:r>
    </w:p>
    <w:p>
      <w:r>
        <w:t>66. 简述：《教育法》规定教育的根本任务？答：____（答案：立德树人）</w:t>
      </w:r>
    </w:p>
    <w:p>
      <w:r>
        <w:t>67. 简述：学生的主体地位体现在？答：____（答案：学习的主人）</w:t>
      </w:r>
    </w:p>
    <w:p>
      <w:r>
        <w:t>68. 简述：新课改强调的学习方式？答：____（答案：自主、合作、探究）</w:t>
      </w:r>
    </w:p>
    <w:p>
      <w:r>
        <w:t>69. 简述：《教师法》规定教师的权利？答：____（答案：教育教学权、学术研究权等）</w:t>
      </w:r>
    </w:p>
    <w:p>
      <w:r>
        <w:t>70. 简述：德育原则？答：____（答案：导向性、疏导性、因材施教等）</w:t>
      </w:r>
    </w:p>
    <w:p>
      <w:r>
        <w:t>71. 简述：教学原则？答：____（答案：启发性、循序渐进、巩固性等）</w:t>
      </w:r>
    </w:p>
    <w:p>
      <w:r>
        <w:t>72. 简述：班主任工作的中心环节？答：____（答案：组织和培养班集体）</w:t>
      </w:r>
    </w:p>
    <w:p>
      <w:r>
        <w:t>73. 简述：教师职业道德的核心？答：____（答案：关爱学生）</w:t>
      </w:r>
    </w:p>
    <w:p>
      <w:r>
        <w:t>74. 简述：《教育法》规定教育的根本任务？答：____（答案：立德树人）</w:t>
      </w:r>
    </w:p>
    <w:p>
      <w:r>
        <w:t>75. 简述：学生的主体地位体现在？答：____（答案：学习的主人）</w:t>
      </w:r>
    </w:p>
    <w:p>
      <w:r>
        <w:t>76. 简述：新课改强调的学习方式？答：____（答案：自主、合作、探究）</w:t>
      </w:r>
    </w:p>
    <w:p>
      <w:r>
        <w:t>77. 简述：《教师法》规定教师的权利？答：____（答案：教育教学权、学术研究权等）</w:t>
      </w:r>
    </w:p>
    <w:p>
      <w:r>
        <w:t>78. 简述：德育原则？答：____（答案：导向性、疏导性、因材施教等）</w:t>
      </w:r>
    </w:p>
    <w:p>
      <w:r>
        <w:t>79. 简述：教学原则？答：____（答案：启发性、循序渐进、巩固性等）</w:t>
      </w:r>
    </w:p>
    <w:p>
      <w:r>
        <w:t>80. 简述：班主任工作的中心环节？答：____（答案：组织和培养班集体）</w:t>
      </w:r>
    </w:p>
    <w:p>
      <w:r>
        <w:t>81. 简述：教师职业道德的核心？答：____（答案：关爱学生）</w:t>
      </w:r>
    </w:p>
    <w:p>
      <w:r>
        <w:t>82. 简述：《教育法》规定教育的根本任务？答：____（答案：立德树人）</w:t>
      </w:r>
    </w:p>
    <w:p>
      <w:r>
        <w:t>83. 简述：学生的主体地位体现在？答：____（答案：学习的主人）</w:t>
      </w:r>
    </w:p>
    <w:p>
      <w:r>
        <w:t>84. 简述：新课改强调的学习方式？答：____（答案：自主、合作、探究）</w:t>
      </w:r>
    </w:p>
    <w:p>
      <w:r>
        <w:t>85. 简述：《教师法》规定教师的权利？答：____（答案：教育教学权、学术研究权等）</w:t>
      </w:r>
    </w:p>
    <w:p>
      <w:r>
        <w:t>86. 简述：德育原则？答：____（答案：导向性、疏导性、因材施教等）</w:t>
      </w:r>
    </w:p>
    <w:p>
      <w:r>
        <w:t>87. 简述：教学原则？答：____（答案：启发性、循序渐进、巩固性等）</w:t>
      </w:r>
    </w:p>
    <w:p>
      <w:r>
        <w:t>88. 简述：班主任工作的中心环节？答：____（答案：组织和培养班集体）</w:t>
      </w:r>
    </w:p>
    <w:p>
      <w:r>
        <w:t>89. 简述：教师职业道德的核心？答：____（答案：关爱学生）</w:t>
      </w:r>
    </w:p>
    <w:p>
      <w:r>
        <w:t>90. 简述：《教育法》规定教育的根本任务？答：____（答案：立德树人）</w:t>
      </w:r>
    </w:p>
    <w:p>
      <w:r>
        <w:t>91. 简述：学生的主体地位体现在？答：____（答案：学习的主人）</w:t>
      </w:r>
    </w:p>
    <w:p>
      <w:r>
        <w:t>92. 简述：新课改强调的学习方式？答：____（答案：自主、合作、探究）</w:t>
      </w:r>
    </w:p>
    <w:p>
      <w:r>
        <w:t>93. 简述：《教师法》规定教师的权利？答：____（答案：教育教学权、学术研究权等）</w:t>
      </w:r>
    </w:p>
    <w:p>
      <w:r>
        <w:t>94. 简述：德育原则？答：____（答案：导向性、疏导性、因材施教等）</w:t>
      </w:r>
    </w:p>
    <w:p>
      <w:r>
        <w:t>95. 简述：教学原则？答：____（答案：启发性、循序渐进、巩固性等）</w:t>
      </w:r>
    </w:p>
    <w:p>
      <w:r>
        <w:t>96. 简述：班主任工作的中心环节？答：____（答案：组织和培养班集体）</w:t>
      </w:r>
    </w:p>
    <w:p>
      <w:r>
        <w:t>97. 简述：教师职业道德的核心？答：____（答案：关爱学生）</w:t>
      </w:r>
    </w:p>
    <w:p>
      <w:r>
        <w:t>98. 简述：《教育法》规定教育的根本任务？答：____（答案：立德树人）</w:t>
      </w:r>
    </w:p>
    <w:p>
      <w:r>
        <w:t>99. 简述：学生的主体地位体现在？答：____（答案：学习的主人）</w:t>
      </w:r>
    </w:p>
    <w:p>
      <w:r>
        <w:t>100. 简述：新课改强调的学习方式？答：____（答案：自主、合作、探究）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