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2026年社会工作师中级《综合能力》100题（含答案解析）Word下载</w:t>
      </w:r>
    </w:p>
    <w:p>
      <w:r>
        <w:t>2026年社会工作师中级《综合能力》100题（含答案解析）Word下载</w:t>
      </w:r>
    </w:p>
    <w:p>
      <w:r>
        <w:t>满分100分　建议用时90分钟　题库范围：社会工作师中级《社会工作综合能力》</w:t>
      </w:r>
    </w:p>
    <w:p>
      <w:r>
        <w:t>一、单项选择题（每题1分，共100分）</w:t>
      </w:r>
    </w:p>
    <w:p>
      <w:r>
        <w:t>1. 社会工作的核心价值理念是（　）</w:t>
      </w:r>
    </w:p>
    <w:p>
      <w:r>
        <w:t xml:space="preserve">　　A.助人自助　B.替人做决定　C.大包大揽　D.有偿服务</w:t>
      </w:r>
    </w:p>
    <w:p>
      <w:r>
        <w:t xml:space="preserve">　　【答案】A　【解析】社会工作强调“助人自助”，帮助案主增强自身解决问题的能力，而非包办代替。</w:t>
      </w:r>
    </w:p>
    <w:p>
      <w:r>
        <w:t>2. 社会工作者面对服务对象时，首先应遵循的基本伦理原则是（　）</w:t>
      </w:r>
    </w:p>
    <w:p>
      <w:r>
        <w:t xml:space="preserve">　　A.案主自决与保密　B.代替案主选择　C.公开案主隐私　D.按个人好恶服务</w:t>
      </w:r>
    </w:p>
    <w:p>
      <w:r>
        <w:t xml:space="preserve">　　【答案】A　【解析】尊重案主自决、保护案主隐私是社会工作专业伦理的底线。</w:t>
      </w:r>
    </w:p>
    <w:p>
      <w:r>
        <w:t>3. 下列属于社会工作直接服务方法的是（　）</w:t>
      </w:r>
    </w:p>
    <w:p>
      <w:r>
        <w:t xml:space="preserve">　　A.个案工作　B.社会工作行政　C.社会工作督导　D.社会工作研究</w:t>
      </w:r>
    </w:p>
    <w:p>
      <w:r>
        <w:t xml:space="preserve">　　【答案】A　【解析】个案、小组、社区工作是直接方法；行政、督导、研究是间接方法。</w:t>
      </w:r>
    </w:p>
    <w:p>
      <w:r>
        <w:t>4. 马斯洛需要层次理论中，最高层次的需要是（　）</w:t>
      </w:r>
    </w:p>
    <w:p>
      <w:r>
        <w:t xml:space="preserve">　　A.生理需要　B.安全需要　C.自我实现的需要　D.归属与爱的需要</w:t>
      </w:r>
    </w:p>
    <w:p>
      <w:r>
        <w:t xml:space="preserve">　　【答案】C　【解析】马斯洛将需要由低到高分为生理、安全、归属与爱、尊重、自我实现五层。</w:t>
      </w:r>
    </w:p>
    <w:p>
      <w:r>
        <w:t>5. 皮亚杰认为，7-11岁儿童的认知发展处于（　）</w:t>
      </w:r>
    </w:p>
    <w:p>
      <w:r>
        <w:t xml:space="preserve">　　A.感知运动阶段　B.前运算阶段　C.具体运算阶段　D.形式运算阶段</w:t>
      </w:r>
    </w:p>
    <w:p>
      <w:r>
        <w:t xml:space="preserve">　　【答案】C　【解析】具体运算阶段约7-11岁，儿童获得守恒概念，能进行逻辑思维但需具体事物支持。</w:t>
      </w:r>
    </w:p>
    <w:p>
      <w:r>
        <w:t>6. 埃里克森认为，青少年期（12-18岁）的主要发展任务是（　）</w:t>
      </w:r>
    </w:p>
    <w:p>
      <w:r>
        <w:t xml:space="preserve">　　A.获得勤奋感克服自卑感　B.建立自我同一性　C.获得主动感　D.发展亲密感</w:t>
      </w:r>
    </w:p>
    <w:p>
      <w:r>
        <w:t xml:space="preserve">　　【答案】B　【解析】青少年期核心冲突是自我同一性对角色混乱。</w:t>
      </w:r>
    </w:p>
    <w:p>
      <w:r>
        <w:t>7. 心理社会治疗模式的核心特点是（　）</w:t>
      </w:r>
    </w:p>
    <w:p>
      <w:r>
        <w:t xml:space="preserve">　　A.重视潜意识和人在情境中　B.只矫正行为　C.只改变认知　D.强调快速解决</w:t>
      </w:r>
    </w:p>
    <w:p>
      <w:r>
        <w:t xml:space="preserve">　　【答案】A　【解析】心理社会治疗模式强调“人在情境中”，重视潜意识与早期经验。</w:t>
      </w:r>
    </w:p>
    <w:p>
      <w:r>
        <w:t>8. 危机介入模式的首要目标是（　）</w:t>
      </w:r>
    </w:p>
    <w:p>
      <w:r>
        <w:t xml:space="preserve">　　A.快速恢复案主的社会功能　B.深挖童年经历　C.长期精神分析　D.转介住院</w:t>
      </w:r>
    </w:p>
    <w:p>
      <w:r>
        <w:t xml:space="preserve">　　【答案】A　【解析】危机介入强调有限目标、快速反应，先稳定情绪、恢复功能。</w:t>
      </w:r>
    </w:p>
    <w:p>
      <w:r>
        <w:t>9. 个案会谈中，社会工作者专注倾听、适当回应属于（　）</w:t>
      </w:r>
    </w:p>
    <w:p>
      <w:r>
        <w:t xml:space="preserve">　　A.支持性技巧　B.引导性技巧　C.影响性技巧　D.对抗性技巧</w:t>
      </w:r>
    </w:p>
    <w:p>
      <w:r>
        <w:t xml:space="preserve">　　【答案】A　【解析】专注、倾听、同理心、鼓励属于支持性技巧。</w:t>
      </w:r>
    </w:p>
    <w:p>
      <w:r>
        <w:t>10. 社会工作者把案主冗长的叙述归纳整理，属于（　）</w:t>
      </w:r>
    </w:p>
    <w:p>
      <w:r>
        <w:t xml:space="preserve">　　A.澄清　B.对焦　C.摘要　D.对质</w:t>
      </w:r>
    </w:p>
    <w:p>
      <w:r>
        <w:t xml:space="preserve">　　【答案】C　【解析】摘要即把案主谈话的要点加以归纳概括。</w:t>
      </w:r>
    </w:p>
    <w:p>
      <w:r>
        <w:t>11. 针对有相同困扰的母亲组成的小组，属于（　）</w:t>
      </w:r>
    </w:p>
    <w:p>
      <w:r>
        <w:t xml:space="preserve">　　A.教育小组　B.成长小组　C.支持小组　D.治疗小组</w:t>
      </w:r>
    </w:p>
    <w:p>
      <w:r>
        <w:t xml:space="preserve">　　【答案】C　【解析】支持小组由有共同问题的成员组成，互相支持、分享经验。</w:t>
      </w:r>
    </w:p>
    <w:p>
      <w:r>
        <w:t>12. 小组工作开始阶段，社会工作者的主要角色是（　）</w:t>
      </w:r>
    </w:p>
    <w:p>
      <w:r>
        <w:t xml:space="preserve">　　A.领导者和引导者　B.旁观者　C.裁决者　D.批评者</w:t>
      </w:r>
    </w:p>
    <w:p>
      <w:r>
        <w:t xml:space="preserve">　　【答案】A　【解析】开始阶段社工需主动带领、建立信任、制定规范。</w:t>
      </w:r>
    </w:p>
    <w:p>
      <w:r>
        <w:t>13. 小组中期转折阶段，组员常见的特征是（　）</w:t>
      </w:r>
    </w:p>
    <w:p>
      <w:r>
        <w:t xml:space="preserve">　　A.彼此客气　B.出现冲突和权力争夺　C.高度默契　D.急于结束</w:t>
      </w:r>
    </w:p>
    <w:p>
      <w:r>
        <w:t xml:space="preserve">　　【答案】B　【解析】中期转折阶段常出现抗拒、冲突、权力与控制权的争夺。</w:t>
      </w:r>
    </w:p>
    <w:p>
      <w:r>
        <w:t>14. 下列属于社区工作地区发展模式特点的是（　）</w:t>
      </w:r>
    </w:p>
    <w:p>
      <w:r>
        <w:t xml:space="preserve">　　A.强调专家主导　B.强调居民参与、自助互助　C.自上而下指令　D.只解决硬件问题</w:t>
      </w:r>
    </w:p>
    <w:p>
      <w:r>
        <w:t xml:space="preserve">　　【答案】B　【解析】地区发展模式强调居民参与、沟通合作、自助互助。</w:t>
      </w:r>
    </w:p>
    <w:p>
      <w:r>
        <w:t>15. 社会策划模式更强调（　）</w:t>
      </w:r>
    </w:p>
    <w:p>
      <w:r>
        <w:t xml:space="preserve">　　A.居民自发讨论　B.专家和理性计划推动问题解决　C.情感支持　D.非正规照顾</w:t>
      </w:r>
    </w:p>
    <w:p>
      <w:r>
        <w:t xml:space="preserve">　　【答案】B　【解析】社会策划模式崇尚理性，由专家通过系统调研和计划解决社区问题。</w:t>
      </w:r>
    </w:p>
    <w:p>
      <w:r>
        <w:t>16. 社区照顾模式的“在社区照顾”是指（　）</w:t>
      </w:r>
    </w:p>
    <w:p>
      <w:r>
        <w:t xml:space="preserve">　　A.将服务对象留在社区内接受照顾　B.把人送进大型机构　C.取消所有服务　D.只由政府负责</w:t>
      </w:r>
    </w:p>
    <w:p>
      <w:r>
        <w:t xml:space="preserve">　　【答案】A　【解析】“在社区照顾”强调让服务对象在熟悉的社区环境中接受照顾。</w:t>
      </w:r>
    </w:p>
    <w:p>
      <w:r>
        <w:t>17. 社会工作行政的核心环节是（　）</w:t>
      </w:r>
    </w:p>
    <w:p>
      <w:r>
        <w:t xml:space="preserve">　　A.计划、组织、协调与控制　B.个案辅导　C.小组带领　D.社区探访</w:t>
      </w:r>
    </w:p>
    <w:p>
      <w:r>
        <w:t xml:space="preserve">　　【答案】A　【解析】社会工作行政是间接服务，包括计划、组织、人事、领导、协调、控制等。</w:t>
      </w:r>
    </w:p>
    <w:p>
      <w:r>
        <w:t>18. 社会工作督导中，侧重教育知识和技能传授的是（　）</w:t>
      </w:r>
    </w:p>
    <w:p>
      <w:r>
        <w:t xml:space="preserve">　　A.师徒式督导　B.训练式督导　C.管理式督导　D.咨询式督导</w:t>
      </w:r>
    </w:p>
    <w:p>
      <w:r>
        <w:t xml:space="preserve">　　【答案】B　【解析】训练式督导侧重被督导者学习专业知识和技能。</w:t>
      </w:r>
    </w:p>
    <w:p>
      <w:r>
        <w:t>19. 问卷调查法属于（　）</w:t>
      </w:r>
    </w:p>
    <w:p>
      <w:r>
        <w:t xml:space="preserve">　　A.定量研究方法　B.定性研究方法　C.个案研究　D.行动研究</w:t>
      </w:r>
    </w:p>
    <w:p>
      <w:r>
        <w:t xml:space="preserve">　　【答案】A　【解析】问卷调查通过标准化问卷收集可量化数据，属于定量研究。</w:t>
      </w:r>
    </w:p>
    <w:p>
      <w:r>
        <w:t>20. 行动研究的特点是（　）</w:t>
      </w:r>
    </w:p>
    <w:p>
      <w:r>
        <w:t xml:space="preserve">　　A.研究者与被研究者共同参与、边行动边改进　B.研究者旁观　C.只做文献梳理　D.不接触实务</w:t>
      </w:r>
    </w:p>
    <w:p>
      <w:r>
        <w:t xml:space="preserve">　　【答案】A　【解析】行动研究强调实务工作者在行动中研究、在研究中改进。</w:t>
      </w:r>
    </w:p>
    <w:p>
      <w:r>
        <w:t>21. 社会工作者对案主信息保密，下列可以突破保密的情形是（　）</w:t>
      </w:r>
    </w:p>
    <w:p>
      <w:r>
        <w:t xml:space="preserve">　　A.案主有伤害自己或他人的紧迫危险　B.同事好奇询问　C.朋友打听　D.领导随意调阅</w:t>
      </w:r>
    </w:p>
    <w:p>
      <w:r>
        <w:t xml:space="preserve">　　【答案】A　【解析】当案主有自伤、伤人或虐待儿童等紧迫危险时，可突破保密原则。</w:t>
      </w:r>
    </w:p>
    <w:p>
      <w:r>
        <w:t>22. “个别化”原则要求社会工作者（　）</w:t>
      </w:r>
    </w:p>
    <w:p>
      <w:r>
        <w:t xml:space="preserve">　　A.把每位案主看作独特的个体　B.用同一套方法对待所有人　C.忽视案主差异　D.标准化处理</w:t>
      </w:r>
    </w:p>
    <w:p>
      <w:r>
        <w:t xml:space="preserve">　　【答案】A　【解析】个别化即把服务对象当作独特的个人，尊重其差异和需要。</w:t>
      </w:r>
    </w:p>
    <w:p>
      <w:r>
        <w:t>23. 任务中心模式强调（　）</w:t>
      </w:r>
    </w:p>
    <w:p>
      <w:r>
        <w:t xml:space="preserve">　　A.短时间内聚焦明确、有限的问题　B.无限期探索童年　C.自由联想　D.梦的解析</w:t>
      </w:r>
    </w:p>
    <w:p>
      <w:r>
        <w:t xml:space="preserve">　　【答案】A　【解析】任务中心模式聚焦明确有限的问题，在短时间内通过完成任务解决问题。</w:t>
      </w:r>
    </w:p>
    <w:p>
      <w:r>
        <w:t>24. 认知行为治疗模式认为（　）</w:t>
      </w:r>
    </w:p>
    <w:p>
      <w:r>
        <w:t xml:space="preserve">　　A.不良认知导致不良情绪和行为　B.行为只由本能决定　C.潜意识决定一切　D.环境不重要</w:t>
      </w:r>
    </w:p>
    <w:p>
      <w:r>
        <w:t xml:space="preserve">　　【答案】A　【解析】认知行为模式强调认知、情绪、行为相互影响，通过改变非理性认知改善行为。</w:t>
      </w:r>
    </w:p>
    <w:p>
      <w:r>
        <w:t>25. 小组工作发展模式又称（　）</w:t>
      </w:r>
    </w:p>
    <w:p>
      <w:r>
        <w:t xml:space="preserve">　　A.过程模式　B.目标模式　C.治疗模式　D.互动模式</w:t>
      </w:r>
    </w:p>
    <w:p>
      <w:r>
        <w:t xml:space="preserve">　　【答案】A　【解析】发展模式又称过程模式，关注组员的成长和能力发展。</w:t>
      </w:r>
    </w:p>
    <w:p>
      <w:r>
        <w:t>26. 社区工作中，帮助居民认识社区问题、提高意识的工作技巧是（　）</w:t>
      </w:r>
    </w:p>
    <w:p>
      <w:r>
        <w:t xml:space="preserve">　　A.社区教育　B.家庭治疗　C.个案管理　D.行政计划</w:t>
      </w:r>
    </w:p>
    <w:p>
      <w:r>
        <w:t xml:space="preserve">　　【答案】A　【解析】社区教育旨在提升居民意识、能力和参与意识。</w:t>
      </w:r>
    </w:p>
    <w:p>
      <w:r>
        <w:t>27. 下列属于正式社会资源的是（　）</w:t>
      </w:r>
    </w:p>
    <w:p>
      <w:r>
        <w:t xml:space="preserve">　　A.政府部门和专业机构　B.邻里互助　C.亲戚朋友　D.非正式支持网络</w:t>
      </w:r>
    </w:p>
    <w:p>
      <w:r>
        <w:t xml:space="preserve">　　【答案】A　【解析】正式资源指组织化、专业化的正式系统，如政府、机构；邻里亲友属非正式资源。</w:t>
      </w:r>
    </w:p>
    <w:p>
      <w:r>
        <w:t>28. 社会工作者“自我披露”属于（　）</w:t>
      </w:r>
    </w:p>
    <w:p>
      <w:r>
        <w:t xml:space="preserve">　　A.影响性技巧　B.支持性技巧　C.引导性技巧　D.保护性技巧</w:t>
      </w:r>
    </w:p>
    <w:p>
      <w:r>
        <w:t xml:space="preserve">　　【答案】A　【解析】提供信息、自我披露、建议、忠告、对质都属于影响性技巧。</w:t>
      </w:r>
    </w:p>
    <w:p>
      <w:r>
        <w:t>29. 人类行为与社会环境的关系是（　）</w:t>
      </w:r>
    </w:p>
    <w:p>
      <w:r>
        <w:t xml:space="preserve">　　A.相互影响、动态平衡　B.互不相关　C.环境决定一切　D.行为决定一切</w:t>
      </w:r>
    </w:p>
    <w:p>
      <w:r>
        <w:t xml:space="preserve">　　【答案】A　【解析】人在情境中，人类行为与社会环境相互影响、动态平衡。</w:t>
      </w:r>
    </w:p>
    <w:p>
      <w:r>
        <w:t>30. 督导者处理被督导者情绪压力，体现了督导的（　）</w:t>
      </w:r>
    </w:p>
    <w:p>
      <w:r>
        <w:t xml:space="preserve">　　A.行政功能　B.教育功能　C.支持功能　D.研究功能</w:t>
      </w:r>
    </w:p>
    <w:p>
      <w:r>
        <w:t xml:space="preserve">　　【答案】C　【解析】支持性功能包括情感支持、疏导压力、肯定被督导者。</w:t>
      </w:r>
    </w:p>
    <w:p>
      <w:r>
        <w:t>31. 下列哪项属于定性研究资料（　）</w:t>
      </w:r>
    </w:p>
    <w:p>
      <w:r>
        <w:t xml:space="preserve">　　A.开放式访谈记录　B.量表得分　C.问卷百分比　D.统计数据</w:t>
      </w:r>
    </w:p>
    <w:p>
      <w:r>
        <w:t xml:space="preserve">　　【答案】A　【解析】开放式访谈、观察记录属于定性资料；量表和问卷数据属于定量资料。</w:t>
      </w:r>
    </w:p>
    <w:p>
      <w:r>
        <w:t>32. 社会工作价值观的操作原则不包括（　）</w:t>
      </w:r>
    </w:p>
    <w:p>
      <w:r>
        <w:t xml:space="preserve">　　A.接纳　B.非评判　C.案主自决　D.代替案主做决定</w:t>
      </w:r>
    </w:p>
    <w:p>
      <w:r>
        <w:t xml:space="preserve">　　【答案】D　【解析】接纳、非评判、保密、案主自决是操作原则；代替决定违背案主自决。</w:t>
      </w:r>
    </w:p>
    <w:p>
      <w:r>
        <w:t>33. 个案管理的核心是（　）</w:t>
      </w:r>
    </w:p>
    <w:p>
      <w:r>
        <w:t xml:space="preserve">　　A.为复杂需要的案主统筹协调多种服务　B.只做心理辅导　C.只转介一次　D.替代案主生活</w:t>
      </w:r>
    </w:p>
    <w:p>
      <w:r>
        <w:t xml:space="preserve">　　【答案】A　【解析】个案管理针对多重、复杂需要，由社工统筹评估、链接、协调和监控多种服务。</w:t>
      </w:r>
    </w:p>
    <w:p>
      <w:r>
        <w:t>34. 小组结束阶段，社工应（　）</w:t>
      </w:r>
    </w:p>
    <w:p>
      <w:r>
        <w:t xml:space="preserve">　　A.协助处理离别情绪、巩固小组成果　B.放任组员自行离开　C.制造冲突　D.立即解散</w:t>
      </w:r>
    </w:p>
    <w:p>
      <w:r>
        <w:t xml:space="preserve">　　【答案】A　【解析】结束阶段要处理离别情绪、评估成果、协助组员把小组收获迁移到生活中。</w:t>
      </w:r>
    </w:p>
    <w:p>
      <w:r>
        <w:t>35. 地区发展模式中，社工的角色更接近（　）</w:t>
      </w:r>
    </w:p>
    <w:p>
      <w:r>
        <w:t xml:space="preserve">　　A.使能者、协调者　B.权威专家　C.决策者　D.监督者</w:t>
      </w:r>
    </w:p>
    <w:p>
      <w:r>
        <w:t xml:space="preserve">　　【答案】A　【解析】地区发展模式中社工是使能者、协调者、导师，推动居民自己解决问题。</w:t>
      </w:r>
    </w:p>
    <w:p>
      <w:r>
        <w:t>36. “接纳”的正确理解是（　）</w:t>
      </w:r>
    </w:p>
    <w:p>
      <w:r>
        <w:t xml:space="preserve">　　A.接受案主作为有价值的人，不等于赞同其一切行为　B.认同案主所有做法　C.纵容错误行为　D.不加区分地同意</w:t>
      </w:r>
    </w:p>
    <w:p>
      <w:r>
        <w:t xml:space="preserve">　　【答案】A　【解析】接纳是尊重案主的人格和价值，并非同意或纵容其不当行为。</w:t>
      </w:r>
    </w:p>
    <w:p>
      <w:r>
        <w:t>37. 弗洛伊德人格结构中，遵循快乐原则的是（　）</w:t>
      </w:r>
    </w:p>
    <w:p>
      <w:r>
        <w:t xml:space="preserve">　　A.本我　B.自我　C.超我　D.镜我</w:t>
      </w:r>
    </w:p>
    <w:p>
      <w:r>
        <w:t xml:space="preserve">　　【答案】A　【解析】本我按快乐原则行事，自我按现实原则，超我按道德原则。</w:t>
      </w:r>
    </w:p>
    <w:p>
      <w:r>
        <w:t>38. 社会工作研究中，实验组与对照组前后测设计属于（　）</w:t>
      </w:r>
    </w:p>
    <w:p>
      <w:r>
        <w:t xml:space="preserve">　　A.实验研究　B.问卷调查　C.个案研究　D.文献研究</w:t>
      </w:r>
    </w:p>
    <w:p>
      <w:r>
        <w:t xml:space="preserve">　　【答案】A　【解析】实验研究通过控制变量、设置实验组对照组检验因果关系。</w:t>
      </w:r>
    </w:p>
    <w:p>
      <w:r>
        <w:t>39. 下列属于社会工作间接服务角色的是（　）</w:t>
      </w:r>
    </w:p>
    <w:p>
      <w:r>
        <w:t xml:space="preserve">　　A.行政管理者　B.个案工作者　C.小组带领者　D.社区工作者</w:t>
      </w:r>
    </w:p>
    <w:p>
      <w:r>
        <w:t xml:space="preserve">　　【答案】A　【解析】行政管理者、资源筹措者、政策影响人是间接角色；直接面对案主的是直接角色。</w:t>
      </w:r>
    </w:p>
    <w:p>
      <w:r>
        <w:t>40. 伦理抉择时，社会工作者首先应考虑（　）</w:t>
      </w:r>
    </w:p>
    <w:p>
      <w:r>
        <w:t xml:space="preserve">　　A.保护生命和最大利益　B.个人情面　C.机构利益　D.完成任务</w:t>
      </w:r>
    </w:p>
    <w:p>
      <w:r>
        <w:t xml:space="preserve">　　【答案】A　【解析】保护生命、促进案主最大利益是伦理抉择的最高原则。</w:t>
      </w:r>
    </w:p>
    <w:p>
      <w:r>
        <w:t>41. 成长小组的目标是（　）</w:t>
      </w:r>
    </w:p>
    <w:p>
      <w:r>
        <w:t xml:space="preserve">　　A.促进组员个人成长和潜能发挥　B.治疗心理疾病　C.完成特定任务　D.信息传授</w:t>
      </w:r>
    </w:p>
    <w:p>
      <w:r>
        <w:t xml:space="preserve">　　【答案】A　【解析】成长小组聚焦组员自我认识、潜能开发和个人成长。</w:t>
      </w:r>
    </w:p>
    <w:p>
      <w:r>
        <w:t>42. 社区照顾中“由社区照顾”强调（　）</w:t>
      </w:r>
    </w:p>
    <w:p>
      <w:r>
        <w:t xml:space="preserve">　　A.动员社区内非正规网络互助　B.政府全包　C.机构集中供养　D.取消照顾</w:t>
      </w:r>
    </w:p>
    <w:p>
      <w:r>
        <w:t xml:space="preserve">　　【答案】A　【解析】“由社区照顾”强调动员家人、邻里、志愿者等社区非正式网络提供照顾。</w:t>
      </w:r>
    </w:p>
    <w:p>
      <w:r>
        <w:t>43. 社会工作者在个案服务中与案主签订服务协议，属于（　）</w:t>
      </w:r>
    </w:p>
    <w:p>
      <w:r>
        <w:t xml:space="preserve">　　A.接案　B.预估　C.计划　D.评估</w:t>
      </w:r>
    </w:p>
    <w:p>
      <w:r>
        <w:t xml:space="preserve">　　【答案】C　【解析】签订协议、设定目标和行动计划属于计划阶段。</w:t>
      </w:r>
    </w:p>
    <w:p>
      <w:r>
        <w:t>44. 预估的主要目的是（　）</w:t>
      </w:r>
    </w:p>
    <w:p>
      <w:r>
        <w:t xml:space="preserve">　　A.收集资料、识别案主问题与需要　B.结束服务　C.转介　D.收费</w:t>
      </w:r>
    </w:p>
    <w:p>
      <w:r>
        <w:t xml:space="preserve">　　【答案】A　【解析】预估是收集和分析资料，识别案主问题、需要和资源的过程。</w:t>
      </w:r>
    </w:p>
    <w:p>
      <w:r>
        <w:t>45. 下列不属于小组工作功能要素的是（　）</w:t>
      </w:r>
    </w:p>
    <w:p>
      <w:r>
        <w:t xml:space="preserve">　　A.目标　B.组员　C.活动　D.与案主无关的旁观者</w:t>
      </w:r>
    </w:p>
    <w:p>
      <w:r>
        <w:t xml:space="preserve">　　【答案】D　【解析】小组有目标、组员、社工、活动、机构等要素，无关旁观者不是要素。</w:t>
      </w:r>
    </w:p>
    <w:p>
      <w:r>
        <w:t>46. 社会工作的“资源筹措者”角色要求社工（　）</w:t>
      </w:r>
    </w:p>
    <w:p>
      <w:r>
        <w:t xml:space="preserve">　　A.为案主链接所需资源　B.单独解决一切　C.拒绝资源　D.只提供情感支持</w:t>
      </w:r>
    </w:p>
    <w:p>
      <w:r>
        <w:t xml:space="preserve">　　【答案】A　【解析】资源筹措者即联络、整合机构、社区、政策等资源满足案主需要。</w:t>
      </w:r>
    </w:p>
    <w:p>
      <w:r>
        <w:t>47. 斯金纳操作条件反射中，给予奖励以增加行为发生属于（　）</w:t>
      </w:r>
    </w:p>
    <w:p>
      <w:r>
        <w:t xml:space="preserve">　　A.正强化　B.负强化　C.惩罚　D.消退</w:t>
      </w:r>
    </w:p>
    <w:p>
      <w:r>
        <w:t xml:space="preserve">　　【答案】A　【解析】正强化即通过呈现愉快刺激（奖励）增加目标行为。</w:t>
      </w:r>
    </w:p>
    <w:p>
      <w:r>
        <w:t>48. 班杜拉社会学习理论强调（　）</w:t>
      </w:r>
    </w:p>
    <w:p>
      <w:r>
        <w:t xml:space="preserve">　　A.观察学习和模仿　B.经典条件反射　C.操作条件反射　D.本能驱力</w:t>
      </w:r>
    </w:p>
    <w:p>
      <w:r>
        <w:t xml:space="preserve">　　【答案】A　【解析】班杜拉认为人通过观察榜样、模仿他人行为进行学习。</w:t>
      </w:r>
    </w:p>
    <w:p>
      <w:r>
        <w:t>49. 下列哪项是社会工作行政中“监控”环节（　）</w:t>
      </w:r>
    </w:p>
    <w:p>
      <w:r>
        <w:t xml:space="preserve">　　A.对照计划检查进度和效果　B.招募员工　C.制定预算　D.宣传筹款</w:t>
      </w:r>
    </w:p>
    <w:p>
      <w:r>
        <w:t xml:space="preserve">　　【答案】A　【解析】监控即对照计划监督进度、评估效果、及时纠偏。</w:t>
      </w:r>
    </w:p>
    <w:p>
      <w:r>
        <w:t>50. 对丧偶老人进行情绪疏导并链接社区养老服务，属于（　）</w:t>
      </w:r>
    </w:p>
    <w:p>
      <w:r>
        <w:t xml:space="preserve">　　A.直接+间接综合服务　B.只做行政　C.只做研究　D.只做督导</w:t>
      </w:r>
    </w:p>
    <w:p>
      <w:r>
        <w:t xml:space="preserve">　　【答案】A　【解析】情绪疏导是直接服务，链接养老资源涉及资源筹措，属综合服务。</w:t>
      </w:r>
    </w:p>
    <w:p>
      <w:r>
        <w:t>51. 社会工作者对服务对象的文化背景应（　）</w:t>
      </w:r>
    </w:p>
    <w:p>
      <w:r>
        <w:t xml:space="preserve">　　A.尊重并理解　B.歧视　C.忽视　D.同化</w:t>
      </w:r>
    </w:p>
    <w:p>
      <w:r>
        <w:t xml:space="preserve">　　【答案】A　【解析】文化敏感性要求社工尊重、理解案主所处的文化和生活方式。</w:t>
      </w:r>
    </w:p>
    <w:p>
      <w:r>
        <w:t>52. 个案工作结案的合适时机是（　）</w:t>
      </w:r>
    </w:p>
    <w:p>
      <w:r>
        <w:t xml:space="preserve">　　A.案主问题基本解决、具备独立能力　B.第一次见面　C.案主刚出现问题　D.随时</w:t>
      </w:r>
    </w:p>
    <w:p>
      <w:r>
        <w:t xml:space="preserve">　　【答案】A　【解析】当目标达成、案主能独立应对问题时方可结案。</w:t>
      </w:r>
    </w:p>
    <w:p>
      <w:r>
        <w:t>53. 小组工作中，社工安排破冰游戏通常在（　）</w:t>
      </w:r>
    </w:p>
    <w:p>
      <w:r>
        <w:t xml:space="preserve">　　A.开始阶段　B.结束阶段　C.中期冲突阶段　D.计划之后的开始期</w:t>
      </w:r>
    </w:p>
    <w:p>
      <w:r>
        <w:t xml:space="preserve">　　【答案】A　【解析】开始阶段用破冰活动促进组员相识、建立信任。</w:t>
      </w:r>
    </w:p>
    <w:p>
      <w:r>
        <w:t>54. 社会策划模式的工作步骤第一步通常是（　）</w:t>
      </w:r>
    </w:p>
    <w:p>
      <w:r>
        <w:t xml:space="preserve">　　A.了解组织使命和社区问题　B.直接施工　C.发动游行　D.结案评估</w:t>
      </w:r>
    </w:p>
    <w:p>
      <w:r>
        <w:t xml:space="preserve">　　【答案】A　【解析】社会策划从澄清组织目标、调研社区需要和问题入手。</w:t>
      </w:r>
    </w:p>
    <w:p>
      <w:r>
        <w:t>55. 社会工作督导的对象不包括（　）</w:t>
      </w:r>
    </w:p>
    <w:p>
      <w:r>
        <w:t xml:space="preserve">　　A.资深专家本人　B.新入职社工　C.实习学生　D.一线助理社工</w:t>
      </w:r>
    </w:p>
    <w:p>
      <w:r>
        <w:t xml:space="preserve">　　【答案】A　【解析】督导对象是新手社工、实习生和一线人员，资深专家不是被督导对象。</w:t>
      </w:r>
    </w:p>
    <w:p>
      <w:r>
        <w:t>56. 定性研究常用的资料收集方法是（　）</w:t>
      </w:r>
    </w:p>
    <w:p>
      <w:r>
        <w:t xml:space="preserve">　　A.深度访谈和参与观察　B.邮寄问卷　C.量表测量　D.统计年鉴</w:t>
      </w:r>
    </w:p>
    <w:p>
      <w:r>
        <w:t xml:space="preserve">　　【答案】A　【解析】深度访谈、参与观察、个案资料是定性研究主要方法。</w:t>
      </w:r>
    </w:p>
    <w:p>
      <w:r>
        <w:t>57. 案主自决意味着（　）</w:t>
      </w:r>
    </w:p>
    <w:p>
      <w:r>
        <w:t xml:space="preserve">　　A.案主在知情前提下自己做决定　B.社工替案主决定　C.他人替案主决定　D.不提供任何信息</w:t>
      </w:r>
    </w:p>
    <w:p>
      <w:r>
        <w:t xml:space="preserve">　　【答案】A　【解析】案主自决是在社工提供充分信息和帮助后，由案主自主作出选择。</w:t>
      </w:r>
    </w:p>
    <w:p>
      <w:r>
        <w:t>58. 下列属于非正式支持网络的是（　）</w:t>
      </w:r>
    </w:p>
    <w:p>
      <w:r>
        <w:t xml:space="preserve">　　A.家人、邻里、朋友　B.民政局　C.社工机构　D.医院</w:t>
      </w:r>
    </w:p>
    <w:p>
      <w:r>
        <w:t xml:space="preserve">　　【答案】A　【解析】家人邻里朋友是非正式网络；政府机构医院是正式系统。</w:t>
      </w:r>
    </w:p>
    <w:p>
      <w:r>
        <w:t>59. 认知行为治疗中，帮助案主识别自动思维属于（　）</w:t>
      </w:r>
    </w:p>
    <w:p>
      <w:r>
        <w:t xml:space="preserve">　　A.认知重建　B.行为塑造　C.系统脱敏　D.放松训练</w:t>
      </w:r>
    </w:p>
    <w:p>
      <w:r>
        <w:t xml:space="preserve">　　【答案】A　【解析】识别并挑战非理性自动思维、进行认知重建是认知治疗核心。</w:t>
      </w:r>
    </w:p>
    <w:p>
      <w:r>
        <w:t>60. 小组工作治疗模式的目标是（　）</w:t>
      </w:r>
    </w:p>
    <w:p>
      <w:r>
        <w:t xml:space="preserve">　　A.解决组员个人的心理和行为问题　B.娱乐健身　C.信息分享　D.单纯联谊</w:t>
      </w:r>
    </w:p>
    <w:p>
      <w:r>
        <w:t xml:space="preserve">　　【答案】A　【解析】治疗模式关注组员心理行为问题的矫治和治疗。</w:t>
      </w:r>
    </w:p>
    <w:p>
      <w:r>
        <w:t>61. 社会工作者在社区中牵头成立居民议事会，属于（　）</w:t>
      </w:r>
    </w:p>
    <w:p>
      <w:r>
        <w:t xml:space="preserve">　　A.社区参与和组织　B.个案辅导　C.行政考核　D.督导培训</w:t>
      </w:r>
    </w:p>
    <w:p>
      <w:r>
        <w:t xml:space="preserve">　　【答案】A　【解析】组织居民议事、培育社区组织是社区工作的组织推动技巧。</w:t>
      </w:r>
    </w:p>
    <w:p>
      <w:r>
        <w:t>62. 下列哪项体现社会工作“助人自助”（　）</w:t>
      </w:r>
    </w:p>
    <w:p>
      <w:r>
        <w:t xml:space="preserve">　　A.教案主方法使其今后能自己解决问题　B.包办一切　C.替代生活　D.只给金钱</w:t>
      </w:r>
    </w:p>
    <w:p>
      <w:r>
        <w:t xml:space="preserve">　　【答案】A　【解析】助人自助是授人以渔，增强案主自身能力。</w:t>
      </w:r>
    </w:p>
    <w:p>
      <w:r>
        <w:t>63. 社会工作专业关系的特点是（　）</w:t>
      </w:r>
    </w:p>
    <w:p>
      <w:r>
        <w:t xml:space="preserve">　　A.目的性、职业性、界限清晰　B.朋友关系　C.亲情关系　D.随意关系</w:t>
      </w:r>
    </w:p>
    <w:p>
      <w:r>
        <w:t xml:space="preserve">　　【答案】A　【解析】专业关系有明确目的、职业界限和时间限制，不同于朋友亲情。</w:t>
      </w:r>
    </w:p>
    <w:p>
      <w:r>
        <w:t>64. 服务对象抱怨“你们也帮不上什么忙”，社工恰当的回应是（　）</w:t>
      </w:r>
    </w:p>
    <w:p>
      <w:r>
        <w:t xml:space="preserve">　　A.同理其失望并一起探讨可行办法　B.与其争论　C.忽视　D.立即转介</w:t>
      </w:r>
    </w:p>
    <w:p>
      <w:r>
        <w:t xml:space="preserve">　　【答案】A　【解析】先用同理心接纳情绪，再引导探讨解决办法。</w:t>
      </w:r>
    </w:p>
    <w:p>
      <w:r>
        <w:t>65. 社会工作研究的最终目的是（　）</w:t>
      </w:r>
    </w:p>
    <w:p>
      <w:r>
        <w:t xml:space="preserve">　　A.改善服务、推进实务和专业发展　B.发表论文而已　C.应付考核　D.纯理论消遣</w:t>
      </w:r>
    </w:p>
    <w:p>
      <w:r>
        <w:t xml:space="preserve">　　【答案】A　【解析】社会工作研究以改善实务、提升服务质量、推进专业发展为目的。</w:t>
      </w:r>
    </w:p>
    <w:p>
      <w:r>
        <w:t>66. 下列属于社区教育内容的是（　）</w:t>
      </w:r>
    </w:p>
    <w:p>
      <w:r>
        <w:t xml:space="preserve">　　A.健康知识讲座、普法宣传　B.个案心理咨询　C.小组治疗　D.机构财务审计</w:t>
      </w:r>
    </w:p>
    <w:p>
      <w:r>
        <w:t xml:space="preserve">　　【答案】A　【解析】科普讲座、普法、能力培训都属社区教育。</w:t>
      </w:r>
    </w:p>
    <w:p>
      <w:r>
        <w:t>67. 督导中“管理式督导”侧重（　）</w:t>
      </w:r>
    </w:p>
    <w:p>
      <w:r>
        <w:t xml:space="preserve">　　A.督导被督导者完成任务和绩效　B.纯情感交流　C.学术研讨　D.朋友聊天</w:t>
      </w:r>
    </w:p>
    <w:p>
      <w:r>
        <w:t xml:space="preserve">　　【答案】A　【解析】管理式督导关注工作任务、绩效和规范管理。</w:t>
      </w:r>
    </w:p>
    <w:p>
      <w:r>
        <w:t>68. 下列哪项是接案阶段的工作（　）</w:t>
      </w:r>
    </w:p>
    <w:p>
      <w:r>
        <w:t xml:space="preserve">　　A.了解案主来源、建立初步关系　B.制定详细干预计划　C.结案评估　D.撰写研究报告</w:t>
      </w:r>
    </w:p>
    <w:p>
      <w:r>
        <w:t xml:space="preserve">　　【答案】A　【解析】接案包括了解案主来源、初步面谈、建立专业关系、决定是否接案。</w:t>
      </w:r>
    </w:p>
    <w:p>
      <w:r>
        <w:t>69. “非评判”态度要求社工（　）</w:t>
      </w:r>
    </w:p>
    <w:p>
      <w:r>
        <w:t xml:space="preserve">　　A.不轻易指责评判案主的价值观　B.批评案主　C.道德说教　D.贴标签</w:t>
      </w:r>
    </w:p>
    <w:p>
      <w:r>
        <w:t xml:space="preserve">　　【答案】A　【解析】非评判即不作道德指责，尊重案主，建立安全信任的关系。</w:t>
      </w:r>
    </w:p>
    <w:p>
      <w:r>
        <w:t>70. 小组工作中处理组员冲突，社工应（　）</w:t>
      </w:r>
    </w:p>
    <w:p>
      <w:r>
        <w:t xml:space="preserve">　　A.促进沟通、引导理性表达　B.压制一方　C.偏袒　D.退出</w:t>
      </w:r>
    </w:p>
    <w:p>
      <w:r>
        <w:t xml:space="preserve">　　【答案】A　【解析】社工应引导组员沟通、表达感受、寻求共识，化解冲突。</w:t>
      </w:r>
    </w:p>
    <w:p>
      <w:r>
        <w:t>71. 下列不属于人类需要类型的是（　）</w:t>
      </w:r>
    </w:p>
    <w:p>
      <w:r>
        <w:t xml:space="preserve">　　A.生存需要　B.关系需要　C.成长需要　D.炫耀需要</w:t>
      </w:r>
    </w:p>
    <w:p>
      <w:r>
        <w:t xml:space="preserve">　　【答案】D　【解析】生存、关系、成长（ERG）是需要类型；炫耀不是基本需要分类。</w:t>
      </w:r>
    </w:p>
    <w:p>
      <w:r>
        <w:t>72. 社会工作者帮助低保家庭申请救助，属于（　）</w:t>
      </w:r>
    </w:p>
    <w:p>
      <w:r>
        <w:t xml:space="preserve">　　A.政策倡导与资源链接　B.心理治疗　C.小组活动　D.学术研究</w:t>
      </w:r>
    </w:p>
    <w:p>
      <w:r>
        <w:t xml:space="preserve">　　【答案】A　【解析】协助申请社会救助是链接政策资源、促进福祉的实务工作。</w:t>
      </w:r>
    </w:p>
    <w:p>
      <w:r>
        <w:t>73. 预估阶段绘制家庭结构图是为了（　）</w:t>
      </w:r>
    </w:p>
    <w:p>
      <w:r>
        <w:t xml:space="preserve">　　A.直观呈现家庭关系和结构　B.收费　C.做游戏　D.记录隐私炫耀</w:t>
      </w:r>
    </w:p>
    <w:p>
      <w:r>
        <w:t xml:space="preserve">　　【答案】A　【解析】家庭结构图是评估家庭关系、结构和资源的常用工具。</w:t>
      </w:r>
    </w:p>
    <w:p>
      <w:r>
        <w:t>74. 下列哪项体现社会工作者的“倡导者”角色（　）</w:t>
      </w:r>
    </w:p>
    <w:p>
      <w:r>
        <w:t xml:space="preserve">　　A.为弱势群体争取合理政策和权益　B.只执行命令　C.消极等待　D.拒绝发声</w:t>
      </w:r>
    </w:p>
    <w:p>
      <w:r>
        <w:t xml:space="preserve">　　【答案】A　【解析】倡导者角色代表弱势案主呼吁、争取合理权益和政策改善。</w:t>
      </w:r>
    </w:p>
    <w:p>
      <w:r>
        <w:t>75. 结案时案主出现退化行为，社工应（　）</w:t>
      </w:r>
    </w:p>
    <w:p>
      <w:r>
        <w:t xml:space="preserve">　　A.理解离别焦虑并予以处理　B.批评其幼稚　C.立即转介　D.忽视</w:t>
      </w:r>
    </w:p>
    <w:p>
      <w:r>
        <w:t xml:space="preserve">　　【答案】A　【解析】结案时的退行常源于离别焦虑，需正常化并妥善处理情绪。</w:t>
      </w:r>
    </w:p>
    <w:p>
      <w:r>
        <w:t>76. 社区工作中，下列属于任务目标的是（　）</w:t>
      </w:r>
    </w:p>
    <w:p>
      <w:r>
        <w:t xml:space="preserve">　　A.改善社区环境卫生　B.提升居民参与能力　C.增强社区凝聚力　D.培养社区领袖</w:t>
      </w:r>
    </w:p>
    <w:p>
      <w:r>
        <w:t xml:space="preserve">　　【答案】A　【解析】任务目标是解决具体社区问题（如环境整治）；过程目标是能力建设。</w:t>
      </w:r>
    </w:p>
    <w:p>
      <w:r>
        <w:t>77. 社会工作者在服务中应遵循的“最小伤害”原则指（　）</w:t>
      </w:r>
    </w:p>
    <w:p>
      <w:r>
        <w:t xml:space="preserve">　　A.尽量把对案主和他人的伤害降到最低　B.随意冒险　C.追求最大利润　D.忽视风险</w:t>
      </w:r>
    </w:p>
    <w:p>
      <w:r>
        <w:t xml:space="preserve">　　【答案】A　【解析】伦理上要求任何方案都应权衡利弊，把伤害降到最小。</w:t>
      </w:r>
    </w:p>
    <w:p>
      <w:r>
        <w:t>78. 下列属于小组构成要素的是（　）</w:t>
      </w:r>
    </w:p>
    <w:p>
      <w:r>
        <w:t xml:space="preserve">　　A.小组目标　B.小组规模不受任何限制　C.无需社工　D.无需互动</w:t>
      </w:r>
    </w:p>
    <w:p>
      <w:r>
        <w:t xml:space="preserve">　　【答案】A　【解析】明确的目标是小组的基本构成要素之一。</w:t>
      </w:r>
    </w:p>
    <w:p>
      <w:r>
        <w:t>79. 社会工作行政中，制定服务计划首先要（　）</w:t>
      </w:r>
    </w:p>
    <w:p>
      <w:r>
        <w:t xml:space="preserve">　　A.明确机构使命和服务对象需要　B.直接招聘　C.采购设备　D.对外宣传</w:t>
      </w:r>
    </w:p>
    <w:p>
      <w:r>
        <w:t xml:space="preserve">　　【答案】A　【解析】计划以机构使命和案主需要为出发点。</w:t>
      </w:r>
    </w:p>
    <w:p>
      <w:r>
        <w:t>80. 定性研究强调（　）</w:t>
      </w:r>
    </w:p>
    <w:p>
      <w:r>
        <w:t xml:space="preserve">　　A.深入理解现象的意义　B.数字统计　C.大样本推广　D.控制变量</w:t>
      </w:r>
    </w:p>
    <w:p>
      <w:r>
        <w:t xml:space="preserve">　　【答案】A　【解析】定性研究重在理解行为背后的意义和情境，不追求大样本统计推广。</w:t>
      </w:r>
    </w:p>
    <w:p>
      <w:r>
        <w:t>81. 案主透露曾有过伤人念头但已无计划，社工应（　）</w:t>
      </w:r>
    </w:p>
    <w:p>
      <w:r>
        <w:t xml:space="preserve">　　A.继续评估、做好保密与风险预案　B.立即公开广播　C.完全忽视　D.随意泄露</w:t>
      </w:r>
    </w:p>
    <w:p>
      <w:r>
        <w:t xml:space="preserve">　　【答案】A　【解析】需持续评估风险，在保密与安全之间权衡，做好预案而非随意泄露。</w:t>
      </w:r>
    </w:p>
    <w:p>
      <w:r>
        <w:t>82. 社会工作者对同事的伦理责任包括（　）</w:t>
      </w:r>
    </w:p>
    <w:p>
      <w:r>
        <w:t xml:space="preserve">　　A.尊重、合作、支持　B.竞争拆台　C.保守同事秘密到损害案主　D.各自为政</w:t>
      </w:r>
    </w:p>
    <w:p>
      <w:r>
        <w:t xml:space="preserve">　　【答案】A　【解析】对同事应尊重、真诚、合作，共同维护专业质量。</w:t>
      </w:r>
    </w:p>
    <w:p>
      <w:r>
        <w:t>83. 社区照顾模式强调“正常化”，即（　）</w:t>
      </w:r>
    </w:p>
    <w:p>
      <w:r>
        <w:t xml:space="preserve">　　A.让服务对象过上尽可能贴近普通人的生活　B.隔离集中管理　C.特殊标签化　D.区别对待</w:t>
      </w:r>
    </w:p>
    <w:p>
      <w:r>
        <w:t xml:space="preserve">　　【答案】A　【解析】正常化主张让有需要的人在普通社区环境中过常态生活。</w:t>
      </w:r>
    </w:p>
    <w:p>
      <w:r>
        <w:t>84. 下列哪项属于间接干预技巧（　）</w:t>
      </w:r>
    </w:p>
    <w:p>
      <w:r>
        <w:t xml:space="preserve">　　A.运用社会资源和政策推动改变　B.直接对案主做心理疏导　C.带领小组　D.个案会谈</w:t>
      </w:r>
    </w:p>
    <w:p>
      <w:r>
        <w:t xml:space="preserve">　　【答案】A　【解析】链接资源、政策推动、倡导属于间接干预。</w:t>
      </w:r>
    </w:p>
    <w:p>
      <w:r>
        <w:t>85. 社会工作者在小组中扮演“媒介者”，是指（　）</w:t>
      </w:r>
    </w:p>
    <w:p>
      <w:r>
        <w:t xml:space="preserve">　　A.促成组员之间互相帮助和学习　B.控制一切　C.孤立组员　D.代替发言</w:t>
      </w:r>
    </w:p>
    <w:p>
      <w:r>
        <w:t xml:space="preserve">　　【答案】A　【解析】媒介者即搭建组员互动平台，促进彼此支持和学习。</w:t>
      </w:r>
    </w:p>
    <w:p>
      <w:r>
        <w:t>86. 下列哪项是社会工作的特点（　）</w:t>
      </w:r>
    </w:p>
    <w:p>
      <w:r>
        <w:t xml:space="preserve">　　A.专业助人、强调实践、关注公平　B.营利性　C.随意性　D.单向管理</w:t>
      </w:r>
    </w:p>
    <w:p>
      <w:r>
        <w:t xml:space="preserve">　　【答案】A　【解析】社会工作是专业的、以实践为基础的助人活动，追求社会公平。</w:t>
      </w:r>
    </w:p>
    <w:p>
      <w:r>
        <w:t>87. 案主是未成年学生，学校要求社工透露其谈话内容，社工应（　）</w:t>
      </w:r>
    </w:p>
    <w:p>
      <w:r>
        <w:t xml:space="preserve">　　A.在保护隐私与学校关切间依伦理妥善沟通　B.全部照说　C.一字不说并对抗　D.公开张贴</w:t>
      </w:r>
    </w:p>
    <w:p>
      <w:r>
        <w:t xml:space="preserve">　　【答案】A　【解析】涉及未成年人需在保密、安全和校方合理关切间依伦理权衡处理。</w:t>
      </w:r>
    </w:p>
    <w:p>
      <w:r>
        <w:t>88. 社会工作研究中，对单个案主深入长期研究属于（　）</w:t>
      </w:r>
    </w:p>
    <w:p>
      <w:r>
        <w:t xml:space="preserve">　　A.个案研究　B.问卷调查　C.普查　D.实验</w:t>
      </w:r>
    </w:p>
    <w:p>
      <w:r>
        <w:t xml:space="preserve">　　【答案】A　【解析】个案研究是对单个对象深入、长期、全面的研究。</w:t>
      </w:r>
    </w:p>
    <w:p>
      <w:r>
        <w:t>89. 下列不属于社工对机构伦理责任的是（　）</w:t>
      </w:r>
    </w:p>
    <w:p>
      <w:r>
        <w:t xml:space="preserve">　　A.信守机构政策　B.维护机构声誉　C.高效率服务　D.利用机构谋私</w:t>
      </w:r>
    </w:p>
    <w:p>
      <w:r>
        <w:t xml:space="preserve">　　【答案】D　【解析】利用机构谋私违背职业伦理。</w:t>
      </w:r>
    </w:p>
    <w:p>
      <w:r>
        <w:t>90. 小组工作中，组员说“我觉得在这里敢说真话了”，说明小组已形成（　）</w:t>
      </w:r>
    </w:p>
    <w:p>
      <w:r>
        <w:t xml:space="preserve">　　A.安全感和凝聚力　B.竞争关系　C.疏离　D.冲突</w:t>
      </w:r>
    </w:p>
    <w:p>
      <w:r>
        <w:t xml:space="preserve">　　【答案】A　【解析】敢说真话反映小组心理安全和凝聚力增强。</w:t>
      </w:r>
    </w:p>
    <w:p>
      <w:r>
        <w:t>91. 社会工作者鼓励下岗女工组建互助小组，属于（　）</w:t>
      </w:r>
    </w:p>
    <w:p>
      <w:r>
        <w:t xml:space="preserve">　　A.支持小组与赋权　B.心理治疗　C.行政命令　D.学术研讨</w:t>
      </w:r>
    </w:p>
    <w:p>
      <w:r>
        <w:t xml:space="preserve">　　【答案】A　【解析】组建同类人群互助小组、增强其能力和信心是赋权过程。</w:t>
      </w:r>
    </w:p>
    <w:p>
      <w:r>
        <w:t>92. 下列关于社会工作价值观说法正确的是（　）</w:t>
      </w:r>
    </w:p>
    <w:p>
      <w:r>
        <w:t xml:space="preserve">　　A.以尊重人和促进社会公平为核心　B.以营利为目的　C.以管理控制为核心　D.以专家权威为核心</w:t>
      </w:r>
    </w:p>
    <w:p>
      <w:r>
        <w:t xml:space="preserve">　　【答案】A　【解析】社会工作价值观以尊重人、相信人、促进公平正义为核心。</w:t>
      </w:r>
    </w:p>
    <w:p>
      <w:r>
        <w:t>93. 预估时不仅看案主的问题，也要看其（　）</w:t>
      </w:r>
    </w:p>
    <w:p>
      <w:r>
        <w:t xml:space="preserve">　　A.优势、资源和潜能　B.只有缺陷　C.只有过去　D.只看症状</w:t>
      </w:r>
    </w:p>
    <w:p>
      <w:r>
        <w:t xml:space="preserve">　　【答案】A　【解析】优势视角强调发掘案主的优势、资源和抗逆力。</w:t>
      </w:r>
    </w:p>
    <w:p>
      <w:r>
        <w:t>94. 社会工作者安排有矛盾的两户邻居坐下来沟通，运用的技巧是（　）</w:t>
      </w:r>
    </w:p>
    <w:p>
      <w:r>
        <w:t xml:space="preserve">　　A.协商与调解　B.强制裁决　C.回避　D.指责</w:t>
      </w:r>
    </w:p>
    <w:p>
      <w:r>
        <w:t xml:space="preserve">　　【答案】A　【解析】协商调解是社区和个案中化解人际矛盾的常用技巧。</w:t>
      </w:r>
    </w:p>
    <w:p>
      <w:r>
        <w:t>95. 下列哪项属于社会工作对全社会的伦理责任（　）</w:t>
      </w:r>
    </w:p>
    <w:p>
      <w:r>
        <w:t xml:space="preserve">　　A.促进社会福利和公正　B.只服务机构客户　C.追求利润　D.回避公共事务</w:t>
      </w:r>
    </w:p>
    <w:p>
      <w:r>
        <w:t xml:space="preserve">　　【答案】A　【解析】社会工作对社会负有促进福祉、推动公平正义的责任。</w:t>
      </w:r>
    </w:p>
    <w:p>
      <w:r>
        <w:t>96. 服务结束后，社工对案主说“你其实比自己想象的更有办法”，这是在（　）</w:t>
      </w:r>
    </w:p>
    <w:p>
      <w:r>
        <w:t xml:space="preserve">　　A.巩固案主的自我效能和成长　B.打击案主　C.随意敷衍　D.比较别人</w:t>
      </w:r>
    </w:p>
    <w:p>
      <w:r>
        <w:t xml:space="preserve">　　【答案】A　【解析】结案时肯定案主的能力和进步，有助于巩固改变、增强自信。</w:t>
      </w:r>
    </w:p>
    <w:p>
      <w:r>
        <w:t>97. 社区工作者发起居民参与环境整治，体现了地区发展模式的（　）</w:t>
      </w:r>
    </w:p>
    <w:p>
      <w:r>
        <w:t xml:space="preserve">　　A.居民自助参与　B.专家包办　C.自上而下命令　D.硬件优先</w:t>
      </w:r>
    </w:p>
    <w:p>
      <w:r>
        <w:t xml:space="preserve">　　【答案】A　【解析】组织居民自己动手改善环境，正是自助参与的体现。</w:t>
      </w:r>
    </w:p>
    <w:p>
      <w:r>
        <w:t>98. 社会工作专业的灵魂是（　）</w:t>
      </w:r>
    </w:p>
    <w:p>
      <w:r>
        <w:t xml:space="preserve">　　A.价值观和伦理　B.收费标准　C.办公场所　D.人员数量</w:t>
      </w:r>
    </w:p>
    <w:p>
      <w:r>
        <w:t xml:space="preserve">　　【答案】A　【解析】价值观与专业伦理是社会工作的灵魂和专业基石。</w:t>
      </w:r>
    </w:p>
    <w:p>
      <w:r>
        <w:t>99. 下列哪项属于社会工作的间接服务方法（　）</w:t>
      </w:r>
    </w:p>
    <w:p>
      <w:r>
        <w:t xml:space="preserve">　　A.社会工作督导　B.个案工作　C.小组工作　D.社区工作</w:t>
      </w:r>
    </w:p>
    <w:p>
      <w:r>
        <w:t xml:space="preserve">　　【答案】A　【解析】督导、行政、研究是间接方法；个案小组社区是直接方法。</w:t>
      </w:r>
    </w:p>
    <w:p>
      <w:r>
        <w:t>100. 社会工作者尊重不同文化背景案主的习俗，体现了（　）</w:t>
      </w:r>
    </w:p>
    <w:p>
      <w:r>
        <w:t xml:space="preserve">　　A.文化敏感性　B.刻板印象　C.文化偏见　D.文化同化</w:t>
      </w:r>
    </w:p>
    <w:p>
      <w:r>
        <w:t xml:space="preserve">　　【答案】A　【解析】文化敏感性即理解并尊重案主的文化背景和生活方式。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