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2026年小学教师资格证《教育教学知识与能力》100题（含答案解析）Word下载</w:t>
      </w:r>
    </w:p>
    <w:p>
      <w:r>
        <w:t>2026年小学教师资格证《教育教学知识与能力》100题（含答案解析）Word下载</w:t>
      </w:r>
    </w:p>
    <w:p>
      <w:r>
        <w:t>满分100分　建议用时90分钟　科目：小学教师资格证《教育教学知识与能力》</w:t>
      </w:r>
    </w:p>
    <w:p>
      <w:r>
        <w:t>一、单项选择题（每题1分，共100分）</w:t>
      </w:r>
    </w:p>
    <w:p>
      <w:r>
        <w:t>1. “教育”一词最早见于（　）</w:t>
      </w:r>
    </w:p>
    <w:p>
      <w:r>
        <w:t xml:space="preserve">　　A.《孟子·尽心上》　B.《论语》　C.《学记》　D.《中庸》</w:t>
      </w:r>
    </w:p>
    <w:p>
      <w:r>
        <w:t xml:space="preserve">　　【答案】A　【解析】“得天下英才而教育之”出自《孟子·尽心上》。</w:t>
      </w:r>
    </w:p>
    <w:p>
      <w:r>
        <w:t>2. 主张“教育即生活、学校即社会、做中学”的教育家是（　）</w:t>
      </w:r>
    </w:p>
    <w:p>
      <w:r>
        <w:t xml:space="preserve">　　A.杜威　B.赫尔巴特　C.夸美纽斯　D.凯洛夫</w:t>
      </w:r>
    </w:p>
    <w:p>
      <w:r>
        <w:t xml:space="preserve">　　【答案】A　【解析】杜威是现代教育代表，提出新三中心：儿童、活动、经验。</w:t>
      </w:r>
    </w:p>
    <w:p>
      <w:r>
        <w:t>3. 传统教育“旧三中心”是指（　）</w:t>
      </w:r>
    </w:p>
    <w:p>
      <w:r>
        <w:t xml:space="preserve">　　A.教师、课堂、教材　B.儿童、活动、经验　C.家庭、学校、社会　D.知识、能力、品德</w:t>
      </w:r>
    </w:p>
    <w:p>
      <w:r>
        <w:t xml:space="preserve">　　【答案】A　【解析】赫尔巴特提出旧三中心：教师中心、课堂中心、教材中心。</w:t>
      </w:r>
    </w:p>
    <w:p>
      <w:r>
        <w:t>4. 标志着教育学成为独立学科的著作是（　）</w:t>
      </w:r>
    </w:p>
    <w:p>
      <w:r>
        <w:t xml:space="preserve">　　A.夸美纽斯《大教学论》　B.赫尔巴特《普通教育学》　C.《学记》　D.洛克《教育漫话》</w:t>
      </w:r>
    </w:p>
    <w:p>
      <w:r>
        <w:t xml:space="preserve">　　【答案】A　【解析】夸美纽斯《大教学论》（1632）标志教育学开始成为独立学科。</w:t>
      </w:r>
    </w:p>
    <w:p>
      <w:r>
        <w:t>5. 世界上最早专门论述教育教学问题的著作是（　）</w:t>
      </w:r>
    </w:p>
    <w:p>
      <w:r>
        <w:t xml:space="preserve">　　A.《学记》　B.《论语》　C.《大教学论》　D.《雄辩术原理》</w:t>
      </w:r>
    </w:p>
    <w:p>
      <w:r>
        <w:t xml:space="preserve">　　【答案】A　【解析】《学记》是我国也是世界上最早的教育专著。</w:t>
      </w:r>
    </w:p>
    <w:p>
      <w:r>
        <w:t>6. 提出“生活即教育、社会即学校、教学做合一”的教育家是（　）</w:t>
      </w:r>
    </w:p>
    <w:p>
      <w:r>
        <w:t xml:space="preserve">　　A.陶行知　B.蔡元培　C.杨贤江　D.陈鹤琴</w:t>
      </w:r>
    </w:p>
    <w:p>
      <w:r>
        <w:t xml:space="preserve">　　【答案】A　【解析】陶行知提出生活教育理论。</w:t>
      </w:r>
    </w:p>
    <w:p>
      <w:r>
        <w:t>7. 决定教育领导权和受教育权的社会因素是（　）</w:t>
      </w:r>
    </w:p>
    <w:p>
      <w:r>
        <w:t xml:space="preserve">　　A.政治经济制度　B.生产力　C.文化　D.人口</w:t>
      </w:r>
    </w:p>
    <w:p>
      <w:r>
        <w:t xml:space="preserve">　　【答案】A　【解析】政治经济制度决定教育的领导权、受教育权和教育目的。</w:t>
      </w:r>
    </w:p>
    <w:p>
      <w:r>
        <w:t>8. 人的身心发展的物质前提是（　）</w:t>
      </w:r>
    </w:p>
    <w:p>
      <w:r>
        <w:t xml:space="preserve">　　A.遗传　B.环境　C.教育　D.主观能动性</w:t>
      </w:r>
    </w:p>
    <w:p>
      <w:r>
        <w:t xml:space="preserve">　　【答案】A　【解析】遗传是身心发展的生理前提和物质基础。</w:t>
      </w:r>
    </w:p>
    <w:p>
      <w:r>
        <w:t>9. “拔苗助长”违背了身心发展的（　）</w:t>
      </w:r>
    </w:p>
    <w:p>
      <w:r>
        <w:t xml:space="preserve">　　A.顺序性　B.阶段性　C.互补性　D.个别差异性</w:t>
      </w:r>
    </w:p>
    <w:p>
      <w:r>
        <w:t xml:space="preserve">　　【答案】A　【解析】身心发展有顺序性，教育应循序渐进，不能拔苗助长。</w:t>
      </w:r>
    </w:p>
    <w:p>
      <w:r>
        <w:t>10. 儿童身心发展有两个高速期，体现了（　）</w:t>
      </w:r>
    </w:p>
    <w:p>
      <w:r>
        <w:t xml:space="preserve">　　A.不平衡性　B.顺序性　C.阶段性　D.整体性</w:t>
      </w:r>
    </w:p>
    <w:p>
      <w:r>
        <w:t xml:space="preserve">　　【答案】A　【解析】同一方面发展速度不均衡，存在关键期，体现不平衡性。</w:t>
      </w:r>
    </w:p>
    <w:p>
      <w:r>
        <w:t>11. “因材施教”遵循了身心发展的（　）</w:t>
      </w:r>
    </w:p>
    <w:p>
      <w:r>
        <w:t xml:space="preserve">　　A.个别差异性　B.顺序性　C.阶段性　D.不平衡性</w:t>
      </w:r>
    </w:p>
    <w:p>
      <w:r>
        <w:t xml:space="preserve">　　【答案】A　【解析】人与人存在差异，教育要因材施教。</w:t>
      </w:r>
    </w:p>
    <w:p>
      <w:r>
        <w:t>12. 规定着教育工作发展方向和核心内容的是（　）</w:t>
      </w:r>
    </w:p>
    <w:p>
      <w:r>
        <w:t xml:space="preserve">　　A.教育目的　B.教育制度　C.课程标准　D.教学大纲</w:t>
      </w:r>
    </w:p>
    <w:p>
      <w:r>
        <w:t xml:space="preserve">　　【答案】A　【解析】教育目的是教育的出发点和归宿，规定培养人的质量规格。</w:t>
      </w:r>
    </w:p>
    <w:p>
      <w:r>
        <w:t>13. 我国现行学制中“六三三”学制又称（　）</w:t>
      </w:r>
    </w:p>
    <w:p>
      <w:r>
        <w:t xml:space="preserve">　　A.壬戌学制　B.癸卯学制　C.壬子癸丑学制　D.壬寅学制</w:t>
      </w:r>
    </w:p>
    <w:p>
      <w:r>
        <w:t xml:space="preserve">　　【答案】A　【解析】1922年壬戌学制效仿美国，又称六三三学制。</w:t>
      </w:r>
    </w:p>
    <w:p>
      <w:r>
        <w:t>14. 由国家教育主管部门制定的关于课程与教学的指导性文件是（　）</w:t>
      </w:r>
    </w:p>
    <w:p>
      <w:r>
        <w:t xml:space="preserve">　　A.课程计划　B.课程标准　C.教科书　D.教学参考书</w:t>
      </w:r>
    </w:p>
    <w:p>
      <w:r>
        <w:t xml:space="preserve">　　【答案】A　【解析】课程计划（教学计划）是国家关于学校课程的总体安排。</w:t>
      </w:r>
    </w:p>
    <w:p>
      <w:r>
        <w:t>15. 教师进行教学的直接依据是（　）</w:t>
      </w:r>
    </w:p>
    <w:p>
      <w:r>
        <w:t xml:space="preserve">　　A.课程标准　B.课程计划　C.教学大纲说明　D.课程方案</w:t>
      </w:r>
    </w:p>
    <w:p>
      <w:r>
        <w:t xml:space="preserve">　　【答案】A　【解析】课程标准是教材编写、教学、评价和考试命题的直接依据。</w:t>
      </w:r>
    </w:p>
    <w:p>
      <w:r>
        <w:t>16. 按课程任务分类，为学生打下基础的课程是（　）</w:t>
      </w:r>
    </w:p>
    <w:p>
      <w:r>
        <w:t xml:space="preserve">　　A.基础型课程　B.拓展型课程　C.研究型课程　D.活动课程</w:t>
      </w:r>
    </w:p>
    <w:p>
      <w:r>
        <w:t xml:space="preserve">　　【答案】A　【解析】基础型课程注重培养学生的基础学力。</w:t>
      </w:r>
    </w:p>
    <w:p>
      <w:r>
        <w:t>17. 学校教学楼走廊里的文化标语属于（　）</w:t>
      </w:r>
    </w:p>
    <w:p>
      <w:r>
        <w:t xml:space="preserve">　　A.隐性课程　B.显性课程　C.学科课程　D.活动课程</w:t>
      </w:r>
    </w:p>
    <w:p>
      <w:r>
        <w:t xml:space="preserve">　　【答案】A　【解析】隐性课程以间接、内隐方式呈现，如校风、环境、师生关系。</w:t>
      </w:r>
    </w:p>
    <w:p>
      <w:r>
        <w:t>18. 教学过程的中心环节是（　）</w:t>
      </w:r>
    </w:p>
    <w:p>
      <w:r>
        <w:t xml:space="preserve">　　A.领会知识　B.巩固知识　C.运用知识　D.检查知识</w:t>
      </w:r>
    </w:p>
    <w:p>
      <w:r>
        <w:t xml:space="preserve">　　【答案】A　【解析】领会知识（理解教材）是教学过程的中心环节。</w:t>
      </w:r>
    </w:p>
    <w:p>
      <w:r>
        <w:t>19. “不陵节而施”体现的教学原则是（　）</w:t>
      </w:r>
    </w:p>
    <w:p>
      <w:r>
        <w:t xml:space="preserve">　　A.循序渐进原则　B.直观性原则　C.巩固性原则　D.因材施教原则</w:t>
      </w:r>
    </w:p>
    <w:p>
      <w:r>
        <w:t xml:space="preserve">　　【答案】A　【解析】“不陵节而施”即不超越等级施教，体现循序渐进。</w:t>
      </w:r>
    </w:p>
    <w:p>
      <w:r>
        <w:t>20. “温故而知新”体现的教学原则是（　）</w:t>
      </w:r>
    </w:p>
    <w:p>
      <w:r>
        <w:t xml:space="preserve">　　A.巩固性原则　B.启发性原则　C.量力性原则　D.直观性原则</w:t>
      </w:r>
    </w:p>
    <w:p>
      <w:r>
        <w:t xml:space="preserve">　　【答案】A　【解析】复习旧知获得新理解，体现巩固性原则。</w:t>
      </w:r>
    </w:p>
    <w:p>
      <w:r>
        <w:t>21. 教师通过展示实物、直观教具进行示范，属于（　）</w:t>
      </w:r>
    </w:p>
    <w:p>
      <w:r>
        <w:t xml:space="preserve">　　A.演示法　B.讲授法　C.讨论法　D.练习法</w:t>
      </w:r>
    </w:p>
    <w:p>
      <w:r>
        <w:t xml:space="preserve">　　【答案】A　【解析】演示法是教师展示实物、教具或示范性实验。</w:t>
      </w:r>
    </w:p>
    <w:p>
      <w:r>
        <w:t>22. 教师带领学生到工厂、农村实地观察学习，属于（　）</w:t>
      </w:r>
    </w:p>
    <w:p>
      <w:r>
        <w:t xml:space="preserve">　　A.参观法　B.实验法　C.实习法　D.谈话法</w:t>
      </w:r>
    </w:p>
    <w:p>
      <w:r>
        <w:t xml:space="preserve">　　【答案】A　【解析】参观法是组织学生到现场直接观察学习。</w:t>
      </w:r>
    </w:p>
    <w:p>
      <w:r>
        <w:t>23. 我国学校教学的基本组织形式是（　）</w:t>
      </w:r>
    </w:p>
    <w:p>
      <w:r>
        <w:t xml:space="preserve">　　A.班级授课制　B.个别教学　C.分组教学　D.道尔顿制</w:t>
      </w:r>
    </w:p>
    <w:p>
      <w:r>
        <w:t xml:space="preserve">　　【答案】A　【解析】班级授课制是我国教学的基本组织形式。</w:t>
      </w:r>
    </w:p>
    <w:p>
      <w:r>
        <w:t>24. 最早从理论上系统论述班级授课制的是（　）</w:t>
      </w:r>
    </w:p>
    <w:p>
      <w:r>
        <w:t xml:space="preserve">　　A.夸美纽斯　B.赫尔巴特　C.杜威　D.凯洛夫</w:t>
      </w:r>
    </w:p>
    <w:p>
      <w:r>
        <w:t xml:space="preserve">　　【答案】A　【解析】夸美纽斯在《大教学论》中最早系统论述班级授课制。</w:t>
      </w:r>
    </w:p>
    <w:p>
      <w:r>
        <w:t>25. 把大班上课、小班研究、个人自学结合起来的教学组织形式是（　）</w:t>
      </w:r>
    </w:p>
    <w:p>
      <w:r>
        <w:t xml:space="preserve">　　A.特朗普制　B.道尔顿制　C.设计教学法　D.文纳特卡制</w:t>
      </w:r>
    </w:p>
    <w:p>
      <w:r>
        <w:t xml:space="preserve">　　【答案】A　【解析】特朗普制（灵活的课程表）融合大班、小班和个人自学。</w:t>
      </w:r>
    </w:p>
    <w:p>
      <w:r>
        <w:t>26. 德育过程的基本矛盾是（　）</w:t>
      </w:r>
    </w:p>
    <w:p>
      <w:r>
        <w:t xml:space="preserve">　　A.教育者提出的德育要求与受教育者已有品德水平之间的矛盾　B.知与行的矛盾　C.学校与家庭的矛盾　D.教师与学生的矛盾</w:t>
      </w:r>
    </w:p>
    <w:p>
      <w:r>
        <w:t xml:space="preserve">　　【答案】A　【解析】德育过程的基本矛盾是社会通过教育者提出的道德要求与学生现有品德水平之间的矛盾。</w:t>
      </w:r>
    </w:p>
    <w:p>
      <w:r>
        <w:t>27. “夫子循循然善诱人”体现的德育原则是（　）</w:t>
      </w:r>
    </w:p>
    <w:p>
      <w:r>
        <w:t xml:space="preserve">　　A.疏导原则　B.知行统一原则　C.因材施教原则　D.正面教育原则</w:t>
      </w:r>
    </w:p>
    <w:p>
      <w:r>
        <w:t xml:space="preserve">　　【答案】A　【解析】循循善诱、以理服人体现疏导原则。</w:t>
      </w:r>
    </w:p>
    <w:p>
      <w:r>
        <w:t>28. “长善救失”体现的德育原则是（　）</w:t>
      </w:r>
    </w:p>
    <w:p>
      <w:r>
        <w:t xml:space="preserve">　　A.依靠积极因素克服消极因素　B.疏导　C.尊重与严格要求　D.教育一致性</w:t>
      </w:r>
    </w:p>
    <w:p>
      <w:r>
        <w:t xml:space="preserve">　　【答案】A　【解析】长善救失即发扬优点、克服缺点。</w:t>
      </w:r>
    </w:p>
    <w:p>
      <w:r>
        <w:t>29. 教师通过表扬、奖励、批评评价学生品德，属于（　）</w:t>
      </w:r>
    </w:p>
    <w:p>
      <w:r>
        <w:t xml:space="preserve">　　A.品德评价法　B.榜样示范法　C.实际锻炼法　D.陶冶教育法</w:t>
      </w:r>
    </w:p>
    <w:p>
      <w:r>
        <w:t xml:space="preserve">　　【答案】A　【解析】品德评价法包括奖励、惩罚、评比和操行评定。</w:t>
      </w:r>
    </w:p>
    <w:p>
      <w:r>
        <w:t>30. “让教室的每一面墙壁都说话”体现的德育方法是（　）</w:t>
      </w:r>
    </w:p>
    <w:p>
      <w:r>
        <w:t xml:space="preserve">　　A.陶冶教育法　B.说服教育法　C.榜样法　D.锻炼法</w:t>
      </w:r>
    </w:p>
    <w:p>
      <w:r>
        <w:t xml:space="preserve">　　【答案】A　【解析】陶冶教育法利用环境和自身教育因素对学生进行潜移默化的感染。</w:t>
      </w:r>
    </w:p>
    <w:p>
      <w:r>
        <w:t>31. 巴甫洛夫的经典条件反射实验研究的动物是（　）</w:t>
      </w:r>
    </w:p>
    <w:p>
      <w:r>
        <w:t xml:space="preserve">　　A.狗　B.猫　C.白鼠　D.猩猩</w:t>
      </w:r>
    </w:p>
    <w:p>
      <w:r>
        <w:t xml:space="preserve">　　【答案】A　【解析】巴甫洛夫以狗为对象研究条件反射。</w:t>
      </w:r>
    </w:p>
    <w:p>
      <w:r>
        <w:t>32. 斯金纳实验中，白鼠按压杠杆获得食物属于（　）</w:t>
      </w:r>
    </w:p>
    <w:p>
      <w:r>
        <w:t xml:space="preserve">　　A.操作性条件作用　B.经典条件作用　C.观察学习　D.顿悟</w:t>
      </w:r>
    </w:p>
    <w:p>
      <w:r>
        <w:t xml:space="preserve">　　【答案】A　【解析】斯金纳通过斯金纳箱研究操作性条件作用。</w:t>
      </w:r>
    </w:p>
    <w:p>
      <w:r>
        <w:t>33. 小明因上课专心听讲受到表扬，后来更专心了，这是（　）</w:t>
      </w:r>
    </w:p>
    <w:p>
      <w:r>
        <w:t xml:space="preserve">　　A.正强化　B.负强化　C.惩罚　D.消退</w:t>
      </w:r>
    </w:p>
    <w:p>
      <w:r>
        <w:t xml:space="preserve">　　【答案】A　【解析】呈现愉快刺激（表扬）增加行为，是正强化。</w:t>
      </w:r>
    </w:p>
    <w:p>
      <w:r>
        <w:t>34. 班杜拉观察学习实验中，儿童模仿成人攻击充气娃娃，说明（　）</w:t>
      </w:r>
    </w:p>
    <w:p>
      <w:r>
        <w:t xml:space="preserve">　　A.学习可以通过观察和模仿进行　B.学习必须亲自试误　C.强化是学习唯一条件　D.本能决定行为</w:t>
      </w:r>
    </w:p>
    <w:p>
      <w:r>
        <w:t xml:space="preserve">　　【答案】A　【解析】波波玩偶实验证明观察学习和模仿的作用。</w:t>
      </w:r>
    </w:p>
    <w:p>
      <w:r>
        <w:t>35. 苛勒的黑猩猩取香蕉实验支持（　）</w:t>
      </w:r>
    </w:p>
    <w:p>
      <w:r>
        <w:t xml:space="preserve">　　A.顿悟说　B.试误说　C.条件反射说　D.强化说</w:t>
      </w:r>
    </w:p>
    <w:p>
      <w:r>
        <w:t xml:space="preserve">　　【答案】A　【解析】苛勒认为学习是突然的顿悟，而非渐进试误。</w:t>
      </w:r>
    </w:p>
    <w:p>
      <w:r>
        <w:t>36. 奥苏贝尔主张有意义的（　）</w:t>
      </w:r>
    </w:p>
    <w:p>
      <w:r>
        <w:t xml:space="preserve">　　A.接受学习　B.发现学习　C.机械学习　D.自由学习</w:t>
      </w:r>
    </w:p>
    <w:p>
      <w:r>
        <w:t xml:space="preserve">　　【答案】A　【解析】奥苏贝尔强调有意义接受学习，通过同化掌握知识。</w:t>
      </w:r>
    </w:p>
    <w:p>
      <w:r>
        <w:t>37. 布鲁纳倡导的学习方式是（　）</w:t>
      </w:r>
    </w:p>
    <w:p>
      <w:r>
        <w:t xml:space="preserve">　　A.发现学习　B.接受学习　C.机械背诵　D.程序教学</w:t>
      </w:r>
    </w:p>
    <w:p>
      <w:r>
        <w:t xml:space="preserve">　　【答案】A　【解析】布鲁纳倡导发现学习，让学生独立思考、自行发现知识。</w:t>
      </w:r>
    </w:p>
    <w:p>
      <w:r>
        <w:t>38. 马斯洛认为人最基本的需要是（　）</w:t>
      </w:r>
    </w:p>
    <w:p>
      <w:r>
        <w:t xml:space="preserve">　　A.生理需要　B.安全需要　C.归属需要　D.自我实现</w:t>
      </w:r>
    </w:p>
    <w:p>
      <w:r>
        <w:t xml:space="preserve">　　【答案】A　【解析】生理需要是需要层次的最底层。</w:t>
      </w:r>
    </w:p>
    <w:p>
      <w:r>
        <w:t>39. 韦纳归因理论中，“能力”属于（　）</w:t>
      </w:r>
    </w:p>
    <w:p>
      <w:r>
        <w:t xml:space="preserve">　　A.内部、稳定、不可控　B.外部、稳定、可控　C.内部、不稳定、可控　D.外部、不稳定、不可控</w:t>
      </w:r>
    </w:p>
    <w:p>
      <w:r>
        <w:t xml:space="preserve">　　【答案】A　【解析】能力是内部、稳定、不可控的因素。</w:t>
      </w:r>
    </w:p>
    <w:p>
      <w:r>
        <w:t>40. 班杜拉提出的“自我效能感”是指（　）</w:t>
      </w:r>
    </w:p>
    <w:p>
      <w:r>
        <w:t xml:space="preserve">　　A.对自己能否成功完成某任务的信念　B.自我反省　C.自我评价　D.自我监督</w:t>
      </w:r>
    </w:p>
    <w:p>
      <w:r>
        <w:t xml:space="preserve">　　【答案】A　【解析】自我效能感指个体对自己能否胜任某项任务的主观判断。</w:t>
      </w:r>
    </w:p>
    <w:p>
      <w:r>
        <w:t>41. 耶克斯-多德森定律表明，较难任务的最佳动机水平（　）</w:t>
      </w:r>
    </w:p>
    <w:p>
      <w:r>
        <w:t xml:space="preserve">　　A.较低　B.较高　C.中等偏高　D.极高</w:t>
      </w:r>
    </w:p>
    <w:p>
      <w:r>
        <w:t xml:space="preserve">　　【答案】A　【解析】任务越难，最佳动机水平越低；简单任务则可较高。</w:t>
      </w:r>
    </w:p>
    <w:p>
      <w:r>
        <w:t>42. 一种学习对另一种学习起促进作用，属于（　）</w:t>
      </w:r>
    </w:p>
    <w:p>
      <w:r>
        <w:t xml:space="preserve">　　A.正迁移　B.负迁移　C.逆向迁移　D.垂直迁移</w:t>
      </w:r>
    </w:p>
    <w:p>
      <w:r>
        <w:t xml:space="preserve">　　【答案】A　【解析】正迁移即一种学习对另一种学习的积极促进。</w:t>
      </w:r>
    </w:p>
    <w:p>
      <w:r>
        <w:t>43. 复习旧知识有助于学习新知识，属于（　）</w:t>
      </w:r>
    </w:p>
    <w:p>
      <w:r>
        <w:t xml:space="preserve">　　A.顺向正迁移　B.逆向负迁移　C.水平迁移　D.一般迁移</w:t>
      </w:r>
    </w:p>
    <w:p>
      <w:r>
        <w:t xml:space="preserve">　　【答案】A　【解析】先前学习对后继学习的促进是顺向正迁移。</w:t>
      </w:r>
    </w:p>
    <w:p>
      <w:r>
        <w:t>44. 划线、列提纲、做笔记属于（　）</w:t>
      </w:r>
    </w:p>
    <w:p>
      <w:r>
        <w:t xml:space="preserve">　　A.认知策略　B.元认知策略　C.资源管理策略　D.精加工策略</w:t>
      </w:r>
    </w:p>
    <w:p>
      <w:r>
        <w:t xml:space="preserve">　　【答案】A　【解析】复述、精加工、组织都属于认知策略。</w:t>
      </w:r>
    </w:p>
    <w:p>
      <w:r>
        <w:t>45. 学生在考试时监控自己的答题速度，属于（　）</w:t>
      </w:r>
    </w:p>
    <w:p>
      <w:r>
        <w:t xml:space="preserve">　　A.元认知策略　B.认知策略　C.资源管理策略　D.精加工策略</w:t>
      </w:r>
    </w:p>
    <w:p>
      <w:r>
        <w:t xml:space="preserve">　　【答案】A　【解析】对自己认知过程的监控调节属于元认知策略。</w:t>
      </w:r>
    </w:p>
    <w:p>
      <w:r>
        <w:t>46. 艾宾浩斯遗忘曲线揭示遗忘的进程是（　）</w:t>
      </w:r>
    </w:p>
    <w:p>
      <w:r>
        <w:t xml:space="preserve">　　A.先快后慢　B.先慢后快　C.匀速　D.不遗忘</w:t>
      </w:r>
    </w:p>
    <w:p>
      <w:r>
        <w:t xml:space="preserve">　　【答案】A　【解析】遗忘在学习之后立即开始，最初很快，以后逐渐缓慢。</w:t>
      </w:r>
    </w:p>
    <w:p>
      <w:r>
        <w:t>47. 短时记忆的容量大约为（　）</w:t>
      </w:r>
    </w:p>
    <w:p>
      <w:r>
        <w:t xml:space="preserve">　　A.7±2个组块　B.无限　C.2个项目　D.20个组块</w:t>
      </w:r>
    </w:p>
    <w:p>
      <w:r>
        <w:t xml:space="preserve">　　【答案】A　【解析】米勒提出短时记忆容量为7±2个组块。</w:t>
      </w:r>
    </w:p>
    <w:p>
      <w:r>
        <w:t>48. 上课时学生被窗外小鸟吸引，这种注意是（　）</w:t>
      </w:r>
    </w:p>
    <w:p>
      <w:r>
        <w:t xml:space="preserve">　　A.无意注意　B.有意注意　C.有意后注意　D.随意注意</w:t>
      </w:r>
    </w:p>
    <w:p>
      <w:r>
        <w:t xml:space="preserve">　　【答案】A　【解析】无意注意是没有预定目的、不需意志努力的注意。</w:t>
      </w:r>
    </w:p>
    <w:p>
      <w:r>
        <w:t>49. 皮亚杰认为，儿童道德判断从他律到自律转折的年龄约在（　）</w:t>
      </w:r>
    </w:p>
    <w:p>
      <w:r>
        <w:t xml:space="preserve">　　A.10岁左右　B.5岁　C.15岁　D.18岁</w:t>
      </w:r>
    </w:p>
    <w:p>
      <w:r>
        <w:t xml:space="preserve">　　【答案】A　【解析】皮亚杰认为10岁左右是他律道德向自律道德转化的分水岭。</w:t>
      </w:r>
    </w:p>
    <w:p>
      <w:r>
        <w:t>50. 科尔伯格道德发展理论研究道德判断采用（　）</w:t>
      </w:r>
    </w:p>
    <w:p>
      <w:r>
        <w:t xml:space="preserve">　　A.道德两难故事法　B.对偶故事法　C.观察法　D.实验法</w:t>
      </w:r>
    </w:p>
    <w:p>
      <w:r>
        <w:t xml:space="preserve">　　【答案】A　【解析】科尔伯格用海因茨偷药等道德两难故事研究道德发展。</w:t>
      </w:r>
    </w:p>
    <w:p>
      <w:r>
        <w:t>51. 班主任了解学生最基本的方法是（　）</w:t>
      </w:r>
    </w:p>
    <w:p>
      <w:r>
        <w:t xml:space="preserve">　　A.观察法　B.谈话法　C.书面材料法　D.调查法</w:t>
      </w:r>
    </w:p>
    <w:p>
      <w:r>
        <w:t xml:space="preserve">　　【答案】A　【解析】观察法是班主任了解学生最基本的方法。</w:t>
      </w:r>
    </w:p>
    <w:p>
      <w:r>
        <w:t>52. 班集体形成的基础是（　）</w:t>
      </w:r>
    </w:p>
    <w:p>
      <w:r>
        <w:t xml:space="preserve">　　A.明确的共同目标　B.严格的纪律　C.班干部　D.活动</w:t>
      </w:r>
    </w:p>
    <w:p>
      <w:r>
        <w:t xml:space="preserve">　　【答案】A　【解析】明确的共同奋斗目标是班集体形成和发展的基础。</w:t>
      </w:r>
    </w:p>
    <w:p>
      <w:r>
        <w:t>53. 教师开始关注“学生喜欢我吗”，处于福勒布朗的（　）</w:t>
      </w:r>
    </w:p>
    <w:p>
      <w:r>
        <w:t xml:space="preserve">　　A.关注生存阶段　B.关注情境阶段　C.关注学生阶段　D.关注自我阶段</w:t>
      </w:r>
    </w:p>
    <w:p>
      <w:r>
        <w:t xml:space="preserve">　　【答案】A　【解析】新任教师首先关注生存，即能否被学生、同事接纳。</w:t>
      </w:r>
    </w:p>
    <w:p>
      <w:r>
        <w:t>54. 教师关注“怎么教好每一堂课”，处于（　）</w:t>
      </w:r>
    </w:p>
    <w:p>
      <w:r>
        <w:t xml:space="preserve">　　A.关注情境阶段　B.关注生存阶段　C.关注学生阶段　D.关注待遇阶段</w:t>
      </w:r>
    </w:p>
    <w:p>
      <w:r>
        <w:t xml:space="preserve">　　【答案】A　【解析】关注情境阶段关注教学内容、方法和课堂效果。</w:t>
      </w:r>
    </w:p>
    <w:p>
      <w:r>
        <w:t>55. 教师劳动的示范性特点是由学生的什么特点决定的（　）</w:t>
      </w:r>
    </w:p>
    <w:p>
      <w:r>
        <w:t xml:space="preserve">　　A.向师性　B.可塑性　C.依赖性　D.创造性</w:t>
      </w:r>
    </w:p>
    <w:p>
      <w:r>
        <w:t xml:space="preserve">　　【答案】A　【解析】小学生具有向师性，决定了教师劳动的示范性。</w:t>
      </w:r>
    </w:p>
    <w:p>
      <w:r>
        <w:t>56. 我国最早颁布并实施的现代学制是（　）</w:t>
      </w:r>
    </w:p>
    <w:p>
      <w:r>
        <w:t xml:space="preserve">　　A.癸卯学制　B.壬寅学制　C.壬戌学制　D.壬子癸丑学制</w:t>
      </w:r>
    </w:p>
    <w:p>
      <w:r>
        <w:t xml:space="preserve">　　【答案】A　【解析】癸卯学制（1904）是我国第一个正式实施的现代学制。</w:t>
      </w:r>
    </w:p>
    <w:p>
      <w:r>
        <w:t>57. “授人以鱼不如授人以渔”强调教学应重视（　）</w:t>
      </w:r>
    </w:p>
    <w:p>
      <w:r>
        <w:t xml:space="preserve">　　A.传授学习方法　B.传授知识　C.提高分数　D.延长时间</w:t>
      </w:r>
    </w:p>
    <w:p>
      <w:r>
        <w:t xml:space="preserve">　　【答案】A　【解析】“渔”指方法，强调教会学生学习。</w:t>
      </w:r>
    </w:p>
    <w:p>
      <w:r>
        <w:t>58. 教师讲课语言生动、直观并辅以表情，体现（　）</w:t>
      </w:r>
    </w:p>
    <w:p>
      <w:r>
        <w:t xml:space="preserve">　　A.直观性原则　B.系统性原则　C.量力性原则　D.巩固性原则</w:t>
      </w:r>
    </w:p>
    <w:p>
      <w:r>
        <w:t xml:space="preserve">　　【答案】A　【解析】生动直观的讲解有助于学生形成表象，体现直观性原则。</w:t>
      </w:r>
    </w:p>
    <w:p>
      <w:r>
        <w:t>59. 学生在教师指导下运用知识完成一定操作以形成技能，属于（　）</w:t>
      </w:r>
    </w:p>
    <w:p>
      <w:r>
        <w:t xml:space="preserve">　　A.练习法　B.实验法　C.参观法　D.讨论法</w:t>
      </w:r>
    </w:p>
    <w:p>
      <w:r>
        <w:t xml:space="preserve">　　【答案】A　【解析】练习法是学生在指导下巩固知识、形成技能技巧。</w:t>
      </w:r>
    </w:p>
    <w:p>
      <w:r>
        <w:t>60. 小学阶段教学应多采用直观教具，因为小学生思维以（　）</w:t>
      </w:r>
    </w:p>
    <w:p>
      <w:r>
        <w:t xml:space="preserve">　　A.具体形象思维为主　B.抽象逻辑思维为主　C.辩证思维为主　D.直觉思维为主</w:t>
      </w:r>
    </w:p>
    <w:p>
      <w:r>
        <w:t xml:space="preserve">　　【答案】A　【解析】小学生思维处于具体运算阶段，需借助具体形象。</w:t>
      </w:r>
    </w:p>
    <w:p>
      <w:r>
        <w:t>61. 教育者根据一定目的对受教育者施加影响的活动是（　）</w:t>
      </w:r>
    </w:p>
    <w:p>
      <w:r>
        <w:t xml:space="preserve">　　A.学校教育　B.家庭教育　C.社会教育　D.自我教育</w:t>
      </w:r>
    </w:p>
    <w:p>
      <w:r>
        <w:t xml:space="preserve">　　【答案】A　【解析】学校教育是有目的、有计划、有组织的培养人的活动。</w:t>
      </w:r>
    </w:p>
    <w:p>
      <w:r>
        <w:t>62. 决定教育性质的根本因素是（　）</w:t>
      </w:r>
    </w:p>
    <w:p>
      <w:r>
        <w:t xml:space="preserve">　　A.政治经济制度　B.生产力　C.科学技术　D.文化传统</w:t>
      </w:r>
    </w:p>
    <w:p>
      <w:r>
        <w:t xml:space="preserve">　　【答案】A　【解析】政治经济制度直接决定教育的性质（领导权与目的）。</w:t>
      </w:r>
    </w:p>
    <w:p>
      <w:r>
        <w:t>63. “近朱者赤，近墨者黑”强调对人发展起重要作用的是（　）</w:t>
      </w:r>
    </w:p>
    <w:p>
      <w:r>
        <w:t xml:space="preserve">　　A.环境　B.遗传　C.教育　D.成熟</w:t>
      </w:r>
    </w:p>
    <w:p>
      <w:r>
        <w:t xml:space="preserve">　　【答案】A　【解析】环境为人的发展提供多种可能，“近朱者赤”强调环境影响。</w:t>
      </w:r>
    </w:p>
    <w:p>
      <w:r>
        <w:t>64. 个体主观能动性在人的发展中起（　）</w:t>
      </w:r>
    </w:p>
    <w:p>
      <w:r>
        <w:t xml:space="preserve">　　A.决定作用　B.前提作用　C.基础作用　D.辅助作用</w:t>
      </w:r>
    </w:p>
    <w:p>
      <w:r>
        <w:t xml:space="preserve">　　【答案】A　【解析】主观能动性是身心发展的内在动力，起决定作用。</w:t>
      </w:r>
    </w:p>
    <w:p>
      <w:r>
        <w:t>65. 我国教育目的的理论基础是（　）</w:t>
      </w:r>
    </w:p>
    <w:p>
      <w:r>
        <w:t xml:space="preserve">　　A.马克思主义关于人的全面发展学说　B.社会本位论　C.个人本位论　D.生活本位论</w:t>
      </w:r>
    </w:p>
    <w:p>
      <w:r>
        <w:t xml:space="preserve">　　【答案】A　【解析】我国教育目的以马克思主义人的全面发展学说为理论基础。</w:t>
      </w:r>
    </w:p>
    <w:p>
      <w:r>
        <w:t>66. 课程标准的核心部分是（　）</w:t>
      </w:r>
    </w:p>
    <w:p>
      <w:r>
        <w:t xml:space="preserve">　　A.课程目标　B.内容标准　C.实施建议　D.术语解释</w:t>
      </w:r>
    </w:p>
    <w:p>
      <w:r>
        <w:t xml:space="preserve">　　【答案】A　【解析】课程目标是课程标准的核心。</w:t>
      </w:r>
    </w:p>
    <w:p>
      <w:r>
        <w:t>67. 由学生兴趣和需要出发，以活动为组织方式的课程是（　）</w:t>
      </w:r>
    </w:p>
    <w:p>
      <w:r>
        <w:t xml:space="preserve">　　A.活动课程　B.学科课程　C.必修课程　D.国家课程</w:t>
      </w:r>
    </w:p>
    <w:p>
      <w:r>
        <w:t xml:space="preserve">　　【答案】A　【解析】活动课程（经验课程）以儿童活动和经验为中心。</w:t>
      </w:r>
    </w:p>
    <w:p>
      <w:r>
        <w:t>68. 教学的首要任务是（　）</w:t>
      </w:r>
    </w:p>
    <w:p>
      <w:r>
        <w:t xml:space="preserve">　　A.传授系统科学文化基础知识和基本技能　B.发展智力　C.培养品德　D.发展体力</w:t>
      </w:r>
    </w:p>
    <w:p>
      <w:r>
        <w:t xml:space="preserve">　　【答案】A　【解析】传授基础知识和基本技能是教学的首要任务。</w:t>
      </w:r>
    </w:p>
    <w:p>
      <w:r>
        <w:t>69. “不愤不启，不悱不发”体现的教学原则是（　）</w:t>
      </w:r>
    </w:p>
    <w:p>
      <w:r>
        <w:t xml:space="preserve">　　A.启发性原则　B.巩固性原则　C.循序渐进原则　D.因材施教原则</w:t>
      </w:r>
    </w:p>
    <w:p>
      <w:r>
        <w:t xml:space="preserve">　　【答案】A　【解析】孔子的启发式教学体现启发性原则。</w:t>
      </w:r>
    </w:p>
    <w:p>
      <w:r>
        <w:t>70. 教师在教学中既传授知识又进行思想教育，体现（　）</w:t>
      </w:r>
    </w:p>
    <w:p>
      <w:r>
        <w:t xml:space="preserve">　　A.科学性与思想性统一原则　B.直观性原则　C.量力性原则　D.巩固性原则</w:t>
      </w:r>
    </w:p>
    <w:p>
      <w:r>
        <w:t xml:space="preserve">　　【答案】A　【解析】既教知识又育人，体现科学性与思想性相统一。</w:t>
      </w:r>
    </w:p>
    <w:p>
      <w:r>
        <w:t>71. 全班或小组成员围绕某一问题各抒己见，属于（　）</w:t>
      </w:r>
    </w:p>
    <w:p>
      <w:r>
        <w:t xml:space="preserve">　　A.讨论法　B.讲授法　C.演示法　D.练习法</w:t>
      </w:r>
    </w:p>
    <w:p>
      <w:r>
        <w:t xml:space="preserve">　　【答案】A　【解析】讨论法是学生在教师指导下围绕问题探讨、辩论。</w:t>
      </w:r>
    </w:p>
    <w:p>
      <w:r>
        <w:t>72. 把大课拆成小单元，学生自学+教师辅导的道尔顿制由谁提出（　）</w:t>
      </w:r>
    </w:p>
    <w:p>
      <w:r>
        <w:t xml:space="preserve">　　A.柏克赫斯特　B.杜威　C.克伯屈　D.赫尔巴特</w:t>
      </w:r>
    </w:p>
    <w:p>
      <w:r>
        <w:t xml:space="preserve">　　【答案】A　【解析】道尔顿制由美国柏克赫斯特创立。</w:t>
      </w:r>
    </w:p>
    <w:p>
      <w:r>
        <w:t>73. 德育要“晓之以理、动之以情、导之以行、持之以恒”，体现德育过程是（　）</w:t>
      </w:r>
    </w:p>
    <w:p>
      <w:r>
        <w:t xml:space="preserve">　　A.培养知、情、意、行的过程　B.单一传授知识的过程　C.外部强制的过程　D.自发形成的过程</w:t>
      </w:r>
    </w:p>
    <w:p>
      <w:r>
        <w:t xml:space="preserve">　　【答案】A　【解析】德育过程是培养学生知情意行统一发展的过程。</w:t>
      </w:r>
    </w:p>
    <w:p>
      <w:r>
        <w:t>74. 组织学生参加社会实践、公益劳动，运用的德育方法是（　）</w:t>
      </w:r>
    </w:p>
    <w:p>
      <w:r>
        <w:t xml:space="preserve">　　A.实际锻炼法　B.说服教育法　C.陶冶法　D.榜样法</w:t>
      </w:r>
    </w:p>
    <w:p>
      <w:r>
        <w:t xml:space="preserve">　　【答案】A　【解析】实际锻炼法让学生在实际活动中培养品德。</w:t>
      </w:r>
    </w:p>
    <w:p>
      <w:r>
        <w:t>75.  “身教重于言教”体现的德育方法是（　）</w:t>
      </w:r>
    </w:p>
    <w:p>
      <w:r>
        <w:t xml:space="preserve">　　A.榜样示范法　B.说服法　C.陶冶法　D.评价法</w:t>
      </w:r>
    </w:p>
    <w:p>
      <w:r>
        <w:t xml:space="preserve">　　【答案】A　【解析】教师和榜样的示范作用体现榜样示范法。</w:t>
      </w:r>
    </w:p>
    <w:p>
      <w:r>
        <w:t>76. 提出“最近发展区”理论的是（　）</w:t>
      </w:r>
    </w:p>
    <w:p>
      <w:r>
        <w:t xml:space="preserve">　　A.维果茨基　B.皮亚杰　C.布鲁纳　D.奥苏贝尔</w:t>
      </w:r>
    </w:p>
    <w:p>
      <w:r>
        <w:t xml:space="preserve">　　【答案】A　【解析】维果茨基提出最近发展区，强调教学应走在发展前面。</w:t>
      </w:r>
    </w:p>
    <w:p>
      <w:r>
        <w:t>77. 小学生的机械记忆和意义记忆相比（　）</w:t>
      </w:r>
    </w:p>
    <w:p>
      <w:r>
        <w:t xml:space="preserve">　　A.意义记忆效果更好　B.机械记忆效果更好　C.两者一样　D.无规律</w:t>
      </w:r>
    </w:p>
    <w:p>
      <w:r>
        <w:t xml:space="preserve">　　【答案】A　【解析】随着年龄增长，意义记忆逐渐占主导，效果优于机械记忆。</w:t>
      </w:r>
    </w:p>
    <w:p>
      <w:r>
        <w:t>78. 注意的转移是指（　）</w:t>
      </w:r>
    </w:p>
    <w:p>
      <w:r>
        <w:t xml:space="preserve">　　A.主动把注意从一个对象转到另一个对象　B.注意的分散　C.注意的起伏　D.注意的分配</w:t>
      </w:r>
    </w:p>
    <w:p>
      <w:r>
        <w:t xml:space="preserve">　　【答案】A　【解析】注意转移是根据任务主动、灵活地转换注意对象。</w:t>
      </w:r>
    </w:p>
    <w:p>
      <w:r>
        <w:t>79. 学生一边听课一边记笔记，体现注意的（　）</w:t>
      </w:r>
    </w:p>
    <w:p>
      <w:r>
        <w:t xml:space="preserve">　　A.分配　B.转移　C.分散　D.广度</w:t>
      </w:r>
    </w:p>
    <w:p>
      <w:r>
        <w:t xml:space="preserve">　　【答案】A　【解析】同一时间把注意分配到两种活动上是注意的分配。</w:t>
      </w:r>
    </w:p>
    <w:p>
      <w:r>
        <w:t>80. 提出操作性条件作用并设计程序教学的是（　）</w:t>
      </w:r>
    </w:p>
    <w:p>
      <w:r>
        <w:t xml:space="preserve">　　A.斯金纳　B.巴甫洛夫　C.桑代克　D.班杜拉</w:t>
      </w:r>
    </w:p>
    <w:p>
      <w:r>
        <w:t xml:space="preserve">　　【答案】A　【解析】斯金纳提出程序教学和强化理论。</w:t>
      </w:r>
    </w:p>
    <w:p>
      <w:r>
        <w:t>81. 桑代克认为学习的过程是（　）</w:t>
      </w:r>
    </w:p>
    <w:p>
      <w:r>
        <w:t xml:space="preserve">　　A.试误过程　B.顿悟过程　C.观察过程　D.接受过程</w:t>
      </w:r>
    </w:p>
    <w:p>
      <w:r>
        <w:t xml:space="preserve">　　【答案】A　【解析】桑代克试误说认为学习是渐进的尝试错误过程。</w:t>
      </w:r>
    </w:p>
    <w:p>
      <w:r>
        <w:t>82. 下列属于内部学习动机的是（　）</w:t>
      </w:r>
    </w:p>
    <w:p>
      <w:r>
        <w:t xml:space="preserve">　　A.为了掌握知识本身而学习　B.为得奖品　C.为避免惩罚　D.为得到表扬</w:t>
      </w:r>
    </w:p>
    <w:p>
      <w:r>
        <w:t xml:space="preserve">　　【答案】A　【解析】对学习本身的兴趣属于内部动机；外部奖励属于外部动机。</w:t>
      </w:r>
    </w:p>
    <w:p>
      <w:r>
        <w:t>83. 考试时由于紧张平时会做的题也做不出，这是（　）</w:t>
      </w:r>
    </w:p>
    <w:p>
      <w:r>
        <w:t xml:space="preserve">　　A.动机过强产生的抑制　B.动机过弱　C.没有知识　D.能力不足</w:t>
      </w:r>
    </w:p>
    <w:p>
      <w:r>
        <w:t xml:space="preserve">　　【答案】A　【解析】过度焦虑和过强动机反而抑制思维，符合耶克斯-多德森定律。</w:t>
      </w:r>
    </w:p>
    <w:p>
      <w:r>
        <w:t>84. 阅读时在重点处画线属于（　）</w:t>
      </w:r>
    </w:p>
    <w:p>
      <w:r>
        <w:t xml:space="preserve">　　A.复述策略　B.精加工策略　C.组织策略　D.计划策略</w:t>
      </w:r>
    </w:p>
    <w:p>
      <w:r>
        <w:t xml:space="preserve">　　【答案】A　【解析】画线、重复诵读是复述策略。</w:t>
      </w:r>
    </w:p>
    <w:p>
      <w:r>
        <w:t>85. 学生列提纲、画思维导图属于（　）</w:t>
      </w:r>
    </w:p>
    <w:p>
      <w:r>
        <w:t xml:space="preserve">　　A.组织策略　B.复述策略　C.精加工策略　D.监控策略</w:t>
      </w:r>
    </w:p>
    <w:p>
      <w:r>
        <w:t xml:space="preserve">　　【答案】A　【解析】归纳、归类、列提纲、画结构图属于组织策略。</w:t>
      </w:r>
    </w:p>
    <w:p>
      <w:r>
        <w:t>86. 与意志的自觉性相反的品质是（　）</w:t>
      </w:r>
    </w:p>
    <w:p>
      <w:r>
        <w:t xml:space="preserve">　　A.盲从和独断　B.优柔寡断　C.执拗　D.任性</w:t>
      </w:r>
    </w:p>
    <w:p>
      <w:r>
        <w:t xml:space="preserve">　　【答案】A　【解析】盲从（受暗示）和独断是与自觉性相反的品质。</w:t>
      </w:r>
    </w:p>
    <w:p>
      <w:r>
        <w:t>87. 小学生情绪体验的特点是（　）</w:t>
      </w:r>
    </w:p>
    <w:p>
      <w:r>
        <w:t xml:space="preserve">　　A.日益深刻但仍较外露　B.完全内隐　C.毫无波动　D.与成人完全相同</w:t>
      </w:r>
    </w:p>
    <w:p>
      <w:r>
        <w:t xml:space="preserve">　　【答案】A　【解析】小学儿童情绪逐渐丰富深刻，但仍比较外露、不稳定。</w:t>
      </w:r>
    </w:p>
    <w:p>
      <w:r>
        <w:t>88. 班主任工作的中心环节是（　）</w:t>
      </w:r>
    </w:p>
    <w:p>
      <w:r>
        <w:t xml:space="preserve">　　A.组织和培养班集体　B.了解学生　C.个别教育　D.操行评定</w:t>
      </w:r>
    </w:p>
    <w:p>
      <w:r>
        <w:t xml:space="preserve">　　【答案】A　【解析】组织培养良好班集体是班主任工作的中心环节。</w:t>
      </w:r>
    </w:p>
    <w:p>
      <w:r>
        <w:t>89. 教师通过“一题多解”训练学生，旨在培养（　）</w:t>
      </w:r>
    </w:p>
    <w:p>
      <w:r>
        <w:t xml:space="preserve">　　A.发散思维　B.聚合思维　C.直觉思维　D.常规思维</w:t>
      </w:r>
    </w:p>
    <w:p>
      <w:r>
        <w:t xml:space="preserve">　　【答案】A　【解析】一题多解追求多种答案，训练发散思维。</w:t>
      </w:r>
    </w:p>
    <w:p>
      <w:r>
        <w:t>90. 创造性思维的核心是（　）</w:t>
      </w:r>
    </w:p>
    <w:p>
      <w:r>
        <w:t xml:space="preserve">　　A.发散思维　B.聚合思维　C.形象思维　D.抽象思维</w:t>
      </w:r>
    </w:p>
    <w:p>
      <w:r>
        <w:t xml:space="preserve">　　【答案】A　【解析】发散思维是创造性思维的核心和主要标志。</w:t>
      </w:r>
    </w:p>
    <w:p>
      <w:r>
        <w:t>91. “教学有法，但无定法”说明教师劳动具有（　）</w:t>
      </w:r>
    </w:p>
    <w:p>
      <w:r>
        <w:t xml:space="preserve">　　A.创造性　B.示范性　C.长期性　D.复杂性</w:t>
      </w:r>
    </w:p>
    <w:p>
      <w:r>
        <w:t xml:space="preserve">　　【答案】A　【解析】灵活选择教学方法、因材施教体现教师劳动的创造性。</w:t>
      </w:r>
    </w:p>
    <w:p>
      <w:r>
        <w:t>92. “十年树木，百年树人”说明教师劳动具有（　）</w:t>
      </w:r>
    </w:p>
    <w:p>
      <w:r>
        <w:t xml:space="preserve">　　A.长期性　B.示范性　C.复杂性　D.创造性</w:t>
      </w:r>
    </w:p>
    <w:p>
      <w:r>
        <w:t xml:space="preserve">　　【答案】A　【解析】人才培养周期长，体现教师劳动的长期性。</w:t>
      </w:r>
    </w:p>
    <w:p>
      <w:r>
        <w:t>93. 我国中小学德育工作的基本任务是（　）</w:t>
      </w:r>
    </w:p>
    <w:p>
      <w:r>
        <w:t xml:space="preserve">　　A.培养学生正确的世界观人生观价值观　B.提高分数　C.发展特长　D.只管纪律</w:t>
      </w:r>
    </w:p>
    <w:p>
      <w:r>
        <w:t xml:space="preserve">　　【答案】A　【解析】德育的根本任务是培养学生正确的三观和良好品德。</w:t>
      </w:r>
    </w:p>
    <w:p>
      <w:r>
        <w:t>94. 提出“四段教学法”（明了-联想-系统-方法）的是（　）</w:t>
      </w:r>
    </w:p>
    <w:p>
      <w:r>
        <w:t xml:space="preserve">　　A.赫尔巴特　B.夸美纽斯　C.杜威　D.裴斯泰洛齐</w:t>
      </w:r>
    </w:p>
    <w:p>
      <w:r>
        <w:t xml:space="preserve">　　【答案】A　【解析】赫尔巴特提出四段教学法，后发展为五段教学法。</w:t>
      </w:r>
    </w:p>
    <w:p>
      <w:r>
        <w:t>95. 教育心理起源说的代表人物是（　）</w:t>
      </w:r>
    </w:p>
    <w:p>
      <w:r>
        <w:t xml:space="preserve">　　A.孟禄　B.利托尔诺　C.沛西能　D.凯洛夫</w:t>
      </w:r>
    </w:p>
    <w:p>
      <w:r>
        <w:t xml:space="preserve">　　【答案】A　【解析】孟禄主张心理起源说，认为教育起源于儿童对成人的无意识模仿。</w:t>
      </w:r>
    </w:p>
    <w:p>
      <w:r>
        <w:t>96. 主张教育起源于劳动的是（　）</w:t>
      </w:r>
    </w:p>
    <w:p>
      <w:r>
        <w:t xml:space="preserve">　　A.劳动起源说　B.生物起源说　C.心理起源说　D.神话起源说</w:t>
      </w:r>
    </w:p>
    <w:p>
      <w:r>
        <w:t xml:space="preserve">　　【答案】A　【解析】劳动起源说认为教育起源于生产劳动，是马克思主义观点。</w:t>
      </w:r>
    </w:p>
    <w:p>
      <w:r>
        <w:t>97. 课程评价中，由外部专家依据既定目标测量结果，属于（　）</w:t>
      </w:r>
    </w:p>
    <w:p>
      <w:r>
        <w:t xml:space="preserve">　　A.目标评价模式　B.目的游离评价　C.CIPP评价　D.外观评价</w:t>
      </w:r>
    </w:p>
    <w:p>
      <w:r>
        <w:t xml:space="preserve">　　【答案】A　【解析】泰勒目标评价模式以预定目标为中心测量结果。</w:t>
      </w:r>
    </w:p>
    <w:p>
      <w:r>
        <w:t>98. 学生害怕在公众场合发言，教师循序渐进让其适应，属于（　）</w:t>
      </w:r>
    </w:p>
    <w:p>
      <w:r>
        <w:t xml:space="preserve">　　A.系统脱敏　B.正强化　C.惩罚　D.消退</w:t>
      </w:r>
    </w:p>
    <w:p>
      <w:r>
        <w:t xml:space="preserve">　　【答案】A　【解析】系统脱敏通过逐步暴露消除恐惧反应。</w:t>
      </w:r>
    </w:p>
    <w:p>
      <w:r>
        <w:t>99. 小学生注意发展的一般趋势是（　）</w:t>
      </w:r>
    </w:p>
    <w:p>
      <w:r>
        <w:t xml:space="preserve">　　A.有意注意逐渐发展并占主导　B.无意注意完全消失　C.注意无变化　D.注意无法稳定</w:t>
      </w:r>
    </w:p>
    <w:p>
      <w:r>
        <w:t xml:space="preserve">　　【答案】A　【解析】小学阶段无意注意仍起作用，但有意注意逐渐发展并逐步占主导。</w:t>
      </w:r>
    </w:p>
    <w:p>
      <w:r>
        <w:t>100. 教师备课首先要（　）</w:t>
      </w:r>
    </w:p>
    <w:p>
      <w:r>
        <w:t xml:space="preserve">　　A.钻研教材　B.了解学生　C.设计教法　D.编写教案</w:t>
      </w:r>
    </w:p>
    <w:p>
      <w:r>
        <w:t xml:space="preserve">　　【答案】A　【解析】备课包括备教材、备学生、备教法，首先要钻研课程标准和教材。</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