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考博英语备考资料：题型分析+词汇+作文模板</w:t>
      </w:r>
    </w:p>
    <w:p>
      <w:r>
        <w:t>准备考博的同学注意了！小编整理了考博英语备考资料，涵盖各院校常见题型分析、高频词汇和作文模板。</w:t>
      </w:r>
    </w:p>
    <w:p>
      <w:r>
        <w:t>亮点：①考博英语题型分析；②核心词汇分类整理；③作文万能模板。网页是预览版，下载Word完整版可打印。? 免费下载Word完整版（可直接打印编辑）</w:t>
      </w:r>
    </w:p>
    <w:p>
      <w:pPr>
        <w:pStyle w:val="Heading1"/>
      </w:pPr>
      <w:r>
        <w:t>一、题型分析</w:t>
      </w:r>
    </w:p>
    <w:p>
      <w:r>
        <w:t>考博英语常见题型：词汇（10-20题）、完形填空、阅读理解（4-6篇）、翻译（英译汉/汉译英）、作文。</w:t>
      </w:r>
    </w:p>
    <w:p>
      <w:r>
        <w:t>注意：各院校题型差异大，先查目标院校历年真题。</w:t>
      </w:r>
    </w:p>
    <w:p>
      <w:pPr>
        <w:pStyle w:val="Heading1"/>
      </w:pPr>
      <w:r>
        <w:t>二、高频词汇</w:t>
      </w:r>
    </w:p>
    <w:p>
      <w:r>
        <w:t>学术类：hypothesis(假设)、empirical(实证的)、methodology(方法论)、quantitative(定量的)……</w:t>
      </w:r>
    </w:p>
    <w:p>
      <w:r>
        <w:t>逻辑类：consequently(因此)、nevertheless(然而)、furthermore(此外)……</w:t>
      </w:r>
    </w:p>
    <w:p>
      <w:r>
        <w:t>完整词表见Word版。</w:t>
      </w:r>
    </w:p>
    <w:p>
      <w:pPr>
        <w:pStyle w:val="Heading1"/>
      </w:pPr>
      <w:r>
        <w:t>三、作文模板</w:t>
      </w:r>
    </w:p>
    <w:p>
      <w:r>
        <w:t>三段式：引言（背景+观点）+主体（2-3个论据）+结论（总结+展望）。完整模板见Word版。?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