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考研英语高频词汇2000词表（按场景分类）</w:t>
      </w:r>
    </w:p>
    <w:p>
      <w:r>
        <w:t>考研英语背单词是基础！小编整理了考研高频词汇2000词表，按场景分类（学术、经济、科技、社会），配中文释义。</w:t>
      </w:r>
    </w:p>
    <w:p>
      <w:r>
        <w:t>亮点：①高频词优先；②场景分类便于联想记忆；③附记忆方法。网页是预览版，下载Word完整版含全部2000词。? 免费下载Word完整版（可直接打印编辑）</w:t>
      </w:r>
    </w:p>
    <w:p>
      <w:pPr>
        <w:pStyle w:val="Heading1"/>
      </w:pPr>
      <w:r>
        <w:t>学术类高频词（节选）</w:t>
      </w:r>
    </w:p>
    <w:p>
      <w:r>
        <w:t>research(研究)、analysis(分析)、theory(理论)、evidence(证据)、hypothesis(假设)、significant(显著的)、demonstrate(证明)……</w:t>
      </w:r>
    </w:p>
    <w:p>
      <w:r>
        <w:t>经济类：economy(经济)、inflation(通胀)、investment(投资)、revenue(收入)……</w:t>
      </w:r>
    </w:p>
    <w:p>
      <w:r>
        <w:t>记忆方法：每天50个，滚动复习。完整词表见Word版。?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