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考研数学高等数学冲刺模拟卷（100题完整版）</w:t>
      </w:r>
    </w:p>
    <w:p>
      <w:r>
        <w:t>满分100分，时间120分钟。本卷为完整版，共100题，含选择、填空、判断、解答题，覆盖极限、导数、微分、不定积分、定积分等考研数学高频考点，全部带答案和解析，可直接打印练习。</w:t>
      </w:r>
    </w:p>
    <w:p>
      <w:pPr>
        <w:pStyle w:val="Heading1"/>
      </w:pPr>
      <w:r>
        <w:t>一、单项选择题</w:t>
      </w:r>
    </w:p>
    <w:p>
      <w:r>
        <w:t>1. lim(x→0) sinx/x =（　）</w:t>
      </w:r>
      <w:r>
        <w:br/>
        <w:t xml:space="preserve">    A.1</w:t>
      </w:r>
      <w:r>
        <w:br/>
        <w:t xml:space="preserve">    B.0</w:t>
      </w:r>
      <w:r>
        <w:br/>
        <w:t xml:space="preserve">    C.∞</w:t>
      </w:r>
      <w:r>
        <w:br/>
        <w:t xml:space="preserve">    D.不存在</w:t>
      </w:r>
      <w:r>
        <w:br/>
        <w:t>【答案】A　【解析】重要极限。</w:t>
      </w:r>
    </w:p>
    <w:p>
      <w:r>
        <w:t>2. lim(x→∞) (1+1/x)^x =（　）</w:t>
      </w:r>
      <w:r>
        <w:br/>
        <w:t xml:space="preserve">    A.e</w:t>
      </w:r>
      <w:r>
        <w:br/>
        <w:t xml:space="preserve">    B.1</w:t>
      </w:r>
      <w:r>
        <w:br/>
        <w:t xml:space="preserve">    C.0</w:t>
      </w:r>
      <w:r>
        <w:br/>
        <w:t xml:space="preserve">    D.∞</w:t>
      </w:r>
      <w:r>
        <w:br/>
        <w:t>【答案】A　【解析】重要极限e。</w:t>
      </w:r>
    </w:p>
    <w:p>
      <w:r>
        <w:t>3. 函数f(x)=x²在x=2处的导数为（　）</w:t>
      </w:r>
      <w:r>
        <w:br/>
        <w:t xml:space="preserve">    A.4</w:t>
      </w:r>
      <w:r>
        <w:br/>
        <w:t xml:space="preserve">    B.2</w:t>
      </w:r>
      <w:r>
        <w:br/>
        <w:t xml:space="preserve">    C.8</w:t>
      </w:r>
      <w:r>
        <w:br/>
        <w:t xml:space="preserve">    D.6</w:t>
      </w:r>
      <w:r>
        <w:br/>
        <w:t>【答案】A　【解析】f'(x)=2x，f'(2)=4。</w:t>
      </w:r>
    </w:p>
    <w:p>
      <w:r>
        <w:t>4. ∫x dx =（　）</w:t>
      </w:r>
      <w:r>
        <w:br/>
        <w:t xml:space="preserve">    A.x²/2+C</w:t>
      </w:r>
      <w:r>
        <w:br/>
        <w:t xml:space="preserve">    B.x+C</w:t>
      </w:r>
      <w:r>
        <w:br/>
        <w:t xml:space="preserve">    C.2x+C</w:t>
      </w:r>
      <w:r>
        <w:br/>
        <w:t xml:space="preserve">    D.x²+C</w:t>
      </w:r>
      <w:r>
        <w:br/>
        <w:t>【答案】A　【解析】幂函数积分公式。</w:t>
      </w:r>
    </w:p>
    <w:p>
      <w:r>
        <w:t>5. d/dx (ln x) =（　）</w:t>
      </w:r>
      <w:r>
        <w:br/>
        <w:t xml:space="preserve">    A.1/x</w:t>
      </w:r>
      <w:r>
        <w:br/>
        <w:t xml:space="preserve">    B.x</w:t>
      </w:r>
      <w:r>
        <w:br/>
        <w:t xml:space="preserve">    C.ln x</w:t>
      </w:r>
      <w:r>
        <w:br/>
        <w:t xml:space="preserve">    D.1/ln x</w:t>
      </w:r>
      <w:r>
        <w:br/>
        <w:t>【答案】A　【解析】对数求导公式。</w:t>
      </w:r>
    </w:p>
    <w:p>
      <w:r>
        <w:t>6. 函数y=x³的单调递增区间是（　）</w:t>
      </w:r>
      <w:r>
        <w:br/>
        <w:t xml:space="preserve">    A.R</w:t>
      </w:r>
      <w:r>
        <w:br/>
        <w:t xml:space="preserve">    B.(0,+∞)</w:t>
      </w:r>
      <w:r>
        <w:br/>
        <w:t xml:space="preserve">    C.(-∞,0)</w:t>
      </w:r>
      <w:r>
        <w:br/>
        <w:t xml:space="preserve">    D.无</w:t>
      </w:r>
      <w:r>
        <w:br/>
        <w:t>【答案】A　【解析】y'=3x²≥0。</w:t>
      </w:r>
    </w:p>
    <w:p>
      <w:r>
        <w:t>7. lim(x→0) (eˣ-1)/x =（　）</w:t>
      </w:r>
      <w:r>
        <w:br/>
        <w:t xml:space="preserve">    A.1</w:t>
      </w:r>
      <w:r>
        <w:br/>
        <w:t xml:space="preserve">    B.0</w:t>
      </w:r>
      <w:r>
        <w:br/>
        <w:t xml:space="preserve">    C.e</w:t>
      </w:r>
      <w:r>
        <w:br/>
        <w:t xml:space="preserve">    D.∞</w:t>
      </w:r>
      <w:r>
        <w:br/>
        <w:t>【答案】A　【解析】等价无穷小：eˣ-1~x。</w:t>
      </w:r>
    </w:p>
    <w:p>
      <w:r>
        <w:t>8. f(x)=sin x的导数是（　）</w:t>
      </w:r>
      <w:r>
        <w:br/>
        <w:t xml:space="preserve">    A.cos x</w:t>
      </w:r>
      <w:r>
        <w:br/>
        <w:t xml:space="preserve">    B.-cos x</w:t>
      </w:r>
      <w:r>
        <w:br/>
        <w:t xml:space="preserve">    C.sin x</w:t>
      </w:r>
      <w:r>
        <w:br/>
        <w:t xml:space="preserve">    D.-sin x</w:t>
      </w:r>
      <w:r>
        <w:br/>
        <w:t>【答案】A　【解析】正弦求导为余弦。</w:t>
      </w:r>
    </w:p>
    <w:p>
      <w:r>
        <w:t>9. ∫₀¹ x² dx =（　）</w:t>
      </w:r>
      <w:r>
        <w:br/>
        <w:t xml:space="preserve">    A.1/3</w:t>
      </w:r>
      <w:r>
        <w:br/>
        <w:t xml:space="preserve">    B.1/2</w:t>
      </w:r>
      <w:r>
        <w:br/>
        <w:t xml:space="preserve">    C.1</w:t>
      </w:r>
      <w:r>
        <w:br/>
        <w:t xml:space="preserve">    D.2/3</w:t>
      </w:r>
      <w:r>
        <w:br/>
        <w:t>【答案】A　【解析】x³/3|₀¹=1/3。</w:t>
      </w:r>
    </w:p>
    <w:p>
      <w:r>
        <w:t>10. lim(x→0) (1-cos x)/x² =（　）</w:t>
      </w:r>
      <w:r>
        <w:br/>
        <w:t xml:space="preserve">    A.1/2</w:t>
      </w:r>
      <w:r>
        <w:br/>
        <w:t xml:space="preserve">    B.1</w:t>
      </w:r>
      <w:r>
        <w:br/>
        <w:t xml:space="preserve">    C.0</w:t>
      </w:r>
      <w:r>
        <w:br/>
        <w:t xml:space="preserve">    D.2</w:t>
      </w:r>
      <w:r>
        <w:br/>
        <w:t>【答案】A　【解析】1-cos x~x²/2。</w:t>
      </w:r>
    </w:p>
    <w:p>
      <w:r>
        <w:t>11. 曲线y=x²在点(1,1)处的切线方程为（　）</w:t>
      </w:r>
      <w:r>
        <w:br/>
        <w:t xml:space="preserve">    A.y=2x-1</w:t>
      </w:r>
      <w:r>
        <w:br/>
        <w:t xml:space="preserve">    B.y=x</w:t>
      </w:r>
      <w:r>
        <w:br/>
        <w:t xml:space="preserve">    C.y=2x+1</w:t>
      </w:r>
      <w:r>
        <w:br/>
        <w:t xml:space="preserve">    D.y=x-1</w:t>
      </w:r>
      <w:r>
        <w:br/>
        <w:t>【答案】A　【解析】斜率y'=2，切线y-1=2(x-1)。</w:t>
      </w:r>
    </w:p>
    <w:p>
      <w:r>
        <w:t>12. ∫eˣ dx =（　）</w:t>
      </w:r>
      <w:r>
        <w:br/>
        <w:t xml:space="preserve">    A.eˣ+C</w:t>
      </w:r>
      <w:r>
        <w:br/>
        <w:t xml:space="preserve">    B.eˣ</w:t>
      </w:r>
      <w:r>
        <w:br/>
        <w:t xml:space="preserve">    C.ln x+C</w:t>
      </w:r>
      <w:r>
        <w:br/>
        <w:t xml:space="preserve">    D.xeˣ+C</w:t>
      </w:r>
      <w:r>
        <w:br/>
        <w:t>【答案】A　【解析】指数积分公式。</w:t>
      </w:r>
    </w:p>
    <w:p>
      <w:r>
        <w:t>13. f(x)=|x|在x=0处（　）</w:t>
      </w:r>
      <w:r>
        <w:br/>
        <w:t xml:space="preserve">    A.连续但不可导</w:t>
      </w:r>
      <w:r>
        <w:br/>
        <w:t xml:space="preserve">    B.可导</w:t>
      </w:r>
      <w:r>
        <w:br/>
        <w:t xml:space="preserve">    C.不连续</w:t>
      </w:r>
      <w:r>
        <w:br/>
        <w:t xml:space="preserve">    D.无定义</w:t>
      </w:r>
      <w:r>
        <w:br/>
        <w:t>【答案】A　【解析】连续但左右导数不等。</w:t>
      </w:r>
    </w:p>
    <w:p>
      <w:r>
        <w:t>14. d/dx (x·eˣ) =（　）</w:t>
      </w:r>
      <w:r>
        <w:br/>
        <w:t xml:space="preserve">    A.eˣ(x+1)</w:t>
      </w:r>
      <w:r>
        <w:br/>
        <w:t xml:space="preserve">    B.eˣ</w:t>
      </w:r>
      <w:r>
        <w:br/>
        <w:t xml:space="preserve">    C.xeˣ</w:t>
      </w:r>
      <w:r>
        <w:br/>
        <w:t xml:space="preserve">    D.eˣ(x-1)</w:t>
      </w:r>
      <w:r>
        <w:br/>
        <w:t>【答案】A　【解析】乘积法则：(x)'eˣ+x(eˣ)'。</w:t>
      </w:r>
    </w:p>
    <w:p>
      <w:r>
        <w:t>15. ∫(1/x) dx =（　）</w:t>
      </w:r>
      <w:r>
        <w:br/>
        <w:t xml:space="preserve">    A.ln|x|+C</w:t>
      </w:r>
      <w:r>
        <w:br/>
        <w:t xml:space="preserve">    B.1/x²+C</w:t>
      </w:r>
      <w:r>
        <w:br/>
        <w:t xml:space="preserve">    C.x+C</w:t>
      </w:r>
      <w:r>
        <w:br/>
        <w:t xml:space="preserve">    D.ln x²+C</w:t>
      </w:r>
      <w:r>
        <w:br/>
        <w:t>【答案】A　【解析】对数积分公式。</w:t>
      </w:r>
    </w:p>
    <w:p>
      <w:r>
        <w:t>16. lim(n→∞) n/(n+1) =（　）</w:t>
      </w:r>
      <w:r>
        <w:br/>
        <w:t xml:space="preserve">    A.1</w:t>
      </w:r>
      <w:r>
        <w:br/>
        <w:t xml:space="preserve">    B.0</w:t>
      </w:r>
      <w:r>
        <w:br/>
        <w:t xml:space="preserve">    C.∞</w:t>
      </w:r>
      <w:r>
        <w:br/>
        <w:t xml:space="preserve">    D.不存在</w:t>
      </w:r>
      <w:r>
        <w:br/>
        <w:t>【答案】A　【解析】分子分母同除n。</w:t>
      </w:r>
    </w:p>
    <w:p>
      <w:r>
        <w:t>17. 函数f(x)=x³-3x的极值点个数为（　）</w:t>
      </w:r>
      <w:r>
        <w:br/>
        <w:t xml:space="preserve">    A.2</w:t>
      </w:r>
      <w:r>
        <w:br/>
        <w:t xml:space="preserve">    B.1</w:t>
      </w:r>
      <w:r>
        <w:br/>
        <w:t xml:space="preserve">    C.0</w:t>
      </w:r>
      <w:r>
        <w:br/>
        <w:t xml:space="preserve">    D.3</w:t>
      </w:r>
      <w:r>
        <w:br/>
        <w:t>【答案】A　【解析】f'(x)=3x²-3=0，x=±1。</w:t>
      </w:r>
    </w:p>
    <w:p>
      <w:r>
        <w:t>18. ∫₀^π sin x dx =（　）</w:t>
      </w:r>
      <w:r>
        <w:br/>
        <w:t xml:space="preserve">    A.2</w:t>
      </w:r>
      <w:r>
        <w:br/>
        <w:t xml:space="preserve">    B.1</w:t>
      </w:r>
      <w:r>
        <w:br/>
        <w:t xml:space="preserve">    C.0</w:t>
      </w:r>
      <w:r>
        <w:br/>
        <w:t xml:space="preserve">    D.π</w:t>
      </w:r>
      <w:r>
        <w:br/>
        <w:t>【答案】A　【解析】-cos x|₀^π=1-(-1)=2。</w:t>
      </w:r>
    </w:p>
    <w:p>
      <w:r>
        <w:t>19. d/dx (arctan x) =（　）</w:t>
      </w:r>
      <w:r>
        <w:br/>
        <w:t xml:space="preserve">    A.1/(1+x²)</w:t>
      </w:r>
      <w:r>
        <w:br/>
        <w:t xml:space="preserve">    B.1+x²</w:t>
      </w:r>
      <w:r>
        <w:br/>
        <w:t xml:space="preserve">    C.1/(1-x²)</w:t>
      </w:r>
      <w:r>
        <w:br/>
        <w:t xml:space="preserve">    D.-1/(1+x²)</w:t>
      </w:r>
      <w:r>
        <w:br/>
        <w:t>【答案】A　【解析】反正切求导公式。</w:t>
      </w:r>
    </w:p>
    <w:p>
      <w:r>
        <w:t>20. lim(x→0) x·sin(1/x) =（　）</w:t>
      </w:r>
      <w:r>
        <w:br/>
        <w:t xml:space="preserve">    A.0</w:t>
      </w:r>
      <w:r>
        <w:br/>
        <w:t xml:space="preserve">    B.1</w:t>
      </w:r>
      <w:r>
        <w:br/>
        <w:t xml:space="preserve">    C.∞</w:t>
      </w:r>
      <w:r>
        <w:br/>
        <w:t xml:space="preserve">    D.不存在</w:t>
      </w:r>
      <w:r>
        <w:br/>
        <w:t>【答案】A　【解析】有界函数乘无穷小。</w:t>
      </w:r>
    </w:p>
    <w:p>
      <w:r>
        <w:t>21. 二阶导数f''(x)表示（　）</w:t>
      </w:r>
      <w:r>
        <w:br/>
        <w:t xml:space="preserve">    A.导数的导数</w:t>
      </w:r>
      <w:r>
        <w:br/>
        <w:t xml:space="preserve">    B.原函数</w:t>
      </w:r>
      <w:r>
        <w:br/>
        <w:t xml:space="preserve">    C.积分</w:t>
      </w:r>
      <w:r>
        <w:br/>
        <w:t xml:space="preserve">    D.微分</w:t>
      </w:r>
      <w:r>
        <w:br/>
        <w:t>【答案】A　【解析】二阶导定义。</w:t>
      </w:r>
    </w:p>
    <w:p>
      <w:r>
        <w:t>22. ∫sin x dx =（　）</w:t>
      </w:r>
      <w:r>
        <w:br/>
        <w:t xml:space="preserve">    A.-cos x+C</w:t>
      </w:r>
      <w:r>
        <w:br/>
        <w:t xml:space="preserve">    B.cos x+C</w:t>
      </w:r>
      <w:r>
        <w:br/>
        <w:t xml:space="preserve">    C.sin x+C</w:t>
      </w:r>
      <w:r>
        <w:br/>
        <w:t xml:space="preserve">    D.-sin x+C</w:t>
      </w:r>
      <w:r>
        <w:br/>
        <w:t>【答案】A　【解析】正弦积分。</w:t>
      </w:r>
    </w:p>
    <w:p>
      <w:r>
        <w:t>23. 函数f(x)=x²-2x的最小值为（　）</w:t>
      </w:r>
      <w:r>
        <w:br/>
        <w:t xml:space="preserve">    A.-1</w:t>
      </w:r>
      <w:r>
        <w:br/>
        <w:t xml:space="preserve">    B.1</w:t>
      </w:r>
      <w:r>
        <w:br/>
        <w:t xml:space="preserve">    C.0</w:t>
      </w:r>
      <w:r>
        <w:br/>
        <w:t xml:space="preserve">    D.-2</w:t>
      </w:r>
      <w:r>
        <w:br/>
        <w:t>【答案】A　【解析】f(1)=-1。</w:t>
      </w:r>
    </w:p>
    <w:p>
      <w:r>
        <w:t>24. lim(x→∞) (x²-1)/(x²+1) =（　）</w:t>
      </w:r>
      <w:r>
        <w:br/>
        <w:t xml:space="preserve">    A.1</w:t>
      </w:r>
      <w:r>
        <w:br/>
        <w:t xml:space="preserve">    B.0</w:t>
      </w:r>
      <w:r>
        <w:br/>
        <w:t xml:space="preserve">    C.∞</w:t>
      </w:r>
      <w:r>
        <w:br/>
        <w:t xml:space="preserve">    D.-1</w:t>
      </w:r>
      <w:r>
        <w:br/>
        <w:t>【答案】A　【解析】同除x²。</w:t>
      </w:r>
    </w:p>
    <w:p>
      <w:r>
        <w:t>25. d/dx (aˣ) =（　）</w:t>
      </w:r>
      <w:r>
        <w:br/>
        <w:t xml:space="preserve">    A.aˣln a</w:t>
      </w:r>
      <w:r>
        <w:br/>
        <w:t xml:space="preserve">    B.aˣ</w:t>
      </w:r>
      <w:r>
        <w:br/>
        <w:t xml:space="preserve">    C.xaˣ⁻¹</w:t>
      </w:r>
      <w:r>
        <w:br/>
        <w:t xml:space="preserve">    D.ln a</w:t>
      </w:r>
      <w:r>
        <w:br/>
        <w:t>【答案】A　【解析】指数函数求导公式。</w:t>
      </w:r>
    </w:p>
    <w:p>
      <w:r>
        <w:t>26. ∫(2x+1)dx =（　）</w:t>
      </w:r>
      <w:r>
        <w:br/>
        <w:t xml:space="preserve">    A.x²+x+C</w:t>
      </w:r>
      <w:r>
        <w:br/>
        <w:t xml:space="preserve">    B.2x²+x+C</w:t>
      </w:r>
      <w:r>
        <w:br/>
        <w:t xml:space="preserve">    C.x²+C</w:t>
      </w:r>
      <w:r>
        <w:br/>
        <w:t xml:space="preserve">    D.2x+C</w:t>
      </w:r>
      <w:r>
        <w:br/>
        <w:t>【答案】A　【解析】逐项积分。</w:t>
      </w:r>
    </w:p>
    <w:p>
      <w:r>
        <w:t>27. 函数y=ln x的单调性（　）</w:t>
      </w:r>
      <w:r>
        <w:br/>
        <w:t xml:space="preserve">    A.在(0,+∞)递增</w:t>
      </w:r>
      <w:r>
        <w:br/>
        <w:t xml:space="preserve">    B.递减</w:t>
      </w:r>
      <w:r>
        <w:br/>
        <w:t xml:space="preserve">    C.先增后减</w:t>
      </w:r>
      <w:r>
        <w:br/>
        <w:t xml:space="preserve">    D.先减后增</w:t>
      </w:r>
      <w:r>
        <w:br/>
        <w:t>【答案】A　【解析】y'=1/x&gt;0。</w:t>
      </w:r>
    </w:p>
    <w:p>
      <w:r>
        <w:t>28. f(x)=cos x的导数是（　）</w:t>
      </w:r>
      <w:r>
        <w:br/>
        <w:t xml:space="preserve">    A.-sin x</w:t>
      </w:r>
      <w:r>
        <w:br/>
        <w:t xml:space="preserve">    B.sin x</w:t>
      </w:r>
      <w:r>
        <w:br/>
        <w:t xml:space="preserve">    C.-cos x</w:t>
      </w:r>
      <w:r>
        <w:br/>
        <w:t xml:space="preserve">    D.cos x</w:t>
      </w:r>
      <w:r>
        <w:br/>
        <w:t>【答案】A　【解析】余弦求导。</w:t>
      </w:r>
    </w:p>
    <w:p>
      <w:r>
        <w:t>29. ∫₀¹ (2x)dx =（　）</w:t>
      </w:r>
      <w:r>
        <w:br/>
        <w:t xml:space="preserve">    A.1</w:t>
      </w:r>
      <w:r>
        <w:br/>
        <w:t xml:space="preserve">    B.2</w:t>
      </w:r>
      <w:r>
        <w:br/>
        <w:t xml:space="preserve">    C.0</w:t>
      </w:r>
      <w:r>
        <w:br/>
        <w:t xml:space="preserve">    D.0.5</w:t>
      </w:r>
      <w:r>
        <w:br/>
        <w:t>【答案】A　【解析】x²|₀¹=1。</w:t>
      </w:r>
    </w:p>
    <w:p>
      <w:r>
        <w:t>30. lim(x→0) tan x/x =（　）</w:t>
      </w:r>
      <w:r>
        <w:br/>
        <w:t xml:space="preserve">    A.1</w:t>
      </w:r>
      <w:r>
        <w:br/>
        <w:t xml:space="preserve">    B.0</w:t>
      </w:r>
      <w:r>
        <w:br/>
        <w:t xml:space="preserve">    C.∞</w:t>
      </w:r>
      <w:r>
        <w:br/>
        <w:t xml:space="preserve">    D.2</w:t>
      </w:r>
      <w:r>
        <w:br/>
        <w:t>【答案】A　【解析】tan x~x。</w:t>
      </w:r>
    </w:p>
    <w:p>
      <w:r>
        <w:t>31. 计算：2^2 = ?</w:t>
      </w:r>
      <w:r>
        <w:br/>
        <w:t xml:space="preserve">    A. 6</w:t>
      </w:r>
      <w:r>
        <w:br/>
        <w:t xml:space="preserve">    B. 2</w:t>
      </w:r>
      <w:r>
        <w:br/>
        <w:t xml:space="preserve">    C. 4</w:t>
      </w:r>
      <w:r>
        <w:br/>
        <w:t xml:space="preserve">    D. 4</w:t>
      </w:r>
      <w:r>
        <w:br/>
        <w:t>【答案】C　【解析】2^2=4。</w:t>
      </w:r>
    </w:p>
    <w:p>
      <w:r>
        <w:t>32. 计算：4^3 = ?</w:t>
      </w:r>
      <w:r>
        <w:br/>
        <w:t xml:space="preserve">    A. 64</w:t>
      </w:r>
      <w:r>
        <w:br/>
        <w:t xml:space="preserve">    B. 12</w:t>
      </w:r>
      <w:r>
        <w:br/>
        <w:t xml:space="preserve">    C. 68</w:t>
      </w:r>
      <w:r>
        <w:br/>
        <w:t xml:space="preserve">    D. 60</w:t>
      </w:r>
      <w:r>
        <w:br/>
        <w:t>【答案】A　【解析】4^3=64。</w:t>
      </w:r>
    </w:p>
    <w:p>
      <w:r>
        <w:t>33. 计算：3^1 = ?</w:t>
      </w:r>
      <w:r>
        <w:br/>
        <w:t xml:space="preserve">    A. 6</w:t>
      </w:r>
      <w:r>
        <w:br/>
        <w:t xml:space="preserve">    B. 3</w:t>
      </w:r>
      <w:r>
        <w:br/>
        <w:t xml:space="preserve">    C. 3</w:t>
      </w:r>
      <w:r>
        <w:br/>
        <w:t xml:space="preserve">    D. 0</w:t>
      </w:r>
      <w:r>
        <w:br/>
        <w:t>【答案】B　【解析】3^1=3。</w:t>
      </w:r>
    </w:p>
    <w:p>
      <w:r>
        <w:t>34. 计算：3^3 = ?</w:t>
      </w:r>
      <w:r>
        <w:br/>
        <w:t xml:space="preserve">    A. 30</w:t>
      </w:r>
      <w:r>
        <w:br/>
        <w:t xml:space="preserve">    B. 27</w:t>
      </w:r>
      <w:r>
        <w:br/>
        <w:t xml:space="preserve">    C. 9</w:t>
      </w:r>
      <w:r>
        <w:br/>
        <w:t xml:space="preserve">    D. 24</w:t>
      </w:r>
      <w:r>
        <w:br/>
        <w:t>【答案】B　【解析】3^3=27。</w:t>
      </w:r>
    </w:p>
    <w:p>
      <w:r>
        <w:t>35. 计算：2^1 = ?</w:t>
      </w:r>
      <w:r>
        <w:br/>
        <w:t xml:space="preserve">    A. 0</w:t>
      </w:r>
      <w:r>
        <w:br/>
        <w:t xml:space="preserve">    B. 2</w:t>
      </w:r>
      <w:r>
        <w:br/>
        <w:t xml:space="preserve">    C. 4</w:t>
      </w:r>
      <w:r>
        <w:br/>
        <w:t xml:space="preserve">    D. 2</w:t>
      </w:r>
      <w:r>
        <w:br/>
        <w:t>【答案】B　【解析】2^1=2。</w:t>
      </w:r>
    </w:p>
    <w:p>
      <w:r>
        <w:t>36. 计算：5^2 = ?</w:t>
      </w:r>
      <w:r>
        <w:br/>
        <w:t xml:space="preserve">    A. 10</w:t>
      </w:r>
      <w:r>
        <w:br/>
        <w:t xml:space="preserve">    B. 25</w:t>
      </w:r>
      <w:r>
        <w:br/>
        <w:t xml:space="preserve">    C. 30</w:t>
      </w:r>
      <w:r>
        <w:br/>
        <w:t xml:space="preserve">    D. 20</w:t>
      </w:r>
      <w:r>
        <w:br/>
        <w:t>【答案】B　【解析】5^2=25。</w:t>
      </w:r>
    </w:p>
    <w:p>
      <w:r>
        <w:t>37. 计算：5^4 = ?</w:t>
      </w:r>
      <w:r>
        <w:br/>
        <w:t xml:space="preserve">    A. 630</w:t>
      </w:r>
      <w:r>
        <w:br/>
        <w:t xml:space="preserve">    B. 20</w:t>
      </w:r>
      <w:r>
        <w:br/>
        <w:t xml:space="preserve">    C. 620</w:t>
      </w:r>
      <w:r>
        <w:br/>
        <w:t xml:space="preserve">    D. 625</w:t>
      </w:r>
      <w:r>
        <w:br/>
        <w:t>【答案】D　【解析】5^4=625。</w:t>
      </w:r>
    </w:p>
    <w:p>
      <w:r>
        <w:t>38. 计算：2^3 = ?</w:t>
      </w:r>
      <w:r>
        <w:br/>
        <w:t xml:space="preserve">    A. 10</w:t>
      </w:r>
      <w:r>
        <w:br/>
        <w:t xml:space="preserve">    B. 16</w:t>
      </w:r>
      <w:r>
        <w:br/>
        <w:t xml:space="preserve">    C. 6</w:t>
      </w:r>
      <w:r>
        <w:br/>
        <w:t xml:space="preserve">    D. 8</w:t>
      </w:r>
      <w:r>
        <w:br/>
        <w:t>【答案】D　【解析】2^3=8。</w:t>
      </w:r>
    </w:p>
    <w:p>
      <w:r>
        <w:t>39. 计算：2^4 = ?</w:t>
      </w:r>
      <w:r>
        <w:br/>
        <w:t xml:space="preserve">    A. 16</w:t>
      </w:r>
      <w:r>
        <w:br/>
        <w:t xml:space="preserve">    B. 18</w:t>
      </w:r>
      <w:r>
        <w:br/>
        <w:t xml:space="preserve">    C. 8</w:t>
      </w:r>
      <w:r>
        <w:br/>
        <w:t xml:space="preserve">    D. 14</w:t>
      </w:r>
      <w:r>
        <w:br/>
        <w:t>【答案】A　【解析】2^4=16。</w:t>
      </w:r>
    </w:p>
    <w:p>
      <w:r>
        <w:t>40. 计算：2^3 = ?</w:t>
      </w:r>
      <w:r>
        <w:br/>
        <w:t xml:space="preserve">    A. 10</w:t>
      </w:r>
      <w:r>
        <w:br/>
        <w:t xml:space="preserve">    B. 6</w:t>
      </w:r>
      <w:r>
        <w:br/>
        <w:t xml:space="preserve">    C. 16</w:t>
      </w:r>
      <w:r>
        <w:br/>
        <w:t xml:space="preserve">    D. 8</w:t>
      </w:r>
      <w:r>
        <w:br/>
        <w:t>【答案】D　【解析】2^3=8。</w:t>
      </w:r>
    </w:p>
    <w:p>
      <w:r>
        <w:t>41. 计算：4^6 = ?</w:t>
      </w:r>
      <w:r>
        <w:br/>
        <w:t xml:space="preserve">    A. 24</w:t>
      </w:r>
      <w:r>
        <w:br/>
        <w:t xml:space="preserve">    B. 4092</w:t>
      </w:r>
      <w:r>
        <w:br/>
        <w:t xml:space="preserve">    C. 4096</w:t>
      </w:r>
      <w:r>
        <w:br/>
        <w:t xml:space="preserve">    D. 4100</w:t>
      </w:r>
      <w:r>
        <w:br/>
        <w:t>【答案】C　【解析】4^6=4096。</w:t>
      </w:r>
    </w:p>
    <w:p>
      <w:r>
        <w:t>42. 计算：5^5 = ?</w:t>
      </w:r>
      <w:r>
        <w:br/>
        <w:t xml:space="preserve">    A. 25</w:t>
      </w:r>
      <w:r>
        <w:br/>
        <w:t xml:space="preserve">    B. 3125</w:t>
      </w:r>
      <w:r>
        <w:br/>
        <w:t xml:space="preserve">    C. 3120</w:t>
      </w:r>
      <w:r>
        <w:br/>
        <w:t xml:space="preserve">    D. 3130</w:t>
      </w:r>
      <w:r>
        <w:br/>
        <w:t>【答案】B　【解析】5^5=3125。</w:t>
      </w:r>
    </w:p>
    <w:p>
      <w:r>
        <w:t>43. 计算：5^5 = ?</w:t>
      </w:r>
      <w:r>
        <w:br/>
        <w:t xml:space="preserve">    A. 3125</w:t>
      </w:r>
      <w:r>
        <w:br/>
        <w:t xml:space="preserve">    B. 3120</w:t>
      </w:r>
      <w:r>
        <w:br/>
        <w:t xml:space="preserve">    C. 25</w:t>
      </w:r>
      <w:r>
        <w:br/>
        <w:t xml:space="preserve">    D. 3130</w:t>
      </w:r>
      <w:r>
        <w:br/>
        <w:t>【答案】A　【解析】5^5=3125。</w:t>
      </w:r>
    </w:p>
    <w:p>
      <w:r>
        <w:t>44. 计算：2^3 = ?</w:t>
      </w:r>
      <w:r>
        <w:br/>
        <w:t xml:space="preserve">    A. 8</w:t>
      </w:r>
      <w:r>
        <w:br/>
        <w:t xml:space="preserve">    B. 16</w:t>
      </w:r>
      <w:r>
        <w:br/>
        <w:t xml:space="preserve">    C. 6</w:t>
      </w:r>
      <w:r>
        <w:br/>
        <w:t xml:space="preserve">    D. 10</w:t>
      </w:r>
      <w:r>
        <w:br/>
        <w:t>【答案】A　【解析】2^3=8。</w:t>
      </w:r>
    </w:p>
    <w:p>
      <w:r>
        <w:t>45. 计算：3^2 = ?</w:t>
      </w:r>
      <w:r>
        <w:br/>
        <w:t xml:space="preserve">    A. 9</w:t>
      </w:r>
      <w:r>
        <w:br/>
        <w:t xml:space="preserve">    B. 6</w:t>
      </w:r>
      <w:r>
        <w:br/>
        <w:t xml:space="preserve">    C. 27</w:t>
      </w:r>
      <w:r>
        <w:br/>
        <w:t xml:space="preserve">    D. 12</w:t>
      </w:r>
      <w:r>
        <w:br/>
        <w:t>【答案】A　【解析】3^2=9。</w:t>
      </w:r>
    </w:p>
    <w:p>
      <w:r>
        <w:t>46. 计算：5^6 = ?</w:t>
      </w:r>
      <w:r>
        <w:br/>
        <w:t xml:space="preserve">    A. 15620</w:t>
      </w:r>
      <w:r>
        <w:br/>
        <w:t xml:space="preserve">    B. 30</w:t>
      </w:r>
      <w:r>
        <w:br/>
        <w:t xml:space="preserve">    C. 15625</w:t>
      </w:r>
      <w:r>
        <w:br/>
        <w:t xml:space="preserve">    D. 15630</w:t>
      </w:r>
      <w:r>
        <w:br/>
        <w:t>【答案】C　【解析】5^6=15625。</w:t>
      </w:r>
    </w:p>
    <w:p>
      <w:r>
        <w:t>47. 计算：5^3 = ?</w:t>
      </w:r>
      <w:r>
        <w:br/>
        <w:t xml:space="preserve">    A. 125</w:t>
      </w:r>
      <w:r>
        <w:br/>
        <w:t xml:space="preserve">    B. 15</w:t>
      </w:r>
      <w:r>
        <w:br/>
        <w:t xml:space="preserve">    C. 120</w:t>
      </w:r>
      <w:r>
        <w:br/>
        <w:t xml:space="preserve">    D. 130</w:t>
      </w:r>
      <w:r>
        <w:br/>
        <w:t>【答案】A　【解析】5^3=125。</w:t>
      </w:r>
    </w:p>
    <w:p>
      <w:r>
        <w:t>48. 计算：2^2 = ?</w:t>
      </w:r>
      <w:r>
        <w:br/>
        <w:t xml:space="preserve">    A. 4</w:t>
      </w:r>
      <w:r>
        <w:br/>
        <w:t xml:space="preserve">    B. 2</w:t>
      </w:r>
      <w:r>
        <w:br/>
        <w:t xml:space="preserve">    C. 6</w:t>
      </w:r>
      <w:r>
        <w:br/>
        <w:t xml:space="preserve">    D. 4</w:t>
      </w:r>
      <w:r>
        <w:br/>
        <w:t>【答案】A　【解析】2^2=4。</w:t>
      </w:r>
    </w:p>
    <w:p>
      <w:r>
        <w:t>49. 计算：2^4 = ?</w:t>
      </w:r>
      <w:r>
        <w:br/>
        <w:t xml:space="preserve">    A. 16</w:t>
      </w:r>
      <w:r>
        <w:br/>
        <w:t xml:space="preserve">    B. 8</w:t>
      </w:r>
      <w:r>
        <w:br/>
        <w:t xml:space="preserve">    C. 14</w:t>
      </w:r>
      <w:r>
        <w:br/>
        <w:t xml:space="preserve">    D. 18</w:t>
      </w:r>
      <w:r>
        <w:br/>
        <w:t>【答案】A　【解析】2^4=16。</w:t>
      </w:r>
    </w:p>
    <w:p>
      <w:r>
        <w:t>50. 计算：2^5 = ?</w:t>
      </w:r>
      <w:r>
        <w:br/>
        <w:t xml:space="preserve">    A. 30</w:t>
      </w:r>
      <w:r>
        <w:br/>
        <w:t xml:space="preserve">    B. 32</w:t>
      </w:r>
      <w:r>
        <w:br/>
        <w:t xml:space="preserve">    C. 34</w:t>
      </w:r>
      <w:r>
        <w:br/>
        <w:t xml:space="preserve">    D. 10</w:t>
      </w:r>
      <w:r>
        <w:br/>
        <w:t>【答案】B　【解析】2^5=32。</w:t>
      </w:r>
    </w:p>
    <w:p>
      <w:r>
        <w:t>51. 计算：3^4 = ?</w:t>
      </w:r>
      <w:r>
        <w:br/>
        <w:t xml:space="preserve">    A. 81</w:t>
      </w:r>
      <w:r>
        <w:br/>
        <w:t xml:space="preserve">    B. 84</w:t>
      </w:r>
      <w:r>
        <w:br/>
        <w:t xml:space="preserve">    C. 12</w:t>
      </w:r>
      <w:r>
        <w:br/>
        <w:t xml:space="preserve">    D. 78</w:t>
      </w:r>
      <w:r>
        <w:br/>
        <w:t>【答案】A　【解析】3^4=81。</w:t>
      </w:r>
    </w:p>
    <w:p>
      <w:r>
        <w:t>52. 计算：5^1 = ?</w:t>
      </w:r>
      <w:r>
        <w:br/>
        <w:t xml:space="preserve">    A. 0</w:t>
      </w:r>
      <w:r>
        <w:br/>
        <w:t xml:space="preserve">    B. 5</w:t>
      </w:r>
      <w:r>
        <w:br/>
        <w:t xml:space="preserve">    C. 10</w:t>
      </w:r>
      <w:r>
        <w:br/>
        <w:t xml:space="preserve">    D. 5</w:t>
      </w:r>
      <w:r>
        <w:br/>
        <w:t>【答案】B　【解析】5^1=5。</w:t>
      </w:r>
    </w:p>
    <w:p>
      <w:r>
        <w:t>53. 计算：5^2 = ?</w:t>
      </w:r>
      <w:r>
        <w:br/>
        <w:t xml:space="preserve">    A. 20</w:t>
      </w:r>
      <w:r>
        <w:br/>
        <w:t xml:space="preserve">    B. 25</w:t>
      </w:r>
      <w:r>
        <w:br/>
        <w:t xml:space="preserve">    C. 10</w:t>
      </w:r>
      <w:r>
        <w:br/>
        <w:t xml:space="preserve">    D. 30</w:t>
      </w:r>
      <w:r>
        <w:br/>
        <w:t>【答案】B　【解析】5^2=25。</w:t>
      </w:r>
    </w:p>
    <w:p>
      <w:r>
        <w:t>54. 计算：5^5 = ?</w:t>
      </w:r>
      <w:r>
        <w:br/>
        <w:t xml:space="preserve">    A. 25</w:t>
      </w:r>
      <w:r>
        <w:br/>
        <w:t xml:space="preserve">    B. 3120</w:t>
      </w:r>
      <w:r>
        <w:br/>
        <w:t xml:space="preserve">    C. 3125</w:t>
      </w:r>
      <w:r>
        <w:br/>
        <w:t xml:space="preserve">    D. 3130</w:t>
      </w:r>
      <w:r>
        <w:br/>
        <w:t>【答案】C　【解析】5^5=3125。</w:t>
      </w:r>
    </w:p>
    <w:p>
      <w:r>
        <w:t>55. 计算：2^2 = ?</w:t>
      </w:r>
      <w:r>
        <w:br/>
        <w:t xml:space="preserve">    A. 4</w:t>
      </w:r>
      <w:r>
        <w:br/>
        <w:t xml:space="preserve">    B. 6</w:t>
      </w:r>
      <w:r>
        <w:br/>
        <w:t xml:space="preserve">    C. 2</w:t>
      </w:r>
      <w:r>
        <w:br/>
        <w:t xml:space="preserve">    D. 4</w:t>
      </w:r>
      <w:r>
        <w:br/>
        <w:t>【答案】A　【解析】2^2=4。</w:t>
      </w:r>
    </w:p>
    <w:p>
      <w:r>
        <w:t>56. 计算：2^5 = ?</w:t>
      </w:r>
      <w:r>
        <w:br/>
        <w:t xml:space="preserve">    A. 30</w:t>
      </w:r>
      <w:r>
        <w:br/>
        <w:t xml:space="preserve">    B. 10</w:t>
      </w:r>
      <w:r>
        <w:br/>
        <w:t xml:space="preserve">    C. 32</w:t>
      </w:r>
      <w:r>
        <w:br/>
        <w:t xml:space="preserve">    D. 34</w:t>
      </w:r>
      <w:r>
        <w:br/>
        <w:t>【答案】C　【解析】2^5=32。</w:t>
      </w:r>
    </w:p>
    <w:p>
      <w:r>
        <w:t>57. 计算：3^4 = ?</w:t>
      </w:r>
      <w:r>
        <w:br/>
        <w:t xml:space="preserve">    A. 84</w:t>
      </w:r>
      <w:r>
        <w:br/>
        <w:t xml:space="preserve">    B. 81</w:t>
      </w:r>
      <w:r>
        <w:br/>
        <w:t xml:space="preserve">    C. 78</w:t>
      </w:r>
      <w:r>
        <w:br/>
        <w:t xml:space="preserve">    D. 12</w:t>
      </w:r>
      <w:r>
        <w:br/>
        <w:t>【答案】B　【解析】3^4=81。</w:t>
      </w:r>
    </w:p>
    <w:p>
      <w:r>
        <w:t>58. 计算：2^1 = ?</w:t>
      </w:r>
      <w:r>
        <w:br/>
        <w:t xml:space="preserve">    A. 0</w:t>
      </w:r>
      <w:r>
        <w:br/>
        <w:t xml:space="preserve">    B. 2</w:t>
      </w:r>
      <w:r>
        <w:br/>
        <w:t xml:space="preserve">    C. 4</w:t>
      </w:r>
      <w:r>
        <w:br/>
        <w:t xml:space="preserve">    D. 2</w:t>
      </w:r>
      <w:r>
        <w:br/>
        <w:t>【答案】B　【解析】2^1=2。</w:t>
      </w:r>
    </w:p>
    <w:p>
      <w:r>
        <w:t>59. 计算：2^2 = ?</w:t>
      </w:r>
      <w:r>
        <w:br/>
        <w:t xml:space="preserve">    A. 4</w:t>
      </w:r>
      <w:r>
        <w:br/>
        <w:t xml:space="preserve">    B. 2</w:t>
      </w:r>
      <w:r>
        <w:br/>
        <w:t xml:space="preserve">    C. 4</w:t>
      </w:r>
      <w:r>
        <w:br/>
        <w:t xml:space="preserve">    D. 6</w:t>
      </w:r>
      <w:r>
        <w:br/>
        <w:t>【答案】A　【解析】2^2=4。</w:t>
      </w:r>
    </w:p>
    <w:p>
      <w:r>
        <w:t>60. 计算：3^3 = ?</w:t>
      </w:r>
      <w:r>
        <w:br/>
        <w:t xml:space="preserve">    A. 30</w:t>
      </w:r>
      <w:r>
        <w:br/>
        <w:t xml:space="preserve">    B. 24</w:t>
      </w:r>
      <w:r>
        <w:br/>
        <w:t xml:space="preserve">    C. 27</w:t>
      </w:r>
      <w:r>
        <w:br/>
        <w:t xml:space="preserve">    D. 9</w:t>
      </w:r>
      <w:r>
        <w:br/>
        <w:t>【答案】C　【解析】3^3=27。</w:t>
      </w:r>
    </w:p>
    <w:p>
      <w:r>
        <w:t>61. 计算：3^4 = ?</w:t>
      </w:r>
      <w:r>
        <w:br/>
        <w:t xml:space="preserve">    A. 12</w:t>
      </w:r>
      <w:r>
        <w:br/>
        <w:t xml:space="preserve">    B. 81</w:t>
      </w:r>
      <w:r>
        <w:br/>
        <w:t xml:space="preserve">    C. 84</w:t>
      </w:r>
      <w:r>
        <w:br/>
        <w:t xml:space="preserve">    D. 78</w:t>
      </w:r>
      <w:r>
        <w:br/>
        <w:t>【答案】B　【解析】3^4=81。</w:t>
      </w:r>
    </w:p>
    <w:p>
      <w:r>
        <w:t>62. 计算：3^1 = ?</w:t>
      </w:r>
      <w:r>
        <w:br/>
        <w:t xml:space="preserve">    A. 3</w:t>
      </w:r>
      <w:r>
        <w:br/>
        <w:t xml:space="preserve">    B. 3</w:t>
      </w:r>
      <w:r>
        <w:br/>
        <w:t xml:space="preserve">    C. 6</w:t>
      </w:r>
      <w:r>
        <w:br/>
        <w:t xml:space="preserve">    D. 0</w:t>
      </w:r>
      <w:r>
        <w:br/>
        <w:t>【答案】A　【解析】3^1=3。</w:t>
      </w:r>
    </w:p>
    <w:p>
      <w:r>
        <w:t>63. 计算：4^5 = ?</w:t>
      </w:r>
      <w:r>
        <w:br/>
        <w:t xml:space="preserve">    A. 1024</w:t>
      </w:r>
      <w:r>
        <w:br/>
        <w:t xml:space="preserve">    B. 1028</w:t>
      </w:r>
      <w:r>
        <w:br/>
        <w:t xml:space="preserve">    C. 20</w:t>
      </w:r>
      <w:r>
        <w:br/>
        <w:t xml:space="preserve">    D. 1020</w:t>
      </w:r>
      <w:r>
        <w:br/>
        <w:t>【答案】A　【解析】4^5=1024。</w:t>
      </w:r>
    </w:p>
    <w:p>
      <w:pPr>
        <w:pStyle w:val="Heading1"/>
      </w:pPr>
      <w:r>
        <w:t>二、填空题</w:t>
      </w:r>
    </w:p>
    <w:p>
      <w:r>
        <w:t>64. lim(x→0) (sin 2x)/(3x) = ____。</w:t>
      </w:r>
    </w:p>
    <w:p>
      <w:r>
        <w:t xml:space="preserve">    【答案】2/3　【解析】等价无穷小sin 2x~2x，2x/3x=2/3。</w:t>
      </w:r>
    </w:p>
    <w:p>
      <w:r>
        <w:t>65. d/dx (x³) = ____。</w:t>
      </w:r>
    </w:p>
    <w:p>
      <w:r>
        <w:t xml:space="preserve">    【答案】3x²　【解析】幂函数求导。</w:t>
      </w:r>
    </w:p>
    <w:p>
      <w:r>
        <w:t>66. ∫x² dx = ____。</w:t>
      </w:r>
    </w:p>
    <w:p>
      <w:r>
        <w:t xml:space="preserve">    【答案】x³/3+C　【解析】幂函数积分。</w:t>
      </w:r>
    </w:p>
    <w:p>
      <w:r>
        <w:t>67. f(x)=eˣ的导数是____。</w:t>
      </w:r>
    </w:p>
    <w:p>
      <w:r>
        <w:t xml:space="preserve">    【答案】eˣ　【解析】指数函数求导不变。</w:t>
      </w:r>
    </w:p>
    <w:p>
      <w:r>
        <w:t>68. lim(x→∞) (3x+1)/(x-1) = ____。</w:t>
      </w:r>
    </w:p>
    <w:p>
      <w:r>
        <w:t xml:space="preserve">    【答案】3　【解析】同除x，极限为3。</w:t>
      </w:r>
    </w:p>
    <w:p>
      <w:r>
        <w:t>69. ∫₀¹ x dx = ____。</w:t>
      </w:r>
    </w:p>
    <w:p>
      <w:r>
        <w:t xml:space="preserve">    【答案】1/2　【解析】x²/2|₀¹=1/2。</w:t>
      </w:r>
    </w:p>
    <w:p>
      <w:r>
        <w:t>70. 曲线y=ln x在x=1处的切线斜率是____。</w:t>
      </w:r>
    </w:p>
    <w:p>
      <w:r>
        <w:t xml:space="preserve">    【答案】1　【解析】y'=1/x，y'(1)=1。</w:t>
      </w:r>
    </w:p>
    <w:p>
      <w:r>
        <w:t>71. d/dx (cos x) = ____。</w:t>
      </w:r>
    </w:p>
    <w:p>
      <w:r>
        <w:t xml:space="preserve">    【答案】-sin x　【解析】余弦求导。</w:t>
      </w:r>
    </w:p>
    <w:p>
      <w:r>
        <w:t>72. ∫(1/(1+x²)) dx = ____。</w:t>
      </w:r>
    </w:p>
    <w:p>
      <w:r>
        <w:t xml:space="preserve">    【答案】arctan x+C　【解析】反正切积分。</w:t>
      </w:r>
    </w:p>
    <w:p>
      <w:r>
        <w:t>73. lim(x→0) (aˣ-1)/x = ____。</w:t>
      </w:r>
    </w:p>
    <w:p>
      <w:r>
        <w:t xml:space="preserve">    【答案】ln a　【解析】等价无穷小。</w:t>
      </w:r>
    </w:p>
    <w:p>
      <w:r>
        <w:t>74. 函数f(x)=x⁴在x=0处取得____（填极大或极小值）。</w:t>
      </w:r>
    </w:p>
    <w:p>
      <w:r>
        <w:t xml:space="preserve">    【答案】极小　【解析】f'(0)=0，二阶导&gt;0。</w:t>
      </w:r>
    </w:p>
    <w:p>
      <w:r>
        <w:t>75. ∫sin 2x dx = ____。</w:t>
      </w:r>
    </w:p>
    <w:p>
      <w:r>
        <w:t xml:space="preserve">    【答案】-cos 2x/2+C　【解析】凑微分。</w:t>
      </w:r>
    </w:p>
    <w:p>
      <w:r>
        <w:t>76. d/dx (ln x²) = ____。</w:t>
      </w:r>
    </w:p>
    <w:p>
      <w:r>
        <w:t xml:space="preserve">    【答案】2/x　【解析】复合求导2x/x²=2/x。</w:t>
      </w:r>
    </w:p>
    <w:p>
      <w:r>
        <w:t>77. lim(n→∞) (1+1/n)^(2n) = ____。</w:t>
      </w:r>
    </w:p>
    <w:p>
      <w:r>
        <w:t xml:space="preserve">    【答案】e²　【解析】重要极限变形。</w:t>
      </w:r>
    </w:p>
    <w:p>
      <w:r>
        <w:t>78. ∫(3x²-2x+1)dx = ____。</w:t>
      </w:r>
    </w:p>
    <w:p>
      <w:r>
        <w:t xml:space="preserve">    【答案】x³-x²+x+C　【解析】逐项积分。</w:t>
      </w:r>
    </w:p>
    <w:p>
      <w:pPr>
        <w:pStyle w:val="Heading1"/>
      </w:pPr>
      <w:r>
        <w:t>三、判断题</w:t>
      </w:r>
    </w:p>
    <w:p>
      <w:r>
        <w:t>79. 可导必连续。</w:t>
      </w:r>
    </w:p>
    <w:p>
      <w:r>
        <w:t xml:space="preserve">    【答案】对　【解析】可导推出连续。</w:t>
      </w:r>
    </w:p>
    <w:p>
      <w:r>
        <w:t>80. 连续必可导。</w:t>
      </w:r>
    </w:p>
    <w:p>
      <w:r>
        <w:t xml:space="preserve">    【答案】错　【解析】如|x|在0处连续但不可导。</w:t>
      </w:r>
    </w:p>
    <w:p>
      <w:r>
        <w:t>81. 奇函数的积分（对称区间）为零。</w:t>
      </w:r>
    </w:p>
    <w:p>
      <w:r>
        <w:t xml:space="preserve">    【答案】对　【解析】对称区间奇函数积分为0。</w:t>
      </w:r>
    </w:p>
    <w:p>
      <w:r>
        <w:t>82. ∫ₐᵇ f(x)dx = -∫ᵇₐ f(x)dx。</w:t>
      </w:r>
    </w:p>
    <w:p>
      <w:r>
        <w:t xml:space="preserve">    【答案】对　【解析】积分上下限互换变号。</w:t>
      </w:r>
    </w:p>
    <w:p>
      <w:r>
        <w:t>83. 函数的极值点一定在导数为0处取得。</w:t>
      </w:r>
    </w:p>
    <w:p>
      <w:r>
        <w:t xml:space="preserve">    【答案】错　【解析】还可能在不可导点取得。</w:t>
      </w:r>
    </w:p>
    <w:p>
      <w:r>
        <w:t>84. d/dx (∫f(x)dx) = f(x)。</w:t>
      </w:r>
    </w:p>
    <w:p>
      <w:r>
        <w:t xml:space="preserve">    【答案】对　【解析】微分与积分互为逆运算。</w:t>
      </w:r>
    </w:p>
    <w:p>
      <w:r>
        <w:t>85. 两个无穷小的商是无穷小。</w:t>
      </w:r>
    </w:p>
    <w:p>
      <w:r>
        <w:t xml:space="preserve">    【答案】错　【解析】可能是常数或无穷大。</w:t>
      </w:r>
    </w:p>
    <w:p>
      <w:r>
        <w:t>86. 单调递增函数的导数一定大于0。</w:t>
      </w:r>
    </w:p>
    <w:p>
      <w:r>
        <w:t xml:space="preserve">    【答案】错　【解析】可等于0（如y=x³在0处）。</w:t>
      </w:r>
    </w:p>
    <w:p>
      <w:r>
        <w:t>87. ∫f(x)g(x)dx = ∫f(x)dx · ∫g(x)dx。</w:t>
      </w:r>
    </w:p>
    <w:p>
      <w:r>
        <w:t xml:space="preserve">    【答案】错　【解析】积分没有乘法法则。</w:t>
      </w:r>
    </w:p>
    <w:p>
      <w:r>
        <w:t>88. 若f'(x₀)=0，则f(x₀)一定是极值。</w:t>
      </w:r>
    </w:p>
    <w:p>
      <w:r>
        <w:t xml:space="preserve">    【答案】错　【解析】还需二阶导或两侧导数判断。</w:t>
      </w:r>
    </w:p>
    <w:p>
      <w:r>
        <w:t>89. lim(x→0) sinx/x 与 lim(x→∞) sinx/x 均等于1。</w:t>
      </w:r>
    </w:p>
    <w:p>
      <w:r>
        <w:t xml:space="preserve">    【答案】错　【解析】后者=0。</w:t>
      </w:r>
    </w:p>
    <w:p>
      <w:r>
        <w:t>90. ln(xy)=ln x+ln y（x,y&gt;0）。</w:t>
      </w:r>
    </w:p>
    <w:p>
      <w:r>
        <w:t xml:space="preserve">    【答案】对　【解析】对数运算法则。</w:t>
      </w:r>
    </w:p>
    <w:p>
      <w:pPr>
        <w:pStyle w:val="Heading1"/>
      </w:pPr>
      <w:r>
        <w:t>五、解答题（应用题）</w:t>
      </w:r>
    </w:p>
    <w:p>
      <w:r>
        <w:t>91. 求极限：lim(x→0) (sin 3x)/(2x)。</w:t>
      </w:r>
    </w:p>
    <w:p>
      <w:r>
        <w:t xml:space="preserve">    【参考答案】3/2</w:t>
      </w:r>
    </w:p>
    <w:p>
      <w:r>
        <w:t xml:space="preserve">    【解析】sin 3x~3x，3x/2x=3/2。</w:t>
      </w:r>
    </w:p>
    <w:p>
      <w:r>
        <w:t>92. 求函数f(x)=x³-3x²+2的单调区间和极值。</w:t>
      </w:r>
    </w:p>
    <w:p>
      <w:r>
        <w:t xml:space="preserve">    【参考答案】递增(-∞,0)∪(2,+∞)，递减(0,2)，极大值f(0)=2，极小值f(2)=-2</w:t>
      </w:r>
    </w:p>
    <w:p>
      <w:r>
        <w:t xml:space="preserve">    【解析】f'=3x²-6x=3x(x-2)。</w:t>
      </w:r>
    </w:p>
    <w:p>
      <w:r>
        <w:t>93. 计算定积分：∫₀² (x²+1)dx。</w:t>
      </w:r>
    </w:p>
    <w:p>
      <w:r>
        <w:t xml:space="preserve">    【参考答案】14/3</w:t>
      </w:r>
    </w:p>
    <w:p>
      <w:r>
        <w:t xml:space="preserve">    【解析】x³/3+x|₀²=8/3+2=14/3。</w:t>
      </w:r>
    </w:p>
    <w:p>
      <w:r>
        <w:t>94. 求y=x·eˣ的导数。</w:t>
      </w:r>
    </w:p>
    <w:p>
      <w:r>
        <w:t xml:space="preserve">    【参考答案】eˣ(x+1)</w:t>
      </w:r>
    </w:p>
    <w:p>
      <w:r>
        <w:t xml:space="preserve">    【解析】乘积法则。</w:t>
      </w:r>
    </w:p>
    <w:p>
      <w:r>
        <w:t>95. 求曲线y=x²与直线y=x所围成图形的面积。</w:t>
      </w:r>
    </w:p>
    <w:p>
      <w:r>
        <w:t xml:space="preserve">    【参考答案】1/6</w:t>
      </w:r>
    </w:p>
    <w:p>
      <w:r>
        <w:t xml:space="preserve">    【解析】交点x=0,1；面积=∫₀¹(x-x²)dx=1/2-1/3=1/6。</w:t>
      </w:r>
    </w:p>
    <w:p>
      <w:r>
        <w:t>96. 用洛必达法则求lim(x→0) (eˣ-1-x)/x²。</w:t>
      </w:r>
    </w:p>
    <w:p>
      <w:r>
        <w:t xml:space="preserve">    【参考答案】1/2</w:t>
      </w:r>
    </w:p>
    <w:p>
      <w:r>
        <w:t xml:space="preserve">    【解析】两次洛必达：eˣ/2→1/2。</w:t>
      </w:r>
    </w:p>
    <w:p>
      <w:r>
        <w:t>97. 求函数f(x)=ln x的n阶导数的一般形式（写出前二阶即可）。</w:t>
      </w:r>
    </w:p>
    <w:p>
      <w:r>
        <w:t xml:space="preserve">    【参考答案】f'(x)=1/x，f''(x)=-1/x²</w:t>
      </w:r>
    </w:p>
    <w:p>
      <w:r>
        <w:t xml:space="preserve">    【解析】按对数求导。</w:t>
      </w:r>
    </w:p>
    <w:p>
      <w:r>
        <w:t>98. 求不定积分：∫x·cos x dx。</w:t>
      </w:r>
    </w:p>
    <w:p>
      <w:r>
        <w:t xml:space="preserve">    【参考答案】x sin x+cos x+C</w:t>
      </w:r>
    </w:p>
    <w:p>
      <w:r>
        <w:t xml:space="preserve">    【解析】分部积分。</w:t>
      </w:r>
    </w:p>
    <w:p>
      <w:r>
        <w:t>99. 判断级数∑(1/n²)是否收敛。</w:t>
      </w:r>
    </w:p>
    <w:p>
      <w:r>
        <w:t xml:space="preserve">    【参考答案】收敛</w:t>
      </w:r>
    </w:p>
    <w:p>
      <w:r>
        <w:t xml:space="preserve">    【解析】p级数，p=2&gt;1收敛。</w:t>
      </w:r>
    </w:p>
    <w:p>
      <w:r>
        <w:t>100. 求微分方程dy/dx = 2x的通解。</w:t>
      </w:r>
    </w:p>
    <w:p>
      <w:r>
        <w:t xml:space="preserve">    【参考答案】y=x²+C</w:t>
      </w:r>
    </w:p>
    <w:p>
      <w:r>
        <w:t xml:space="preserve">    【解析】两边积分。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