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考研英语词汇与语法结构模拟卷（100题完整版）</w:t>
      </w:r>
    </w:p>
    <w:p>
      <w:r>
        <w:t>满分100分，时间90分钟。本卷为完整版，共100题，含词汇单选、语法结构单选、用适当形式填空、判断改错，覆盖考研高频词汇与核心语法考点，全部带答案和解析，可直接打印练习。</w:t>
      </w:r>
    </w:p>
    <w:p>
      <w:pPr>
        <w:pStyle w:val="Heading1"/>
      </w:pPr>
      <w:r>
        <w:t>一、单项选择题</w:t>
      </w:r>
    </w:p>
    <w:p>
      <w:r>
        <w:t>1. The government has taken measures to ____ inflation.</w:t>
      </w:r>
      <w:r>
        <w:br/>
        <w:t xml:space="preserve">    A.curb</w:t>
      </w:r>
      <w:r>
        <w:br/>
        <w:t xml:space="preserve">    B.curve</w:t>
      </w:r>
      <w:r>
        <w:br/>
        <w:t xml:space="preserve">    C.curse</w:t>
      </w:r>
      <w:r>
        <w:br/>
        <w:t xml:space="preserve">    D.curtain</w:t>
      </w:r>
      <w:r>
        <w:br/>
        <w:t>【答案】A　【解析】curb控制、抑制。</w:t>
      </w:r>
    </w:p>
    <w:p>
      <w:r>
        <w:t>2. His ____ to the problem is quite different from mine.</w:t>
      </w:r>
      <w:r>
        <w:br/>
        <w:t xml:space="preserve">    A.approach</w:t>
      </w:r>
      <w:r>
        <w:br/>
        <w:t xml:space="preserve">    B.access</w:t>
      </w:r>
      <w:r>
        <w:br/>
        <w:t xml:space="preserve">    C.attempt</w:t>
      </w:r>
      <w:r>
        <w:br/>
        <w:t xml:space="preserve">    D.attitude</w:t>
      </w:r>
      <w:r>
        <w:br/>
        <w:t>【答案】A　【解析】approach to方法。</w:t>
      </w:r>
    </w:p>
    <w:p>
      <w:r>
        <w:t>3. The article ____ the causes of the economic crisis.</w:t>
      </w:r>
      <w:r>
        <w:br/>
        <w:t xml:space="preserve">    A.analyzes</w:t>
      </w:r>
      <w:r>
        <w:br/>
        <w:t xml:space="preserve">    B.analyses</w:t>
      </w:r>
      <w:r>
        <w:br/>
        <w:t xml:space="preserve">    C.analogizes</w:t>
      </w:r>
      <w:r>
        <w:br/>
        <w:t xml:space="preserve">    D.anatomy</w:t>
      </w:r>
      <w:r>
        <w:br/>
        <w:t>【答案】A　【解析】analyze分析。</w:t>
      </w:r>
    </w:p>
    <w:p>
      <w:r>
        <w:t>4. She is ____ of making such a serious mistake.</w:t>
      </w:r>
      <w:r>
        <w:br/>
        <w:t xml:space="preserve">    A.capable</w:t>
      </w:r>
      <w:r>
        <w:br/>
        <w:t xml:space="preserve">    B.able</w:t>
      </w:r>
      <w:r>
        <w:br/>
        <w:t xml:space="preserve">    C.capacity</w:t>
      </w:r>
      <w:r>
        <w:br/>
        <w:t xml:space="preserve">    D.possible</w:t>
      </w:r>
      <w:r>
        <w:br/>
        <w:t>【答案】A　【解析】be capable of doing能够。</w:t>
      </w:r>
    </w:p>
    <w:p>
      <w:r>
        <w:t>5. The two theories are ____ in many aspects.</w:t>
      </w:r>
      <w:r>
        <w:br/>
        <w:t xml:space="preserve">    A.consistent</w:t>
      </w:r>
      <w:r>
        <w:br/>
        <w:t xml:space="preserve">    B.constant</w:t>
      </w:r>
      <w:r>
        <w:br/>
        <w:t xml:space="preserve">    C.conscious</w:t>
      </w:r>
      <w:r>
        <w:br/>
        <w:t xml:space="preserve">    D.conservative</w:t>
      </w:r>
      <w:r>
        <w:br/>
        <w:t>【答案】A　【解析】consistent一致的。</w:t>
      </w:r>
    </w:p>
    <w:p>
      <w:r>
        <w:t>6. We should ____ ourselves to the new environment.</w:t>
      </w:r>
      <w:r>
        <w:br/>
        <w:t xml:space="preserve">    A.adapt</w:t>
      </w:r>
      <w:r>
        <w:br/>
        <w:t xml:space="preserve">    B.adopt</w:t>
      </w:r>
      <w:r>
        <w:br/>
        <w:t xml:space="preserve">    C.adjust</w:t>
      </w:r>
      <w:r>
        <w:br/>
        <w:t xml:space="preserve">    D.adequate</w:t>
      </w:r>
      <w:r>
        <w:br/>
        <w:t>【答案】A　【解析】adapt oneself to适应。</w:t>
      </w:r>
    </w:p>
    <w:p>
      <w:r>
        <w:t>7. The experiment ____ our hypothesis.</w:t>
      </w:r>
      <w:r>
        <w:br/>
        <w:t xml:space="preserve">    A.confirmed</w:t>
      </w:r>
      <w:r>
        <w:br/>
        <w:t xml:space="preserve">    B.conformed</w:t>
      </w:r>
      <w:r>
        <w:br/>
        <w:t xml:space="preserve">    C.confessed</w:t>
      </w:r>
      <w:r>
        <w:br/>
        <w:t xml:space="preserve">    D.considered</w:t>
      </w:r>
      <w:r>
        <w:br/>
        <w:t>【答案】A　【解析】confirm证实。</w:t>
      </w:r>
    </w:p>
    <w:p>
      <w:r>
        <w:t>8. He was ____ by the company for his excellent work.</w:t>
      </w:r>
      <w:r>
        <w:br/>
        <w:t xml:space="preserve">    A.promoted</w:t>
      </w:r>
      <w:r>
        <w:br/>
        <w:t xml:space="preserve">    B.provoked</w:t>
      </w:r>
      <w:r>
        <w:br/>
        <w:t xml:space="preserve">    C.protested</w:t>
      </w:r>
      <w:r>
        <w:br/>
        <w:t xml:space="preserve">    D.provided</w:t>
      </w:r>
      <w:r>
        <w:br/>
        <w:t>【答案】A　【解析】promote晋升。</w:t>
      </w:r>
    </w:p>
    <w:p>
      <w:r>
        <w:t>9. The book gives a ____ description of the ancient city.</w:t>
      </w:r>
      <w:r>
        <w:br/>
        <w:t xml:space="preserve">    A.vivid</w:t>
      </w:r>
      <w:r>
        <w:br/>
        <w:t xml:space="preserve">    B.valid</w:t>
      </w:r>
      <w:r>
        <w:br/>
        <w:t xml:space="preserve">    C.vague</w:t>
      </w:r>
      <w:r>
        <w:br/>
        <w:t xml:space="preserve">    D.vacant</w:t>
      </w:r>
      <w:r>
        <w:br/>
        <w:t>【答案】A　【解析】vivid生动的。</w:t>
      </w:r>
    </w:p>
    <w:p>
      <w:r>
        <w:t>10. It is important to ____ a balance between work and life.</w:t>
      </w:r>
      <w:r>
        <w:br/>
        <w:t xml:space="preserve">    A.maintain</w:t>
      </w:r>
      <w:r>
        <w:br/>
        <w:t xml:space="preserve">    B.obtain</w:t>
      </w:r>
      <w:r>
        <w:br/>
        <w:t xml:space="preserve">    C.contain</w:t>
      </w:r>
      <w:r>
        <w:br/>
        <w:t xml:space="preserve">    D.detain</w:t>
      </w:r>
      <w:r>
        <w:br/>
        <w:t>【答案】A　【解析】maintain保持。</w:t>
      </w:r>
    </w:p>
    <w:p>
      <w:r>
        <w:t>11. The two countries signed a ____ agreement.</w:t>
      </w:r>
      <w:r>
        <w:br/>
        <w:t xml:space="preserve">    A.mutual</w:t>
      </w:r>
      <w:r>
        <w:br/>
        <w:t xml:space="preserve">    B.multiple</w:t>
      </w:r>
      <w:r>
        <w:br/>
        <w:t xml:space="preserve">    C.municipal</w:t>
      </w:r>
      <w:r>
        <w:br/>
        <w:t xml:space="preserve">    D.minimum</w:t>
      </w:r>
      <w:r>
        <w:br/>
        <w:t>【答案】A　【解析】mutual相互的。</w:t>
      </w:r>
    </w:p>
    <w:p>
      <w:r>
        <w:t>12. Her ____ behavior puzzled all of us.</w:t>
      </w:r>
      <w:r>
        <w:br/>
        <w:t xml:space="preserve">    A.peculiar</w:t>
      </w:r>
      <w:r>
        <w:br/>
        <w:t xml:space="preserve">    B.particular</w:t>
      </w:r>
      <w:r>
        <w:br/>
        <w:t xml:space="preserve">    C.parallel</w:t>
      </w:r>
      <w:r>
        <w:br/>
        <w:t xml:space="preserve">    D.permanent</w:t>
      </w:r>
      <w:r>
        <w:br/>
        <w:t>【答案】A　【解析】peculiar奇怪的、特有的。</w:t>
      </w:r>
    </w:p>
    <w:p>
      <w:r>
        <w:t>13. The government should ____ more attention to education.</w:t>
      </w:r>
      <w:r>
        <w:br/>
        <w:t xml:space="preserve">    A.pay</w:t>
      </w:r>
      <w:r>
        <w:br/>
        <w:t xml:space="preserve">    B.paid</w:t>
      </w:r>
      <w:r>
        <w:br/>
        <w:t xml:space="preserve">    C.paying</w:t>
      </w:r>
      <w:r>
        <w:br/>
        <w:t xml:space="preserve">    D.payment</w:t>
      </w:r>
      <w:r>
        <w:br/>
        <w:t>【答案】A　【解析】pay attention to注意。</w:t>
      </w:r>
    </w:p>
    <w:p>
      <w:r>
        <w:t>14. The results of the survey ____ our expectations.</w:t>
      </w:r>
      <w:r>
        <w:br/>
        <w:t xml:space="preserve">    A.exceeded</w:t>
      </w:r>
      <w:r>
        <w:br/>
        <w:t xml:space="preserve">    B.excel</w:t>
      </w:r>
      <w:r>
        <w:br/>
        <w:t xml:space="preserve">    C.excess</w:t>
      </w:r>
      <w:r>
        <w:br/>
        <w:t xml:space="preserve">    D.except</w:t>
      </w:r>
      <w:r>
        <w:br/>
        <w:t>【答案】A　【解析】exceed超过。</w:t>
      </w:r>
    </w:p>
    <w:p>
      <w:r>
        <w:t>15. He is a man of great ____.</w:t>
      </w:r>
      <w:r>
        <w:br/>
        <w:t xml:space="preserve">    A.ambition</w:t>
      </w:r>
      <w:r>
        <w:br/>
        <w:t xml:space="preserve">    B.ambulance</w:t>
      </w:r>
      <w:r>
        <w:br/>
        <w:t xml:space="preserve">    C.amendment</w:t>
      </w:r>
      <w:r>
        <w:br/>
        <w:t xml:space="preserve">    D.amount</w:t>
      </w:r>
      <w:r>
        <w:br/>
        <w:t>【答案】A　【解析】ambition抱负。</w:t>
      </w:r>
    </w:p>
    <w:p>
      <w:r>
        <w:t>16. The company's ____ is to become a global leader.</w:t>
      </w:r>
      <w:r>
        <w:br/>
        <w:t xml:space="preserve">    A.mission</w:t>
      </w:r>
      <w:r>
        <w:br/>
        <w:t xml:space="preserve">    B.mission</w:t>
      </w:r>
      <w:r>
        <w:br/>
        <w:t xml:space="preserve">    C.missile</w:t>
      </w:r>
      <w:r>
        <w:br/>
        <w:t xml:space="preserve">    D.mixture</w:t>
      </w:r>
      <w:r>
        <w:br/>
        <w:t>【答案】A　【解析】mission使命。</w:t>
      </w:r>
    </w:p>
    <w:p>
      <w:r>
        <w:t>17. We must ____ the fact that we are facing challenges.</w:t>
      </w:r>
      <w:r>
        <w:br/>
        <w:t xml:space="preserve">    A.acknowledge</w:t>
      </w:r>
      <w:r>
        <w:br/>
        <w:t xml:space="preserve">    B.acquaint</w:t>
      </w:r>
      <w:r>
        <w:br/>
        <w:t xml:space="preserve">    C.acquire</w:t>
      </w:r>
      <w:r>
        <w:br/>
        <w:t xml:space="preserve">    D.accomplish</w:t>
      </w:r>
      <w:r>
        <w:br/>
        <w:t>【答案】A　【解析】acknowledge承认。</w:t>
      </w:r>
    </w:p>
    <w:p>
      <w:r>
        <w:t>18. The ____ of the population lives in cities.</w:t>
      </w:r>
      <w:r>
        <w:br/>
        <w:t xml:space="preserve">    A.majority</w:t>
      </w:r>
      <w:r>
        <w:br/>
        <w:t xml:space="preserve">    B.minority</w:t>
      </w:r>
      <w:r>
        <w:br/>
        <w:t xml:space="preserve">    C.major</w:t>
      </w:r>
      <w:r>
        <w:br/>
        <w:t xml:space="preserve">    D.magnitude</w:t>
      </w:r>
      <w:r>
        <w:br/>
        <w:t>【答案】A　【解析】the majority of大多数。</w:t>
      </w:r>
    </w:p>
    <w:p>
      <w:r>
        <w:t>19. His speech was full of ____ and inspiration.</w:t>
      </w:r>
      <w:r>
        <w:br/>
        <w:t xml:space="preserve">    A.wisdom</w:t>
      </w:r>
      <w:r>
        <w:br/>
        <w:t xml:space="preserve">    B.wisdom</w:t>
      </w:r>
      <w:r>
        <w:br/>
        <w:t xml:space="preserve">    C.witness</w:t>
      </w:r>
      <w:r>
        <w:br/>
        <w:t xml:space="preserve">    D.witch</w:t>
      </w:r>
      <w:r>
        <w:br/>
        <w:t>【答案】A　【解析】wisdom智慧。</w:t>
      </w:r>
    </w:p>
    <w:p>
      <w:r>
        <w:t>20. The committee will ____ the proposal next week.</w:t>
      </w:r>
      <w:r>
        <w:br/>
        <w:t xml:space="preserve">    A.consider</w:t>
      </w:r>
      <w:r>
        <w:br/>
        <w:t xml:space="preserve">    B.consist</w:t>
      </w:r>
      <w:r>
        <w:br/>
        <w:t xml:space="preserve">    C.conserve</w:t>
      </w:r>
      <w:r>
        <w:br/>
        <w:t xml:space="preserve">    D.convert</w:t>
      </w:r>
      <w:r>
        <w:br/>
        <w:t>【答案】A　【解析】consider考虑。</w:t>
      </w:r>
    </w:p>
    <w:p>
      <w:r>
        <w:t>21. She has a ____ attitude towards life.</w:t>
      </w:r>
      <w:r>
        <w:br/>
        <w:t xml:space="preserve">    A.positive</w:t>
      </w:r>
      <w:r>
        <w:br/>
        <w:t xml:space="preserve">    B.possessive</w:t>
      </w:r>
      <w:r>
        <w:br/>
        <w:t xml:space="preserve">    C.potential</w:t>
      </w:r>
      <w:r>
        <w:br/>
        <w:t xml:space="preserve">    D.previous</w:t>
      </w:r>
      <w:r>
        <w:br/>
        <w:t>【答案】A　【解析】positive积极的。</w:t>
      </w:r>
    </w:p>
    <w:p>
      <w:r>
        <w:t>22. The two companies decided to ____ forces.</w:t>
      </w:r>
      <w:r>
        <w:br/>
        <w:t xml:space="preserve">    A.combine</w:t>
      </w:r>
      <w:r>
        <w:br/>
        <w:t xml:space="preserve">    B.comment</w:t>
      </w:r>
      <w:r>
        <w:br/>
        <w:t xml:space="preserve">    C.command</w:t>
      </w:r>
      <w:r>
        <w:br/>
        <w:t xml:space="preserve">    D.commit</w:t>
      </w:r>
      <w:r>
        <w:br/>
        <w:t>【答案】A　【解析】combine forces联合力量。</w:t>
      </w:r>
    </w:p>
    <w:p>
      <w:r>
        <w:t>23. He ____ the opportunity to study abroad.</w:t>
      </w:r>
      <w:r>
        <w:br/>
        <w:t xml:space="preserve">    A.seized</w:t>
      </w:r>
      <w:r>
        <w:br/>
        <w:t xml:space="preserve">    B.seized</w:t>
      </w:r>
      <w:r>
        <w:br/>
        <w:t xml:space="preserve">    C.sensed</w:t>
      </w:r>
      <w:r>
        <w:br/>
        <w:t xml:space="preserve">    D.served</w:t>
      </w:r>
      <w:r>
        <w:br/>
        <w:t>【答案】A　【解析】seize抓住（机会）。</w:t>
      </w:r>
    </w:p>
    <w:p>
      <w:r>
        <w:t>24. The teacher ____ the importance of practice.</w:t>
      </w:r>
      <w:r>
        <w:br/>
        <w:t xml:space="preserve">    A.emphasized</w:t>
      </w:r>
      <w:r>
        <w:br/>
        <w:t xml:space="preserve">    B.empowered</w:t>
      </w:r>
      <w:r>
        <w:br/>
        <w:t xml:space="preserve">    C.emptied</w:t>
      </w:r>
      <w:r>
        <w:br/>
        <w:t xml:space="preserve">    D.employed</w:t>
      </w:r>
      <w:r>
        <w:br/>
        <w:t>【答案】A　【解析】emphasize强调。</w:t>
      </w:r>
    </w:p>
    <w:p>
      <w:r>
        <w:t>25. Her ____ for languages is amazing.</w:t>
      </w:r>
      <w:r>
        <w:br/>
        <w:t xml:space="preserve">    A.aptitude</w:t>
      </w:r>
      <w:r>
        <w:br/>
        <w:t xml:space="preserve">    B.attitude</w:t>
      </w:r>
      <w:r>
        <w:br/>
        <w:t xml:space="preserve">    C.altitude</w:t>
      </w:r>
      <w:r>
        <w:br/>
        <w:t xml:space="preserve">    D.latitude</w:t>
      </w:r>
      <w:r>
        <w:br/>
        <w:t>【答案】A　【解析】aptitude天资、才能。</w:t>
      </w:r>
    </w:p>
    <w:p>
      <w:r>
        <w:t>26. The two events are closely ____.</w:t>
      </w:r>
      <w:r>
        <w:br/>
        <w:t xml:space="preserve">    A.related</w:t>
      </w:r>
      <w:r>
        <w:br/>
        <w:t xml:space="preserve">    B.relaxed</w:t>
      </w:r>
      <w:r>
        <w:br/>
        <w:t xml:space="preserve">    C.released</w:t>
      </w:r>
      <w:r>
        <w:br/>
        <w:t xml:space="preserve">    D.relied</w:t>
      </w:r>
      <w:r>
        <w:br/>
        <w:t>【答案】A　【解析】be related to与……相关。</w:t>
      </w:r>
    </w:p>
    <w:p>
      <w:r>
        <w:t>27. We should ____ the costs before making a decision.</w:t>
      </w:r>
      <w:r>
        <w:br/>
        <w:t xml:space="preserve">    A.evaluate</w:t>
      </w:r>
      <w:r>
        <w:br/>
        <w:t xml:space="preserve">    B.evaporate</w:t>
      </w:r>
      <w:r>
        <w:br/>
        <w:t xml:space="preserve">    C.evade</w:t>
      </w:r>
      <w:r>
        <w:br/>
        <w:t xml:space="preserve">    D.evoke</w:t>
      </w:r>
      <w:r>
        <w:br/>
        <w:t>【答案】A　【解析】evaluate评估。</w:t>
      </w:r>
    </w:p>
    <w:p>
      <w:r>
        <w:t>28. His argument is not ____ enough to convince us.</w:t>
      </w:r>
      <w:r>
        <w:br/>
        <w:t xml:space="preserve">    A.persuasive</w:t>
      </w:r>
      <w:r>
        <w:br/>
        <w:t xml:space="preserve">    B.pervasive</w:t>
      </w:r>
      <w:r>
        <w:br/>
        <w:t xml:space="preserve">    C.prescriptive</w:t>
      </w:r>
      <w:r>
        <w:br/>
        <w:t xml:space="preserve">    D.prejudiced</w:t>
      </w:r>
      <w:r>
        <w:br/>
        <w:t>【答案】A　【解析】persuasive有说服力的。</w:t>
      </w:r>
    </w:p>
    <w:p>
      <w:r>
        <w:t>29. The project was ____ due to lack of funds.</w:t>
      </w:r>
      <w:r>
        <w:br/>
        <w:t xml:space="preserve">    A.abandoned</w:t>
      </w:r>
      <w:r>
        <w:br/>
        <w:t xml:space="preserve">    B.abolished</w:t>
      </w:r>
      <w:r>
        <w:br/>
        <w:t xml:space="preserve">    C.absorbed</w:t>
      </w:r>
      <w:r>
        <w:br/>
        <w:t xml:space="preserve">    D.abused</w:t>
      </w:r>
      <w:r>
        <w:br/>
        <w:t>【答案】A　【解析】abandon放弃。</w:t>
      </w:r>
    </w:p>
    <w:p>
      <w:r>
        <w:t>30. She ____ a great interest in painting.</w:t>
      </w:r>
      <w:r>
        <w:br/>
        <w:t xml:space="preserve">    A.developed</w:t>
      </w:r>
      <w:r>
        <w:br/>
        <w:t xml:space="preserve">    B.devoted</w:t>
      </w:r>
      <w:r>
        <w:br/>
        <w:t xml:space="preserve">    C.delivered</w:t>
      </w:r>
      <w:r>
        <w:br/>
        <w:t xml:space="preserve">    D.departed</w:t>
      </w:r>
      <w:r>
        <w:br/>
        <w:t>【答案】A　【解析】develop an interest培养兴趣。</w:t>
      </w:r>
    </w:p>
    <w:p>
      <w:r>
        <w:t>31. The ____ of the meeting is to discuss the plan.</w:t>
      </w:r>
      <w:r>
        <w:br/>
        <w:t xml:space="preserve">    A.purpose</w:t>
      </w:r>
      <w:r>
        <w:br/>
        <w:t xml:space="preserve">    B.purchase</w:t>
      </w:r>
      <w:r>
        <w:br/>
        <w:t xml:space="preserve">    C.pursuit</w:t>
      </w:r>
      <w:r>
        <w:br/>
        <w:t xml:space="preserve">    D.punishment</w:t>
      </w:r>
      <w:r>
        <w:br/>
        <w:t>【答案】A　【解析】purpose目的。</w:t>
      </w:r>
    </w:p>
    <w:p>
      <w:r>
        <w:t>32. He is ____ to succeed in the end.</w:t>
      </w:r>
      <w:r>
        <w:br/>
        <w:t xml:space="preserve">    A.bound</w:t>
      </w:r>
      <w:r>
        <w:br/>
        <w:t xml:space="preserve">    B.bond</w:t>
      </w:r>
      <w:r>
        <w:br/>
        <w:t xml:space="preserve">    C.bone</w:t>
      </w:r>
      <w:r>
        <w:br/>
        <w:t xml:space="preserve">    D.born</w:t>
      </w:r>
      <w:r>
        <w:br/>
        <w:t>【答案】A　【解析】be bound to注定。</w:t>
      </w:r>
    </w:p>
    <w:p>
      <w:r>
        <w:t>33. The book ____ ten chapters.</w:t>
      </w:r>
      <w:r>
        <w:br/>
        <w:t xml:space="preserve">    A.consists of</w:t>
      </w:r>
      <w:r>
        <w:br/>
        <w:t xml:space="preserve">    B.consists in</w:t>
      </w:r>
      <w:r>
        <w:br/>
        <w:t xml:space="preserve">    C.composes of</w:t>
      </w:r>
      <w:r>
        <w:br/>
        <w:t xml:space="preserve">    D.consists</w:t>
      </w:r>
      <w:r>
        <w:br/>
        <w:t>【答案】A　【解析】consist of由……组成（无被动）。</w:t>
      </w:r>
    </w:p>
    <w:p>
      <w:r>
        <w:t>34. We arrived at the station ____, just in time for the train.</w:t>
      </w:r>
      <w:r>
        <w:br/>
        <w:t xml:space="preserve">    A.eventually</w:t>
      </w:r>
      <w:r>
        <w:br/>
        <w:t xml:space="preserve">    B.effectively</w:t>
      </w:r>
      <w:r>
        <w:br/>
        <w:t xml:space="preserve">    C.efficiently</w:t>
      </w:r>
      <w:r>
        <w:br/>
        <w:t xml:space="preserve">    D.elegantly</w:t>
      </w:r>
      <w:r>
        <w:br/>
        <w:t>【答案】A　【解析】eventually最终。</w:t>
      </w:r>
    </w:p>
    <w:p>
      <w:r>
        <w:t>35. The government is trying to ____ poverty in rural areas.</w:t>
      </w:r>
      <w:r>
        <w:br/>
        <w:t xml:space="preserve">    A.eliminate</w:t>
      </w:r>
      <w:r>
        <w:br/>
        <w:t xml:space="preserve">    B.illuminate</w:t>
      </w:r>
      <w:r>
        <w:br/>
        <w:t xml:space="preserve">    C.estimate</w:t>
      </w:r>
      <w:r>
        <w:br/>
        <w:t xml:space="preserve">    D.elevate</w:t>
      </w:r>
      <w:r>
        <w:br/>
        <w:t>【答案】A　【解析】eliminate消除。</w:t>
      </w:r>
    </w:p>
    <w:p>
      <w:r>
        <w:t>36. His ____ of the problem is too narrow.</w:t>
      </w:r>
      <w:r>
        <w:br/>
        <w:t xml:space="preserve">    A.conception</w:t>
      </w:r>
      <w:r>
        <w:br/>
        <w:t xml:space="preserve">    B.concern</w:t>
      </w:r>
      <w:r>
        <w:br/>
        <w:t xml:space="preserve">    C.conclusion</w:t>
      </w:r>
      <w:r>
        <w:br/>
        <w:t xml:space="preserve">    D.confidence</w:t>
      </w:r>
      <w:r>
        <w:br/>
        <w:t>【答案】A　【解析】conception理解、概念。</w:t>
      </w:r>
    </w:p>
    <w:p>
      <w:r>
        <w:t>37. She was ____ with joy when she heard the news.</w:t>
      </w:r>
      <w:r>
        <w:br/>
        <w:t xml:space="preserve">    A.overwhelmed</w:t>
      </w:r>
      <w:r>
        <w:br/>
        <w:t xml:space="preserve">    B.overlooked</w:t>
      </w:r>
      <w:r>
        <w:br/>
        <w:t xml:space="preserve">    C.overloaded</w:t>
      </w:r>
      <w:r>
        <w:br/>
        <w:t xml:space="preserve">    D.overturned</w:t>
      </w:r>
      <w:r>
        <w:br/>
        <w:t>【答案】A　【解析】be overwhelmed with被……压倒。</w:t>
      </w:r>
    </w:p>
    <w:p>
      <w:r>
        <w:t>38. The two countries have ____ diplomatic relations.</w:t>
      </w:r>
      <w:r>
        <w:br/>
        <w:t xml:space="preserve">    A.established</w:t>
      </w:r>
      <w:r>
        <w:br/>
        <w:t xml:space="preserve">    B.established</w:t>
      </w:r>
      <w:r>
        <w:br/>
        <w:t xml:space="preserve">    C.estimated</w:t>
      </w:r>
      <w:r>
        <w:br/>
        <w:t xml:space="preserve">    D.exaggerated</w:t>
      </w:r>
      <w:r>
        <w:br/>
        <w:t>【答案】A　【解析】establish建立。</w:t>
      </w:r>
    </w:p>
    <w:p>
      <w:r>
        <w:t>39. His behavior ____ the attention of the police.</w:t>
      </w:r>
      <w:r>
        <w:br/>
        <w:t xml:space="preserve">    A.attracted</w:t>
      </w:r>
      <w:r>
        <w:br/>
        <w:t xml:space="preserve">    B.attached</w:t>
      </w:r>
      <w:r>
        <w:br/>
        <w:t xml:space="preserve">    C.attained</w:t>
      </w:r>
      <w:r>
        <w:br/>
        <w:t xml:space="preserve">    D.attempted</w:t>
      </w:r>
      <w:r>
        <w:br/>
        <w:t>【答案】A　【解析】attract attention吸引注意。</w:t>
      </w:r>
    </w:p>
    <w:p>
      <w:r>
        <w:t>40. The report provides ____ evidence for the theory.</w:t>
      </w:r>
      <w:r>
        <w:br/>
        <w:t xml:space="preserve">    A.convincing</w:t>
      </w:r>
      <w:r>
        <w:br/>
        <w:t xml:space="preserve">    B.converting</w:t>
      </w:r>
      <w:r>
        <w:br/>
        <w:t xml:space="preserve">    C.conveying</w:t>
      </w:r>
      <w:r>
        <w:br/>
        <w:t xml:space="preserve">    D.concerned</w:t>
      </w:r>
      <w:r>
        <w:br/>
        <w:t>【答案】A　【解析】convincing有说服力的。</w:t>
      </w:r>
    </w:p>
    <w:p>
      <w:r>
        <w:t>41. ____ the weather was bad, we still went hiking.</w:t>
      </w:r>
      <w:r>
        <w:br/>
        <w:t xml:space="preserve">    A.Although</w:t>
      </w:r>
      <w:r>
        <w:br/>
        <w:t xml:space="preserve">    B.Because</w:t>
      </w:r>
      <w:r>
        <w:br/>
        <w:t xml:space="preserve">    C.Therefore</w:t>
      </w:r>
      <w:r>
        <w:br/>
        <w:t xml:space="preserve">    D.However</w:t>
      </w:r>
      <w:r>
        <w:br/>
        <w:t>【答案】A　【解析】although虽然。</w:t>
      </w:r>
    </w:p>
    <w:p>
      <w:r>
        <w:t>42. It was ____ hot that we couldn't sleep.</w:t>
      </w:r>
      <w:r>
        <w:br/>
        <w:t xml:space="preserve">    A.so</w:t>
      </w:r>
      <w:r>
        <w:br/>
        <w:t xml:space="preserve">    B.such</w:t>
      </w:r>
      <w:r>
        <w:br/>
        <w:t xml:space="preserve">    C.too</w:t>
      </w:r>
      <w:r>
        <w:br/>
        <w:t xml:space="preserve">    D.very</w:t>
      </w:r>
      <w:r>
        <w:br/>
        <w:t>【答案】A　【解析】so...that...如此……以至于。</w:t>
      </w:r>
    </w:p>
    <w:p>
      <w:r>
        <w:t>43. I have two brothers, ____ of whom are doctors.</w:t>
      </w:r>
      <w:r>
        <w:br/>
        <w:t xml:space="preserve">    A.both</w:t>
      </w:r>
      <w:r>
        <w:br/>
        <w:t xml:space="preserve">    B.all</w:t>
      </w:r>
      <w:r>
        <w:br/>
        <w:t xml:space="preserve">    C.either</w:t>
      </w:r>
      <w:r>
        <w:br/>
        <w:t xml:space="preserve">    D.neither</w:t>
      </w:r>
      <w:r>
        <w:br/>
        <w:t>【答案】A　【解析】两者都both。</w:t>
      </w:r>
    </w:p>
    <w:p>
      <w:r>
        <w:t>44. She is the girl ____ won the first prize.</w:t>
      </w:r>
      <w:r>
        <w:br/>
        <w:t xml:space="preserve">    A.who</w:t>
      </w:r>
      <w:r>
        <w:br/>
        <w:t xml:space="preserve">    B.whom</w:t>
      </w:r>
      <w:r>
        <w:br/>
        <w:t xml:space="preserve">    C.whose</w:t>
      </w:r>
      <w:r>
        <w:br/>
        <w:t xml:space="preserve">    D.which</w:t>
      </w:r>
      <w:r>
        <w:br/>
        <w:t>【答案】A　【解析】作主语用who。</w:t>
      </w:r>
    </w:p>
    <w:p>
      <w:r>
        <w:t>45. ____ you work hard, you will succeed.</w:t>
      </w:r>
      <w:r>
        <w:br/>
        <w:t xml:space="preserve">    A.As long as</w:t>
      </w:r>
      <w:r>
        <w:br/>
        <w:t xml:space="preserve">    B.As soon as</w:t>
      </w:r>
      <w:r>
        <w:br/>
        <w:t xml:space="preserve">    C.As well as</w:t>
      </w:r>
      <w:r>
        <w:br/>
        <w:t xml:space="preserve">    D.As if</w:t>
      </w:r>
      <w:r>
        <w:br/>
        <w:t>【答案】A　【解析】as long as只要。</w:t>
      </w:r>
    </w:p>
    <w:p>
      <w:r>
        <w:t>46. He didn't come to school ____ he was ill.</w:t>
      </w:r>
      <w:r>
        <w:br/>
        <w:t xml:space="preserve">    A.because</w:t>
      </w:r>
      <w:r>
        <w:br/>
        <w:t xml:space="preserve">    B.because of</w:t>
      </w:r>
      <w:r>
        <w:br/>
        <w:t xml:space="preserve">    C.although</w:t>
      </w:r>
      <w:r>
        <w:br/>
        <w:t xml:space="preserve">    D.if</w:t>
      </w:r>
      <w:r>
        <w:br/>
        <w:t>【答案】A　【解析】because引导原因状语从句。</w:t>
      </w:r>
    </w:p>
    <w:p>
      <w:r>
        <w:t>47. The more you practice, ____ you will become.</w:t>
      </w:r>
      <w:r>
        <w:br/>
        <w:t xml:space="preserve">    A.the more skilled</w:t>
      </w:r>
      <w:r>
        <w:br/>
        <w:t xml:space="preserve">    B.more skilled</w:t>
      </w:r>
      <w:r>
        <w:br/>
        <w:t xml:space="preserve">    C.most skilled</w:t>
      </w:r>
      <w:r>
        <w:br/>
        <w:t xml:space="preserve">    D.skilled</w:t>
      </w:r>
      <w:r>
        <w:br/>
        <w:t>【答案】A　【解析】the比较级the比较级。</w:t>
      </w:r>
    </w:p>
    <w:p>
      <w:r>
        <w:t>48. ____ from the top of the hill, the city looks beautiful.</w:t>
      </w:r>
      <w:r>
        <w:br/>
        <w:t xml:space="preserve">    A.Seen</w:t>
      </w:r>
      <w:r>
        <w:br/>
        <w:t xml:space="preserve">    B.Seeing</w:t>
      </w:r>
      <w:r>
        <w:br/>
        <w:t xml:space="preserve">    C.To see</w:t>
      </w:r>
      <w:r>
        <w:br/>
        <w:t xml:space="preserve">    D.Having seen</w:t>
      </w:r>
      <w:r>
        <w:br/>
        <w:t>【答案】A　【解析】过去分词表被动。</w:t>
      </w:r>
    </w:p>
    <w:p>
      <w:r>
        <w:t>49. She suggested that we ____ early tomorrow.</w:t>
      </w:r>
      <w:r>
        <w:br/>
        <w:t xml:space="preserve">    A.should set off</w:t>
      </w:r>
      <w:r>
        <w:br/>
        <w:t xml:space="preserve">    B.set off</w:t>
      </w:r>
      <w:r>
        <w:br/>
        <w:t xml:space="preserve">    C.setting off</w:t>
      </w:r>
      <w:r>
        <w:br/>
        <w:t xml:space="preserve">    D.to set off</w:t>
      </w:r>
      <w:r>
        <w:br/>
        <w:t>【答案】A　【解析】suggest that (should) do。</w:t>
      </w:r>
    </w:p>
    <w:p>
      <w:r>
        <w:t>50. Not only he but also I ____ interested in music.</w:t>
      </w:r>
      <w:r>
        <w:br/>
        <w:t xml:space="preserve">    A.am</w:t>
      </w:r>
      <w:r>
        <w:br/>
        <w:t xml:space="preserve">    B.is</w:t>
      </w:r>
      <w:r>
        <w:br/>
        <w:t xml:space="preserve">    C.are</w:t>
      </w:r>
      <w:r>
        <w:br/>
        <w:t xml:space="preserve">    D.be</w:t>
      </w:r>
      <w:r>
        <w:br/>
        <w:t>【答案】A　【解析】就近原则，I用am。</w:t>
      </w:r>
    </w:p>
    <w:p>
      <w:r>
        <w:t>51. The problem is worth ____.</w:t>
      </w:r>
      <w:r>
        <w:br/>
        <w:t xml:space="preserve">    A.discussing</w:t>
      </w:r>
      <w:r>
        <w:br/>
        <w:t xml:space="preserve">    B.to discuss</w:t>
      </w:r>
      <w:r>
        <w:br/>
        <w:t xml:space="preserve">    C.discussed</w:t>
      </w:r>
      <w:r>
        <w:br/>
        <w:t xml:space="preserve">    D.discuss</w:t>
      </w:r>
      <w:r>
        <w:br/>
        <w:t>【答案】A　【解析】worth doing。</w:t>
      </w:r>
    </w:p>
    <w:p>
      <w:r>
        <w:t>52. ____ his help, we finished the work on time.</w:t>
      </w:r>
      <w:r>
        <w:br/>
        <w:t xml:space="preserve">    A.Thanks to</w:t>
      </w:r>
      <w:r>
        <w:br/>
        <w:t xml:space="preserve">    B.Thank for</w:t>
      </w:r>
      <w:r>
        <w:br/>
        <w:t xml:space="preserve">    C.Thanks for</w:t>
      </w:r>
      <w:r>
        <w:br/>
        <w:t xml:space="preserve">    D.Thanking to</w:t>
      </w:r>
      <w:r>
        <w:br/>
        <w:t>【答案】A　【解析】thanks to多亏。</w:t>
      </w:r>
    </w:p>
    <w:p>
      <w:r>
        <w:t>53. He asked me ____ I could help him.</w:t>
      </w:r>
      <w:r>
        <w:br/>
        <w:t xml:space="preserve">    A.whether</w:t>
      </w:r>
      <w:r>
        <w:br/>
        <w:t xml:space="preserve">    B.that</w:t>
      </w:r>
      <w:r>
        <w:br/>
        <w:t xml:space="preserve">    C.what</w:t>
      </w:r>
      <w:r>
        <w:br/>
        <w:t xml:space="preserve">    D.which</w:t>
      </w:r>
      <w:r>
        <w:br/>
        <w:t>【答案】A　【解析】whether是否。</w:t>
      </w:r>
    </w:p>
    <w:p>
      <w:r>
        <w:t>54. The book, ____ cover is red, is mine.</w:t>
      </w:r>
      <w:r>
        <w:br/>
        <w:t xml:space="preserve">    A.whose</w:t>
      </w:r>
      <w:r>
        <w:br/>
        <w:t xml:space="preserve">    B.which</w:t>
      </w:r>
      <w:r>
        <w:br/>
        <w:t xml:space="preserve">    C.who</w:t>
      </w:r>
      <w:r>
        <w:br/>
        <w:t xml:space="preserve">    D.that</w:t>
      </w:r>
      <w:r>
        <w:br/>
        <w:t>【答案】A　【解析】whose作定语。</w:t>
      </w:r>
    </w:p>
    <w:p>
      <w:r>
        <w:t>55. ____ is known to us, practice makes perfect.</w:t>
      </w:r>
      <w:r>
        <w:br/>
        <w:t xml:space="preserve">    A.As</w:t>
      </w:r>
      <w:r>
        <w:br/>
        <w:t xml:space="preserve">    B.It</w:t>
      </w:r>
      <w:r>
        <w:br/>
        <w:t xml:space="preserve">    C.Which</w:t>
      </w:r>
      <w:r>
        <w:br/>
        <w:t xml:space="preserve">    D.What</w:t>
      </w:r>
      <w:r>
        <w:br/>
        <w:t>【答案】A　【解析】as引导非限制性定语从句。</w:t>
      </w:r>
    </w:p>
    <w:p>
      <w:r>
        <w:t>56. She has no choice but ____ at home.</w:t>
      </w:r>
      <w:r>
        <w:br/>
        <w:t xml:space="preserve">    A.to stay</w:t>
      </w:r>
      <w:r>
        <w:br/>
        <w:t xml:space="preserve">    B.stay</w:t>
      </w:r>
      <w:r>
        <w:br/>
        <w:t xml:space="preserve">    C.staying</w:t>
      </w:r>
      <w:r>
        <w:br/>
        <w:t xml:space="preserve">    D.stayed</w:t>
      </w:r>
      <w:r>
        <w:br/>
        <w:t>【答案】A　【解析】have no choice but to do。</w:t>
      </w:r>
    </w:p>
    <w:p>
      <w:r>
        <w:t>57. I prefer ____ at home to going out.</w:t>
      </w:r>
      <w:r>
        <w:br/>
        <w:t xml:space="preserve">    A.staying</w:t>
      </w:r>
      <w:r>
        <w:br/>
        <w:t xml:space="preserve">    B.stay</w:t>
      </w:r>
      <w:r>
        <w:br/>
        <w:t xml:space="preserve">    C.to staying</w:t>
      </w:r>
      <w:r>
        <w:br/>
        <w:t xml:space="preserve">    D.stayed</w:t>
      </w:r>
      <w:r>
        <w:br/>
        <w:t>【答案】A　【解析】prefer doing to doing。</w:t>
      </w:r>
    </w:p>
    <w:p>
      <w:r>
        <w:t>58. The teacher told us that light ____ faster than sound.</w:t>
      </w:r>
      <w:r>
        <w:br/>
        <w:t xml:space="preserve">    A.travels</w:t>
      </w:r>
      <w:r>
        <w:br/>
        <w:t xml:space="preserve">    B.traveled</w:t>
      </w:r>
      <w:r>
        <w:br/>
        <w:t xml:space="preserve">    C.would travel</w:t>
      </w:r>
      <w:r>
        <w:br/>
        <w:t xml:space="preserve">    D.is traveling</w:t>
      </w:r>
      <w:r>
        <w:br/>
        <w:t>【答案】A　【解析】客观真理一般现在时。</w:t>
      </w:r>
    </w:p>
    <w:p>
      <w:r>
        <w:t>59. ____, he passed the exam with high scores.</w:t>
      </w:r>
      <w:r>
        <w:br/>
        <w:t xml:space="preserve">    A.To our surprise</w:t>
      </w:r>
      <w:r>
        <w:br/>
        <w:t xml:space="preserve">    B.In our surprise</w:t>
      </w:r>
      <w:r>
        <w:br/>
        <w:t xml:space="preserve">    C.For our surprise</w:t>
      </w:r>
      <w:r>
        <w:br/>
        <w:t xml:space="preserve">    D.On our surprise</w:t>
      </w:r>
      <w:r>
        <w:br/>
        <w:t>【答案】A　【解析】to one's surprise令人惊讶的是。</w:t>
      </w:r>
    </w:p>
    <w:p>
      <w:r>
        <w:t>60. She insisted on ____ the work herself.</w:t>
      </w:r>
      <w:r>
        <w:br/>
        <w:t xml:space="preserve">    A.doing</w:t>
      </w:r>
      <w:r>
        <w:br/>
        <w:t xml:space="preserve">    B.do</w:t>
      </w:r>
      <w:r>
        <w:br/>
        <w:t xml:space="preserve">    C.to do</w:t>
      </w:r>
      <w:r>
        <w:br/>
        <w:t xml:space="preserve">    D.done</w:t>
      </w:r>
      <w:r>
        <w:br/>
        <w:t>【答案】A　【解析】insist on doing。</w:t>
      </w:r>
    </w:p>
    <w:p>
      <w:r>
        <w:t>61. The house ____ roof was damaged has been repaired.</w:t>
      </w:r>
      <w:r>
        <w:br/>
        <w:t xml:space="preserve">    A.whose</w:t>
      </w:r>
      <w:r>
        <w:br/>
        <w:t xml:space="preserve">    B.which</w:t>
      </w:r>
      <w:r>
        <w:br/>
        <w:t xml:space="preserve">    C.that</w:t>
      </w:r>
      <w:r>
        <w:br/>
        <w:t xml:space="preserve">    D.who</w:t>
      </w:r>
      <w:r>
        <w:br/>
        <w:t>【答案】A　【解析】whose roof作定语。</w:t>
      </w:r>
    </w:p>
    <w:p>
      <w:r>
        <w:t>62. I'll tell you ____ I know about it.</w:t>
      </w:r>
      <w:r>
        <w:br/>
        <w:t xml:space="preserve">    A.all that</w:t>
      </w:r>
      <w:r>
        <w:br/>
        <w:t xml:space="preserve">    B.all what</w:t>
      </w:r>
      <w:r>
        <w:br/>
        <w:t xml:space="preserve">    C.that all</w:t>
      </w:r>
      <w:r>
        <w:br/>
        <w:t xml:space="preserve">    D.what all</w:t>
      </w:r>
      <w:r>
        <w:br/>
        <w:t>【答案】A　【解析】all that=what。</w:t>
      </w:r>
    </w:p>
    <w:p>
      <w:r>
        <w:t>63. He is ____ honest boy that everyone trusts him.</w:t>
      </w:r>
      <w:r>
        <w:br/>
        <w:t xml:space="preserve">    A.so</w:t>
      </w:r>
      <w:r>
        <w:br/>
        <w:t xml:space="preserve">    B.such</w:t>
      </w:r>
      <w:r>
        <w:br/>
        <w:t xml:space="preserve">    C.too</w:t>
      </w:r>
      <w:r>
        <w:br/>
        <w:t xml:space="preserve">    D.very</w:t>
      </w:r>
      <w:r>
        <w:br/>
        <w:t>【答案】A　【解析】such+名词。</w:t>
      </w:r>
    </w:p>
    <w:p>
      <w:r>
        <w:t>64. It was not until midnight ____ he went to bed.</w:t>
      </w:r>
      <w:r>
        <w:br/>
        <w:t xml:space="preserve">    A.that</w:t>
      </w:r>
      <w:r>
        <w:br/>
        <w:t xml:space="preserve">    B.when</w:t>
      </w:r>
      <w:r>
        <w:br/>
        <w:t xml:space="preserve">    C.which</w:t>
      </w:r>
      <w:r>
        <w:br/>
        <w:t xml:space="preserve">    D.where</w:t>
      </w:r>
      <w:r>
        <w:br/>
        <w:t>【答案】A　【解析】强调句It was not until...that...。</w:t>
      </w:r>
    </w:p>
    <w:p>
      <w:r>
        <w:t>65. ____ carefully he writes, ____ mistakes he makes.</w:t>
      </w:r>
      <w:r>
        <w:br/>
        <w:t xml:space="preserve">    A.The more; the fewer</w:t>
      </w:r>
      <w:r>
        <w:br/>
        <w:t xml:space="preserve">    B.More; fewer</w:t>
      </w:r>
      <w:r>
        <w:br/>
        <w:t xml:space="preserve">    C.The most; the fewest</w:t>
      </w:r>
      <w:r>
        <w:br/>
        <w:t xml:space="preserve">    D.Much; little</w:t>
      </w:r>
      <w:r>
        <w:br/>
        <w:t>【答案】A　【解析】the more the fewer。</w:t>
      </w:r>
    </w:p>
    <w:p>
      <w:r>
        <w:t>66. He would rather ____ at home than ____ out.</w:t>
      </w:r>
      <w:r>
        <w:br/>
        <w:t xml:space="preserve">    A.stay; go</w:t>
      </w:r>
      <w:r>
        <w:br/>
        <w:t xml:space="preserve">    B.stay; to go</w:t>
      </w:r>
      <w:r>
        <w:br/>
        <w:t xml:space="preserve">    C.to stay; go</w:t>
      </w:r>
      <w:r>
        <w:br/>
        <w:t xml:space="preserve">    D.staying; going</w:t>
      </w:r>
      <w:r>
        <w:br/>
        <w:t>【答案】A　【解析】would rather do than do。</w:t>
      </w:r>
    </w:p>
    <w:p>
      <w:r>
        <w:t>67. She is looking forward to ____ her old friend.</w:t>
      </w:r>
      <w:r>
        <w:br/>
        <w:t xml:space="preserve">    A.seeing</w:t>
      </w:r>
      <w:r>
        <w:br/>
        <w:t xml:space="preserve">    B.see</w:t>
      </w:r>
      <w:r>
        <w:br/>
        <w:t xml:space="preserve">    C.seen</w:t>
      </w:r>
      <w:r>
        <w:br/>
        <w:t xml:space="preserve">    D.saw</w:t>
      </w:r>
      <w:r>
        <w:br/>
        <w:t>【答案】A　【解析】look forward to doing。</w:t>
      </w:r>
    </w:p>
    <w:p>
      <w:r>
        <w:t>68. The students were made ____ the text.</w:t>
      </w:r>
      <w:r>
        <w:br/>
        <w:t xml:space="preserve">    A.to recite</w:t>
      </w:r>
      <w:r>
        <w:br/>
        <w:t xml:space="preserve">    B.recite</w:t>
      </w:r>
      <w:r>
        <w:br/>
        <w:t xml:space="preserve">    C.reciting</w:t>
      </w:r>
      <w:r>
        <w:br/>
        <w:t xml:space="preserve">    D.recited</w:t>
      </w:r>
      <w:r>
        <w:br/>
        <w:t>【答案】A　【解析】被动be made to do。</w:t>
      </w:r>
    </w:p>
    <w:p>
      <w:r>
        <w:t>69. ____ the news, she burst into tears.</w:t>
      </w:r>
      <w:r>
        <w:br/>
        <w:t xml:space="preserve">    A.Hearing</w:t>
      </w:r>
      <w:r>
        <w:br/>
        <w:t xml:space="preserve">    B.Heard</w:t>
      </w:r>
      <w:r>
        <w:br/>
        <w:t xml:space="preserve">    C.Hear</w:t>
      </w:r>
      <w:r>
        <w:br/>
        <w:t xml:space="preserve">    D.To be heard</w:t>
      </w:r>
      <w:r>
        <w:br/>
        <w:t>【答案】A　【解析】现在分词作状语表主动。</w:t>
      </w:r>
    </w:p>
    <w:p>
      <w:r>
        <w:t>70. We'll go on a picnic ____ it rains tomorrow.</w:t>
      </w:r>
      <w:r>
        <w:br/>
        <w:t xml:space="preserve">    A.unless</w:t>
      </w:r>
      <w:r>
        <w:br/>
        <w:t xml:space="preserve">    B.if</w:t>
      </w:r>
      <w:r>
        <w:br/>
        <w:t xml:space="preserve">    C.whether</w:t>
      </w:r>
      <w:r>
        <w:br/>
        <w:t xml:space="preserve">    D.although</w:t>
      </w:r>
      <w:r>
        <w:br/>
        <w:t>【答案】A　【解析】unless除非。</w:t>
      </w:r>
    </w:p>
    <w:p>
      <w:pPr>
        <w:pStyle w:val="Heading1"/>
      </w:pPr>
      <w:r>
        <w:t>二、填空题</w:t>
      </w:r>
    </w:p>
    <w:p>
      <w:r>
        <w:t>71. The teacher, together with her students, ______ (be) going to visit the museum.</w:t>
      </w:r>
    </w:p>
    <w:p>
      <w:r>
        <w:t xml:space="preserve">    【答案】is　【解析】主语是the teacher，单数。</w:t>
      </w:r>
    </w:p>
    <w:p>
      <w:r>
        <w:t>72. He is the only one of the students who ______ (have) passed the exam.</w:t>
      </w:r>
    </w:p>
    <w:p>
      <w:r>
        <w:t xml:space="preserve">    【答案】has　【解析】先行词the only one，单数。</w:t>
      </w:r>
    </w:p>
    <w:p>
      <w:r>
        <w:t>73. She spends two hours ______ (read) English every day.</w:t>
      </w:r>
    </w:p>
    <w:p>
      <w:r>
        <w:t xml:space="preserve">    【答案】reading　【解析】spend time doing。</w:t>
      </w:r>
    </w:p>
    <w:p>
      <w:r>
        <w:t>74. The house ______ (build) last year is very modern.</w:t>
      </w:r>
    </w:p>
    <w:p>
      <w:r>
        <w:t xml:space="preserve">    【答案】built　【解析】过去分词作定语。</w:t>
      </w:r>
    </w:p>
    <w:p>
      <w:r>
        <w:t>75. I would appreciate ______ (receive) your reply.</w:t>
      </w:r>
    </w:p>
    <w:p>
      <w:r>
        <w:t xml:space="preserve">    【答案】receiving　【解析】appreciate doing。</w:t>
      </w:r>
    </w:p>
    <w:p>
      <w:r>
        <w:t>76. He is busy ______ (prepare) for the exam.</w:t>
      </w:r>
    </w:p>
    <w:p>
      <w:r>
        <w:t xml:space="preserve">    【答案】preparing　【解析】be busy doing。</w:t>
      </w:r>
    </w:p>
    <w:p>
      <w:r>
        <w:t>77. The problem is too difficult for us ______ (solve).</w:t>
      </w:r>
    </w:p>
    <w:p>
      <w:r>
        <w:t xml:space="preserve">    【答案】to solve　【解析】too...to...。</w:t>
      </w:r>
    </w:p>
    <w:p>
      <w:r>
        <w:t>78. She is used to ______ (get) up early now.</w:t>
      </w:r>
    </w:p>
    <w:p>
      <w:r>
        <w:t xml:space="preserve">    【答案】getting　【解析】be used to doing。</w:t>
      </w:r>
    </w:p>
    <w:p>
      <w:r>
        <w:t>79. ______ (Give) more attention, the flowers could grow better.</w:t>
      </w:r>
    </w:p>
    <w:p>
      <w:r>
        <w:t xml:space="preserve">    【答案】Given　【解析】过去分词表条件。</w:t>
      </w:r>
    </w:p>
    <w:p>
      <w:r>
        <w:t>80. I remember ______ (see) him somewhere before.</w:t>
      </w:r>
    </w:p>
    <w:p>
      <w:r>
        <w:t xml:space="preserve">    【答案】seeing　【解析】remember doing记得做过。</w:t>
      </w:r>
    </w:p>
    <w:p>
      <w:r>
        <w:t>81. He had his car ______ (repair) yesterday.</w:t>
      </w:r>
    </w:p>
    <w:p>
      <w:r>
        <w:t xml:space="preserve">    【答案】repaired　【解析】have sth done。</w:t>
      </w:r>
    </w:p>
    <w:p>
      <w:r>
        <w:t>82. The film is well worth ______ (watch).</w:t>
      </w:r>
    </w:p>
    <w:p>
      <w:r>
        <w:t xml:space="preserve">    【答案】watching　【解析】be worth doing。</w:t>
      </w:r>
    </w:p>
    <w:p>
      <w:r>
        <w:t>83. She is afraid ______ (make) mistakes in public.</w:t>
      </w:r>
    </w:p>
    <w:p>
      <w:r>
        <w:t xml:space="preserve">    【答案】of making　【解析】be afraid of doing。</w:t>
      </w:r>
    </w:p>
    <w:p>
      <w:r>
        <w:t>84. No sooner had he arrived ______ he left again.</w:t>
      </w:r>
    </w:p>
    <w:p>
      <w:r>
        <w:t xml:space="preserve">    【答案】than　【解析】no sooner...than...。</w:t>
      </w:r>
    </w:p>
    <w:p>
      <w:r>
        <w:t>85. Hardly had we started ______ it began to rain.</w:t>
      </w:r>
    </w:p>
    <w:p>
      <w:r>
        <w:t xml:space="preserve">    【答案】when　【解析】hardly...when...。</w:t>
      </w:r>
    </w:p>
    <w:p>
      <w:r>
        <w:t>86. It is high time that we ______ (take) action.</w:t>
      </w:r>
    </w:p>
    <w:p>
      <w:r>
        <w:t xml:space="preserve">    【答案】took（或should take）　【解析】It is high time that+过去式。</w:t>
      </w:r>
    </w:p>
    <w:p>
      <w:r>
        <w:t>87. He insisted that the meeting ______ (hold) at once.</w:t>
      </w:r>
    </w:p>
    <w:p>
      <w:r>
        <w:t xml:space="preserve">    【答案】be held　【解析】insist that (should) be held。</w:t>
      </w:r>
    </w:p>
    <w:p>
      <w:r>
        <w:t>88. The more you read, the ______ (fast) you will read.</w:t>
      </w:r>
    </w:p>
    <w:p>
      <w:r>
        <w:t xml:space="preserve">    【答案】faster　【解析】the比较级。</w:t>
      </w:r>
    </w:p>
    <w:p>
      <w:r>
        <w:t>89. She is the most diligent student ______ I have ever taught.</w:t>
      </w:r>
    </w:p>
    <w:p>
      <w:r>
        <w:t xml:space="preserve">    【答案】that　【解析】最高级后用that。</w:t>
      </w:r>
    </w:p>
    <w:p>
      <w:r>
        <w:t>90. I don't doubt ______ he will succeed.</w:t>
      </w:r>
    </w:p>
    <w:p>
      <w:r>
        <w:t xml:space="preserve">    【答案】that　【解析】doubt否定句用that。</w:t>
      </w:r>
    </w:p>
    <w:p>
      <w:pPr>
        <w:pStyle w:val="Heading1"/>
      </w:pPr>
      <w:r>
        <w:t>三、判断题</w:t>
      </w:r>
    </w:p>
    <w:p>
      <w:r>
        <w:t>91. He succeeded in passing the exam at last.</w:t>
      </w:r>
    </w:p>
    <w:p>
      <w:r>
        <w:t xml:space="preserve">    【答案】对　【解析】succeed in doing正确。</w:t>
      </w:r>
    </w:p>
    <w:p>
      <w:r>
        <w:t>92. The number of the students in our school are about 3000.</w:t>
      </w:r>
    </w:p>
    <w:p>
      <w:r>
        <w:t xml:space="preserve">    【答案】错　【解析】the number of谓语用单数is。</w:t>
      </w:r>
    </w:p>
    <w:p>
      <w:r>
        <w:t>93. She is more older than I.</w:t>
      </w:r>
    </w:p>
    <w:p>
      <w:r>
        <w:t xml:space="preserve">    【答案】错　【解析】比较级不叠加，much older。</w:t>
      </w:r>
    </w:p>
    <w:p>
      <w:r>
        <w:t>94. I look forward to see you soon.</w:t>
      </w:r>
    </w:p>
    <w:p>
      <w:r>
        <w:t xml:space="preserve">    【答案】错　【解析】look forward to doing。</w:t>
      </w:r>
    </w:p>
    <w:p>
      <w:r>
        <w:t>95. He suggested me to go to the library.</w:t>
      </w:r>
    </w:p>
    <w:p>
      <w:r>
        <w:t xml:space="preserve">    【答案】错　【解析】suggest doing / suggest that sb should do。</w:t>
      </w:r>
    </w:p>
    <w:p>
      <w:r>
        <w:t>96. It was in the park where I met him.</w:t>
      </w:r>
    </w:p>
    <w:p>
      <w:r>
        <w:t xml:space="preserve">    【答案】错　【解析】强调句用that。</w:t>
      </w:r>
    </w:p>
    <w:p>
      <w:r>
        <w:t>97. He has been to Beijing twice this year.</w:t>
      </w:r>
    </w:p>
    <w:p>
      <w:r>
        <w:t xml:space="preserve">    【答案】对　【解析】已回来用has been to。</w:t>
      </w:r>
    </w:p>
    <w:p>
      <w:r>
        <w:t>98. What a good news it is!</w:t>
      </w:r>
    </w:p>
    <w:p>
      <w:r>
        <w:t xml:space="preserve">    【答案】错　【解析】news不可数。</w:t>
      </w:r>
    </w:p>
    <w:p>
      <w:r>
        <w:t>99. She is the taller of the two girls.</w:t>
      </w:r>
    </w:p>
    <w:p>
      <w:r>
        <w:t xml:space="preserve">    【答案】对　【解析】两者比较用the taller。</w:t>
      </w:r>
    </w:p>
    <w:p>
      <w:r>
        <w:t>100. No matter how hard he tries, he never gives up.</w:t>
      </w:r>
    </w:p>
    <w:p>
      <w:r>
        <w:t xml:space="preserve">    【答案】对　【解析】no matter how引导让步状语。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