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考研政治考前冲刺要点整理（马原+毛中特+史纲+思修）</w:t>
      </w:r>
    </w:p>
    <w:p>
      <w:r>
        <w:t>考研政治冲刺期怎么复习？小编把考研政治四大学科（马原、毛中特、史纲、思修法基）的核心要点全部梳理出来，帮助冲刺阶段的同学快速过考点。</w:t>
      </w:r>
    </w:p>
    <w:p>
      <w:r>
        <w:t>亮点：①每个学科的重点章节一目了然；②高频考点标注；③分析题答题模板；④冲刺期每日时间安排。网页是预览版，下载Word完整版可打印背诵。? 免费下载Word完整版（可直接打印编辑）</w:t>
      </w:r>
    </w:p>
    <w:p>
      <w:pPr>
        <w:pStyle w:val="Heading1"/>
      </w:pPr>
      <w:r>
        <w:t>一、马克思主义基本原理（约24分）</w:t>
      </w:r>
    </w:p>
    <w:p>
      <w:r>
        <w:t>重点：唯物论（物质与意识）、辩证法（两大总特征、三大规律、五对范畴）、认识论（实践与认识）、唯物史观（社会存在与社会意识）</w:t>
      </w:r>
    </w:p>
    <w:p>
      <w:r>
        <w:t>高频考点：矛盾的同一性与斗争性、实践是检验真理的唯一标准、人民群众是历史的创造者。</w:t>
      </w:r>
    </w:p>
    <w:p>
      <w:pPr>
        <w:pStyle w:val="Heading1"/>
      </w:pPr>
      <w:r>
        <w:t>二、毛泽东思想和中国特色社会主义理论体系（约30分）</w:t>
      </w:r>
    </w:p>
    <w:p>
      <w:r>
        <w:t>重点：新民主主义革命理论、社会主义改造理论、中国特色社会主义理论体系。</w:t>
      </w:r>
    </w:p>
    <w:p>
      <w:r>
        <w:t>答题要点：新时代以来取得的历史性成就、中国式现代化的内涵与意义。</w:t>
      </w:r>
    </w:p>
    <w:p>
      <w:pPr>
        <w:pStyle w:val="Heading1"/>
      </w:pPr>
      <w:r>
        <w:t>三、中国近现代史纲要（约14分）与思修法基（约16分）</w:t>
      </w:r>
    </w:p>
    <w:p>
      <w:r>
        <w:t>史纲线索：屈辱-探索-抗争-革命-建设-改革；重大事件时间轴要熟。</w:t>
      </w:r>
    </w:p>
    <w:p>
      <w:r>
        <w:t>思修：理想信念、中国精神、道德修养、法律基础四大板块。</w:t>
      </w:r>
    </w:p>
    <w:p>
      <w:r>
        <w:t>分析题答题模板和冲刺计划见Word版。?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