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2027年初级会计职称备考启动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会计的基本职能是</w:t>
        <w:br/>
        <w:t>A.核  B.算  C.与  D.监</w:t>
        <w:br/>
        <w:t>【答案】A</w:t>
      </w:r>
    </w:p>
    <w:p>
      <w:r>
        <w:t>2. 借贷记账法下，资产类账户的期末余额一般在</w:t>
        <w:br/>
        <w:t>A.借  B.方  C.|  D.贷</w:t>
        <w:br/>
        <w:t>【答案】A</w:t>
      </w:r>
    </w:p>
    <w:p>
      <w:r>
        <w:t>3. 资产负债表是反映企业什么状况的报表</w:t>
        <w:br/>
        <w:t>A.经  B.营  C.成  D.果</w:t>
        <w:br/>
        <w:t>【答案】B</w:t>
      </w:r>
    </w:p>
    <w:p>
      <w:r>
        <w:t>4. 增值税一般纳税人适用的基本税率是</w:t>
        <w:br/>
        <w:t>A.1  B.3  C.%  D.|</w:t>
        <w:br/>
        <w:t>【答案】A</w:t>
      </w:r>
    </w:p>
    <w:p>
      <w:r>
        <w:t>5. 会计科目与账户的关系是</w:t>
        <w:br/>
        <w:t>A.完  B.全  C.等  D.同</w:t>
        <w:br/>
        <w:t>【答案】B</w:t>
      </w:r>
    </w:p>
    <w:p>
      <w:r>
        <w:t>6. 原始凭证审核的内容不包括</w:t>
        <w:br/>
        <w:t>A.真  B.实  C.性  D.|</w:t>
        <w:br/>
        <w:t>【答案】D</w:t>
      </w:r>
    </w:p>
    <w:p>
      <w:r>
        <w:t>7. 固定资产折旧方法不包括</w:t>
        <w:br/>
        <w:t>A.年  B.限  C.平  D.均</w:t>
        <w:br/>
        <w:t>【答案】D</w:t>
      </w:r>
    </w:p>
    <w:p>
      <w:r>
        <w:t>8. 企业利润表中的核心指标是</w:t>
        <w:br/>
        <w:t>A.营  B.业  C.收  D.入</w:t>
        <w:br/>
        <w:t>【答案】C</w:t>
      </w:r>
    </w:p>
    <w:p>
      <w:r>
        <w:t>9. 会计的基本职能是</w:t>
        <w:br/>
        <w:t>A.核  B.算  C.与  D.监</w:t>
        <w:br/>
        <w:t>【答案】A</w:t>
      </w:r>
    </w:p>
    <w:p>
      <w:r>
        <w:t>10. 借贷记账法下，资产类账户的期末余额一般在</w:t>
        <w:br/>
        <w:t>A.借  B.方  C.|  D.贷</w:t>
        <w:br/>
        <w:t>【答案】A</w:t>
      </w:r>
    </w:p>
    <w:p>
      <w:r>
        <w:t>11. 资产负债表是反映企业什么状况的报表</w:t>
        <w:br/>
        <w:t>A.经  B.营  C.成  D.果</w:t>
        <w:br/>
        <w:t>【答案】B</w:t>
      </w:r>
    </w:p>
    <w:p>
      <w:r>
        <w:t>12. 增值税一般纳税人适用的基本税率是</w:t>
        <w:br/>
        <w:t>A.1  B.3  C.%  D.|</w:t>
        <w:br/>
        <w:t>【答案】A</w:t>
      </w:r>
    </w:p>
    <w:p>
      <w:r>
        <w:t>13. 会计科目与账户的关系是</w:t>
        <w:br/>
        <w:t>A.完  B.全  C.等  D.同</w:t>
        <w:br/>
        <w:t>【答案】B</w:t>
      </w:r>
    </w:p>
    <w:p>
      <w:r>
        <w:t>14. 原始凭证审核的内容不包括</w:t>
        <w:br/>
        <w:t>A.真  B.实  C.性  D.|</w:t>
        <w:br/>
        <w:t>【答案】D</w:t>
      </w:r>
    </w:p>
    <w:p>
      <w:r>
        <w:t>15. 固定资产折旧方法不包括</w:t>
        <w:br/>
        <w:t>A.年  B.限  C.平  D.均</w:t>
        <w:br/>
        <w:t>【答案】D</w:t>
      </w:r>
    </w:p>
    <w:p>
      <w:r>
        <w:t>16. 企业利润表中的核心指标是</w:t>
        <w:br/>
        <w:t>A.营  B.业  C.收  D.入</w:t>
        <w:br/>
        <w:t>【答案】C</w:t>
      </w:r>
    </w:p>
    <w:p>
      <w:r>
        <w:t>17. 会计的基本职能是</w:t>
        <w:br/>
        <w:t>A.核  B.算  C.与  D.监</w:t>
        <w:br/>
        <w:t>【答案】A</w:t>
      </w:r>
    </w:p>
    <w:p>
      <w:r>
        <w:t>18. 借贷记账法下，资产类账户的期末余额一般在</w:t>
        <w:br/>
        <w:t>A.借  B.方  C.|  D.贷</w:t>
        <w:br/>
        <w:t>【答案】A</w:t>
      </w:r>
    </w:p>
    <w:p>
      <w:r>
        <w:t>19. 资产负债表是反映企业什么状况的报表</w:t>
        <w:br/>
        <w:t>A.经  B.营  C.成  D.果</w:t>
        <w:br/>
        <w:t>【答案】B</w:t>
      </w:r>
    </w:p>
    <w:p>
      <w:r>
        <w:t>20. 增值税一般纳税人适用的基本税率是</w:t>
        <w:br/>
        <w:t>A.1  B.3  C.%  D.|</w:t>
        <w:br/>
        <w:t>【答案】A</w:t>
      </w:r>
    </w:p>
    <w:p>
      <w:r>
        <w:t>21. 会计科目与账户的关系是</w:t>
        <w:br/>
        <w:t>A.完  B.全  C.等  D.同</w:t>
        <w:br/>
        <w:t>【答案】B</w:t>
      </w:r>
    </w:p>
    <w:p>
      <w:r>
        <w:t>22. 原始凭证审核的内容不包括</w:t>
        <w:br/>
        <w:t>A.真  B.实  C.性  D.|</w:t>
        <w:br/>
        <w:t>【答案】D</w:t>
      </w:r>
    </w:p>
    <w:p>
      <w:r>
        <w:t>23. 固定资产折旧方法不包括</w:t>
        <w:br/>
        <w:t>A.年  B.限  C.平  D.均</w:t>
        <w:br/>
        <w:t>【答案】D</w:t>
      </w:r>
    </w:p>
    <w:p>
      <w:r>
        <w:t>24. 企业利润表中的核心指标是</w:t>
        <w:br/>
        <w:t>A.营  B.业  C.收  D.入</w:t>
        <w:br/>
        <w:t>【答案】C</w:t>
      </w:r>
    </w:p>
    <w:p>
      <w:r>
        <w:t>25. 会计的基本职能是</w:t>
        <w:br/>
        <w:t>A.核  B.算  C.与  D.监</w:t>
        <w:br/>
        <w:t>【答案】A</w:t>
      </w:r>
    </w:p>
    <w:p>
      <w:r>
        <w:t>26. 借贷记账法下，资产类账户的期末余额一般在</w:t>
        <w:br/>
        <w:t>A.借  B.方  C.|  D.贷</w:t>
        <w:br/>
        <w:t>【答案】A</w:t>
      </w:r>
    </w:p>
    <w:p>
      <w:r>
        <w:t>27. 资产负债表是反映企业什么状况的报表</w:t>
        <w:br/>
        <w:t>A.经  B.营  C.成  D.果</w:t>
        <w:br/>
        <w:t>【答案】B</w:t>
      </w:r>
    </w:p>
    <w:p>
      <w:r>
        <w:t>28. 增值税一般纳税人适用的基本税率是</w:t>
        <w:br/>
        <w:t>A.1  B.3  C.%  D.|</w:t>
        <w:br/>
        <w:t>【答案】A</w:t>
      </w:r>
    </w:p>
    <w:p>
      <w:r>
        <w:t>29. 会计科目与账户的关系是</w:t>
        <w:br/>
        <w:t>A.完  B.全  C.等  D.同</w:t>
        <w:br/>
        <w:t>【答案】B</w:t>
      </w:r>
    </w:p>
    <w:p>
      <w:r>
        <w:t>30. 原始凭证审核的内容不包括</w:t>
        <w:br/>
        <w:t>A.真  B.实  C.性  D.|</w:t>
        <w:br/>
        <w:t>【答案】D</w:t>
      </w:r>
    </w:p>
    <w:p>
      <w:r>
        <w:t>31. 固定资产折旧方法不包括</w:t>
        <w:br/>
        <w:t>A.年  B.限  C.平  D.均</w:t>
        <w:br/>
        <w:t>【答案】D</w:t>
      </w:r>
    </w:p>
    <w:p>
      <w:r>
        <w:t>32. 企业利润表中的核心指标是</w:t>
        <w:br/>
        <w:t>A.营  B.业  C.收  D.入</w:t>
        <w:br/>
        <w:t>【答案】C</w:t>
      </w:r>
    </w:p>
    <w:p>
      <w:r>
        <w:t>33. 会计的基本职能是</w:t>
        <w:br/>
        <w:t>A.核  B.算  C.与  D.监</w:t>
        <w:br/>
        <w:t>【答案】A</w:t>
      </w:r>
    </w:p>
    <w:p>
      <w:r>
        <w:t>34. 借贷记账法下，资产类账户的期末余额一般在</w:t>
        <w:br/>
        <w:t>A.借  B.方  C.|  D.贷</w:t>
        <w:br/>
        <w:t>【答案】A</w:t>
      </w:r>
    </w:p>
    <w:p>
      <w:r>
        <w:t>35. 资产负债表是反映企业什么状况的报表</w:t>
        <w:br/>
        <w:t>A.经  B.营  C.成  D.果</w:t>
        <w:br/>
        <w:t>【答案】B</w:t>
      </w:r>
    </w:p>
    <w:p>
      <w:r>
        <w:t>36. 增值税一般纳税人适用的基本税率是</w:t>
        <w:br/>
        <w:t>A.1  B.3  C.%  D.|</w:t>
        <w:br/>
        <w:t>【答案】A</w:t>
      </w:r>
    </w:p>
    <w:p>
      <w:r>
        <w:t>37. 会计科目与账户的关系是</w:t>
        <w:br/>
        <w:t>A.完  B.全  C.等  D.同</w:t>
        <w:br/>
        <w:t>【答案】B</w:t>
      </w:r>
    </w:p>
    <w:p>
      <w:r>
        <w:t>38. 原始凭证审核的内容不包括</w:t>
        <w:br/>
        <w:t>A.真  B.实  C.性  D.|</w:t>
        <w:br/>
        <w:t>【答案】D</w:t>
      </w:r>
    </w:p>
    <w:p>
      <w:r>
        <w:t>39. 固定资产折旧方法不包括</w:t>
        <w:br/>
        <w:t>A.年  B.限  C.平  D.均</w:t>
        <w:br/>
        <w:t>【答案】D</w:t>
      </w:r>
    </w:p>
    <w:p>
      <w:r>
        <w:t>40. 企业利润表中的核心指标是</w:t>
        <w:br/>
        <w:t>A.营  B.业  C.收  D.入</w:t>
        <w:br/>
        <w:t>【答案】C</w:t>
      </w:r>
    </w:p>
    <w:p>
      <w:r>
        <w:t>41. 会计的基本职能是</w:t>
        <w:br/>
        <w:t>A.核  B.算  C.与  D.监</w:t>
        <w:br/>
        <w:t>【答案】A</w:t>
      </w:r>
    </w:p>
    <w:p>
      <w:r>
        <w:t>42. 借贷记账法下，资产类账户的期末余额一般在</w:t>
        <w:br/>
        <w:t>A.借  B.方  C.|  D.贷</w:t>
        <w:br/>
        <w:t>【答案】A</w:t>
      </w:r>
    </w:p>
    <w:p>
      <w:r>
        <w:t>43. 资产负债表是反映企业什么状况的报表</w:t>
        <w:br/>
        <w:t>A.经  B.营  C.成  D.果</w:t>
        <w:br/>
        <w:t>【答案】B</w:t>
      </w:r>
    </w:p>
    <w:p>
      <w:r>
        <w:t>44. 增值税一般纳税人适用的基本税率是</w:t>
        <w:br/>
        <w:t>A.1  B.3  C.%  D.|</w:t>
        <w:br/>
        <w:t>【答案】A</w:t>
      </w:r>
    </w:p>
    <w:p>
      <w:r>
        <w:t>45. 会计科目与账户的关系是</w:t>
        <w:br/>
        <w:t>A.完  B.全  C.等  D.同</w:t>
        <w:br/>
        <w:t>【答案】B</w:t>
      </w:r>
    </w:p>
    <w:p>
      <w:r>
        <w:t>46. 原始凭证审核的内容不包括</w:t>
        <w:br/>
        <w:t>A.真  B.实  C.性  D.|</w:t>
        <w:br/>
        <w:t>【答案】D</w:t>
      </w:r>
    </w:p>
    <w:p>
      <w:r>
        <w:t>47. 固定资产折旧方法不包括</w:t>
        <w:br/>
        <w:t>A.年  B.限  C.平  D.均</w:t>
        <w:br/>
        <w:t>【答案】D</w:t>
      </w:r>
    </w:p>
    <w:p>
      <w:r>
        <w:t>48. 企业利润表中的核心指标是</w:t>
        <w:br/>
        <w:t>A.营  B.业  C.收  D.入</w:t>
        <w:br/>
        <w:t>【答案】C</w:t>
      </w:r>
    </w:p>
    <w:p>
      <w:r>
        <w:t>49. 会计的基本职能是</w:t>
        <w:br/>
        <w:t>A.核  B.算  C.与  D.监</w:t>
        <w:br/>
        <w:t>【答案】A</w:t>
      </w:r>
    </w:p>
    <w:p>
      <w:r>
        <w:t>50. 借贷记账法下，资产类账户的期末余额一般在</w:t>
        <w:br/>
        <w:t>A.借  B.方  C.|  D.贷</w:t>
        <w:br/>
        <w:t>【答案】A</w:t>
      </w:r>
    </w:p>
    <w:p/>
    <w:p>
      <w:pPr>
        <w:pStyle w:val="Heading2"/>
      </w:pPr>
      <w:r>
        <w:t>二、多项选择题（每题2分，共40分）</w:t>
      </w:r>
    </w:p>
    <w:p>
      <w:r>
        <w:t>51. 会计信息质量要求包括</w:t>
        <w:br/>
        <w:t>A.可  B.靠  C.性  D.|</w:t>
        <w:br/>
        <w:t>【答案】ABCD</w:t>
      </w:r>
    </w:p>
    <w:p>
      <w:r>
        <w:t>52. 负债的特征包括</w:t>
        <w:br/>
        <w:t>A.过  B.去  C.交  D.易</w:t>
        <w:br/>
        <w:t>【答案】ABC</w:t>
      </w:r>
    </w:p>
    <w:p>
      <w:r>
        <w:t>53. 财务报表包括</w:t>
        <w:br/>
        <w:t>A.资  B.产  C.负  D.债</w:t>
        <w:br/>
        <w:t>【答案】ABCD</w:t>
      </w:r>
    </w:p>
    <w:p>
      <w:r>
        <w:t>54. 增值税的计税方法包括</w:t>
        <w:br/>
        <w:t>A.一  B.般  C.计  D.税</w:t>
        <w:br/>
        <w:t>【答案】AB</w:t>
      </w:r>
    </w:p>
    <w:p>
      <w:r>
        <w:t>55. 现金管理内部控制制度包括</w:t>
        <w:br/>
        <w:t>A.钱  B.账  C.分  D.管</w:t>
        <w:br/>
        <w:t>【答案】ABCD</w:t>
      </w:r>
    </w:p>
    <w:p>
      <w:r>
        <w:t>56. 会计凭证包括</w:t>
        <w:br/>
        <w:t>A.原  B.始  C.凭  D.证</w:t>
        <w:br/>
        <w:t>【答案】AB</w:t>
      </w:r>
    </w:p>
    <w:p>
      <w:r>
        <w:t>57. 固定资产的后续支出包括</w:t>
        <w:br/>
        <w:t>A.维  B.修  C.|  D.改</w:t>
        <w:br/>
        <w:t>【答案】ABC</w:t>
      </w:r>
    </w:p>
    <w:p>
      <w:r>
        <w:t>58. 应付职工薪酬包括</w:t>
        <w:br/>
        <w:t>A.工  B.资  C.|  D.奖</w:t>
        <w:br/>
        <w:t>【答案】ABCD</w:t>
      </w:r>
    </w:p>
    <w:p>
      <w:r>
        <w:t>59. 会计信息质量要求包括</w:t>
        <w:br/>
        <w:t>A.可  B.靠  C.性  D.|</w:t>
        <w:br/>
        <w:t>【答案】ABCD</w:t>
      </w:r>
    </w:p>
    <w:p>
      <w:r>
        <w:t>60. 负债的特征包括</w:t>
        <w:br/>
        <w:t>A.过  B.去  C.交  D.易</w:t>
        <w:br/>
        <w:t>【答案】ABC</w:t>
      </w:r>
    </w:p>
    <w:p>
      <w:r>
        <w:t>61. 财务报表包括</w:t>
        <w:br/>
        <w:t>A.资  B.产  C.负  D.债</w:t>
        <w:br/>
        <w:t>【答案】ABCD</w:t>
      </w:r>
    </w:p>
    <w:p>
      <w:r>
        <w:t>62. 增值税的计税方法包括</w:t>
        <w:br/>
        <w:t>A.一  B.般  C.计  D.税</w:t>
        <w:br/>
        <w:t>【答案】AB</w:t>
      </w:r>
    </w:p>
    <w:p>
      <w:r>
        <w:t>63. 现金管理内部控制制度包括</w:t>
        <w:br/>
        <w:t>A.钱  B.账  C.分  D.管</w:t>
        <w:br/>
        <w:t>【答案】ABCD</w:t>
      </w:r>
    </w:p>
    <w:p>
      <w:r>
        <w:t>64. 会计凭证包括</w:t>
        <w:br/>
        <w:t>A.原  B.始  C.凭  D.证</w:t>
        <w:br/>
        <w:t>【答案】AB</w:t>
      </w:r>
    </w:p>
    <w:p>
      <w:r>
        <w:t>65. 固定资产的后续支出包括</w:t>
        <w:br/>
        <w:t>A.维  B.修  C.|  D.改</w:t>
        <w:br/>
        <w:t>【答案】ABC</w:t>
      </w:r>
    </w:p>
    <w:p>
      <w:r>
        <w:t>66. 应付职工薪酬包括</w:t>
        <w:br/>
        <w:t>A.工  B.资  C.|  D.奖</w:t>
        <w:br/>
        <w:t>【答案】ABCD</w:t>
      </w:r>
    </w:p>
    <w:p>
      <w:r>
        <w:t>67. 会计信息质量要求包括</w:t>
        <w:br/>
        <w:t>A.可  B.靠  C.性  D.|</w:t>
        <w:br/>
        <w:t>【答案】ABCD</w:t>
      </w:r>
    </w:p>
    <w:p>
      <w:r>
        <w:t>68. 负债的特征包括</w:t>
        <w:br/>
        <w:t>A.过  B.去  C.交  D.易</w:t>
        <w:br/>
        <w:t>【答案】ABC</w:t>
      </w:r>
    </w:p>
    <w:p>
      <w:r>
        <w:t>69. 财务报表包括</w:t>
        <w:br/>
        <w:t>A.资  B.产  C.负  D.债</w:t>
        <w:br/>
        <w:t>【答案】ABCD</w:t>
      </w:r>
    </w:p>
    <w:p>
      <w:r>
        <w:t>70. 增值税的计税方法包括</w:t>
        <w:br/>
        <w:t>A.一  B.般  C.计  D.税</w:t>
        <w:br/>
        <w:t>【答案】AB</w:t>
      </w:r>
    </w:p>
    <w:p/>
    <w:p>
      <w:pPr>
        <w:pStyle w:val="Heading2"/>
      </w:pPr>
      <w:r>
        <w:t>三、判断题（每题1分，共20分）</w:t>
      </w:r>
    </w:p>
    <w:p>
      <w:r>
        <w:t>71. 会计凭证是登记账簿的依据。（对/错）</w:t>
        <w:br/>
        <w:t>【答案】对</w:t>
      </w:r>
    </w:p>
    <w:p>
      <w:r>
        <w:t>72. 所有企业都适用小企业会计准则。（对/错）</w:t>
        <w:br/>
        <w:t>【答案】错</w:t>
      </w:r>
    </w:p>
    <w:p>
      <w:r>
        <w:t>73. 资产负债表按权责发生制编制。（对/错）</w:t>
        <w:br/>
        <w:t>【答案】错</w:t>
      </w:r>
    </w:p>
    <w:p>
      <w:r>
        <w:t>74. 增值税是价内税。（对/错）</w:t>
        <w:br/>
        <w:t>【答案】错</w:t>
      </w:r>
    </w:p>
    <w:p>
      <w:r>
        <w:t>75. 会计档案保管期限由企业自行决定。（对/错）</w:t>
        <w:br/>
        <w:t>【答案】错</w:t>
      </w:r>
    </w:p>
    <w:p>
      <w:r>
        <w:t>76. 企业可以随意变更会计政策。（对/错）</w:t>
        <w:br/>
        <w:t>【答案】错</w:t>
      </w:r>
    </w:p>
    <w:p>
      <w:r>
        <w:t>77. 利润表中的净利润等于利润总额减所得税费用。（对/错）</w:t>
        <w:br/>
        <w:t>【答案】对</w:t>
      </w:r>
    </w:p>
    <w:p>
      <w:r>
        <w:t>78. 出纳可以兼管会计档案。（对/错）</w:t>
        <w:br/>
        <w:t>【答案】错</w:t>
      </w:r>
    </w:p>
    <w:p>
      <w:r>
        <w:t>79. 会计凭证是登记账簿的依据。（对/错）</w:t>
        <w:br/>
        <w:t>【答案】对</w:t>
      </w:r>
    </w:p>
    <w:p>
      <w:r>
        <w:t>80. 所有企业都适用小企业会计准则。（对/错）</w:t>
        <w:br/>
        <w:t>【答案】错</w:t>
      </w:r>
    </w:p>
    <w:p>
      <w:r>
        <w:t>81. 资产负债表按权责发生制编制。（对/错）</w:t>
        <w:br/>
        <w:t>【答案】错</w:t>
      </w:r>
    </w:p>
    <w:p>
      <w:r>
        <w:t>82. 增值税是价内税。（对/错）</w:t>
        <w:br/>
        <w:t>【答案】错</w:t>
      </w:r>
    </w:p>
    <w:p>
      <w:r>
        <w:t>83. 会计档案保管期限由企业自行决定。（对/错）</w:t>
        <w:br/>
        <w:t>【答案】错</w:t>
      </w:r>
    </w:p>
    <w:p>
      <w:r>
        <w:t>84. 企业可以随意变更会计政策。（对/错）</w:t>
        <w:br/>
        <w:t>【答案】错</w:t>
      </w:r>
    </w:p>
    <w:p>
      <w:r>
        <w:t>85. 利润表中的净利润等于利润总额减所得税费用。（对/错）</w:t>
        <w:br/>
        <w:t>【答案】对</w:t>
      </w:r>
    </w:p>
    <w:p>
      <w:r>
        <w:t>86. 出纳可以兼管会计档案。（对/错）</w:t>
        <w:br/>
        <w:t>【答案】错</w:t>
      </w:r>
    </w:p>
    <w:p>
      <w:r>
        <w:t>87. 会计凭证是登记账簿的依据。（对/错）</w:t>
        <w:br/>
        <w:t>【答案】对</w:t>
      </w:r>
    </w:p>
    <w:p>
      <w:r>
        <w:t>88. 所有企业都适用小企业会计准则。（对/错）</w:t>
        <w:br/>
        <w:t>【答案】错</w:t>
      </w:r>
    </w:p>
    <w:p>
      <w:r>
        <w:t>89. 资产负债表按权责发生制编制。（对/错）</w:t>
        <w:br/>
        <w:t>【答案】错</w:t>
      </w:r>
    </w:p>
    <w:p>
      <w:r>
        <w:t>90. 增值税是价内税。（对/错）</w:t>
        <w:br/>
        <w:t>【答案】错</w:t>
      </w:r>
    </w:p>
    <w:p/>
    <w:p>
      <w:pPr>
        <w:pStyle w:val="Heading2"/>
      </w:pPr>
      <w:r>
        <w:t>四、简答题（每题3分，共30分）</w:t>
      </w:r>
    </w:p>
    <w:p>
      <w:r>
        <w:t>91. 简述会计凭证审核的内容。</w:t>
        <w:br/>
        <w:t>【答案】真实性、合法性、合理性、完整性、正确性</w:t>
      </w:r>
    </w:p>
    <w:p>
      <w:r>
        <w:t>92. 什么是权责发生制？</w:t>
        <w:br/>
        <w:t>【答案】以权利和责任的发生来确定收入和费用归属期的原则</w:t>
      </w:r>
    </w:p>
    <w:p>
      <w:r>
        <w:t>93. 简述资产负债表的编制原理。</w:t>
        <w:br/>
        <w:t>【答案】资产=负债+所有者权益</w:t>
      </w:r>
    </w:p>
    <w:p>
      <w:r>
        <w:t>94. 会计档案保管期限如何规定？</w:t>
        <w:br/>
        <w:t>【答案】按规定分类保管30年/10年/永久等</w:t>
      </w:r>
    </w:p>
    <w:p>
      <w:r>
        <w:t>95. 简述会计凭证审核的内容。</w:t>
        <w:br/>
        <w:t>【答案】真实性、合法性、合理性、完整性、正确性</w:t>
      </w:r>
    </w:p>
    <w:p>
      <w:r>
        <w:t>96. 什么是权责发生制？</w:t>
        <w:br/>
        <w:t>【答案】以权利和责任的发生来确定收入和费用归属期的原则</w:t>
      </w:r>
    </w:p>
    <w:p>
      <w:r>
        <w:t>97. 简述资产负债表的编制原理。</w:t>
        <w:br/>
        <w:t>【答案】资产=负债+所有者权益</w:t>
      </w:r>
    </w:p>
    <w:p>
      <w:r>
        <w:t>98. 会计档案保管期限如何规定？</w:t>
        <w:br/>
        <w:t>【答案】按规定分类保管30年/10年/永久等</w:t>
      </w:r>
    </w:p>
    <w:p>
      <w:r>
        <w:t>99. 简述会计凭证审核的内容。</w:t>
        <w:br/>
        <w:t>【答案】真实性、合法性、合理性、完整性、正确性</w:t>
      </w:r>
    </w:p>
    <w:p>
      <w:r>
        <w:t>100. 什么是权责发生制？</w:t>
        <w:br/>
        <w:t>【答案】以权利和责任的发生来确定收入和费用归属期的原则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会计的基本职能是</w:t>
        <w:br/>
        <w:t>A.核  B.算  C.与  D.监</w:t>
        <w:br/>
        <w:t>【答案】A  1. 会计的基本职能是</w:t>
        <w:br/>
        <w:t>A.核  B.算  C.与  D.监</w:t>
        <w:br/>
        <w:t>【答案】A</w:t>
      </w:r>
    </w:p>
    <w:p>
      <w:r>
        <w:t>2. 借贷记账法下，资产类账户的期末余额一般在</w:t>
        <w:br/>
        <w:t>A.借  B.方  C.|  D.贷</w:t>
        <w:br/>
        <w:t>【答案】A  2. 借贷记账法下，资产类账户的期末余额一般在</w:t>
        <w:br/>
        <w:t>A.借  B.方  C.|  D.贷</w:t>
        <w:br/>
        <w:t>【答案】A</w:t>
      </w:r>
    </w:p>
    <w:p>
      <w:r>
        <w:t>3. 资产负债表是反映企业什么状况的报表</w:t>
        <w:br/>
        <w:t>A.经  B.营  C.成  D.果</w:t>
        <w:br/>
        <w:t>【答案】B  3. 资产负债表是反映企业什么状况的报表</w:t>
        <w:br/>
        <w:t>A.经  B.营  C.成  D.果</w:t>
        <w:br/>
        <w:t>【答案】B</w:t>
      </w:r>
    </w:p>
    <w:p>
      <w:r>
        <w:t>4. 增值税一般纳税人适用的基本税率是</w:t>
        <w:br/>
        <w:t>A.1  B.3  C.%  D.|</w:t>
        <w:br/>
        <w:t>【答案】A  4. 增值税一般纳税人适用的基本税率是</w:t>
        <w:br/>
        <w:t>A.1  B.3  C.%  D.|</w:t>
        <w:br/>
        <w:t>【答案】A</w:t>
      </w:r>
    </w:p>
    <w:p>
      <w:r>
        <w:t>5. 会计科目与账户的关系是</w:t>
        <w:br/>
        <w:t>A.完  B.全  C.等  D.同</w:t>
        <w:br/>
        <w:t>【答案】B  5. 会计科目与账户的关系是</w:t>
        <w:br/>
        <w:t>A.完  B.全  C.等  D.同</w:t>
        <w:br/>
        <w:t>【答案】B</w:t>
      </w:r>
    </w:p>
    <w:p>
      <w:r>
        <w:t>6. 原始凭证审核的内容不包括</w:t>
        <w:br/>
        <w:t>A.真  B.实  C.性  D.|</w:t>
        <w:br/>
        <w:t>【答案】D  6. 原始凭证审核的内容不包括</w:t>
        <w:br/>
        <w:t>A.真  B.实  C.性  D.|</w:t>
        <w:br/>
        <w:t>【答案】D</w:t>
      </w:r>
    </w:p>
    <w:p>
      <w:r>
        <w:t>7. 固定资产折旧方法不包括</w:t>
        <w:br/>
        <w:t>A.年  B.限  C.平  D.均</w:t>
        <w:br/>
        <w:t>【答案】D  7. 固定资产折旧方法不包括</w:t>
        <w:br/>
        <w:t>A.年  B.限  C.平  D.均</w:t>
        <w:br/>
        <w:t>【答案】D</w:t>
      </w:r>
    </w:p>
    <w:p>
      <w:r>
        <w:t>8. 企业利润表中的核心指标是</w:t>
        <w:br/>
        <w:t>A.营  B.业  C.收  D.入</w:t>
        <w:br/>
        <w:t>【答案】C  8. 企业利润表中的核心指标是</w:t>
        <w:br/>
        <w:t>A.营  B.业  C.收  D.入</w:t>
        <w:br/>
        <w:t>【答案】C</w:t>
      </w:r>
    </w:p>
    <w:p>
      <w:r>
        <w:t>9. 会计的基本职能是</w:t>
        <w:br/>
        <w:t>A.核  B.算  C.与  D.监</w:t>
        <w:br/>
        <w:t>【答案】A  9. 会计的基本职能是</w:t>
        <w:br/>
        <w:t>A.核  B.算  C.与  D.监</w:t>
        <w:br/>
        <w:t>【答案】A</w:t>
      </w:r>
    </w:p>
    <w:p>
      <w:r>
        <w:t>10. 借贷记账法下，资产类账户的期末余额一般在</w:t>
        <w:br/>
        <w:t>A.借  B.方  C.|  D.贷</w:t>
        <w:br/>
        <w:t>【答案】A  10. 借贷记账法下，资产类账户的期末余额一般在</w:t>
        <w:br/>
        <w:t>A.借  B.方  C.|  D.贷</w:t>
        <w:br/>
        <w:t>【答案】A</w:t>
      </w:r>
    </w:p>
    <w:p>
      <w:r>
        <w:t>11. 资产负债表是反映企业什么状况的报表</w:t>
        <w:br/>
        <w:t>A.经  B.营  C.成  D.果</w:t>
        <w:br/>
        <w:t>【答案】B  11. 资产负债表是反映企业什么状况的报表</w:t>
        <w:br/>
        <w:t>A.经  B.营  C.成  D.果</w:t>
        <w:br/>
        <w:t>【答案】B</w:t>
      </w:r>
    </w:p>
    <w:p>
      <w:r>
        <w:t>12. 增值税一般纳税人适用的基本税率是</w:t>
        <w:br/>
        <w:t>A.1  B.3  C.%  D.|</w:t>
        <w:br/>
        <w:t>【答案】A  12. 增值税一般纳税人适用的基本税率是</w:t>
        <w:br/>
        <w:t>A.1  B.3  C.%  D.|</w:t>
        <w:br/>
        <w:t>【答案】A</w:t>
      </w:r>
    </w:p>
    <w:p>
      <w:r>
        <w:t>13. 会计科目与账户的关系是</w:t>
        <w:br/>
        <w:t>A.完  B.全  C.等  D.同</w:t>
        <w:br/>
        <w:t>【答案】B  13. 会计科目与账户的关系是</w:t>
        <w:br/>
        <w:t>A.完  B.全  C.等  D.同</w:t>
        <w:br/>
        <w:t>【答案】B</w:t>
      </w:r>
    </w:p>
    <w:p>
      <w:r>
        <w:t>14. 原始凭证审核的内容不包括</w:t>
        <w:br/>
        <w:t>A.真  B.实  C.性  D.|</w:t>
        <w:br/>
        <w:t>【答案】D  14. 原始凭证审核的内容不包括</w:t>
        <w:br/>
        <w:t>A.真  B.实  C.性  D.|</w:t>
        <w:br/>
        <w:t>【答案】D</w:t>
      </w:r>
    </w:p>
    <w:p>
      <w:r>
        <w:t>15. 固定资产折旧方法不包括</w:t>
        <w:br/>
        <w:t>A.年  B.限  C.平  D.均</w:t>
        <w:br/>
        <w:t>【答案】D  15. 固定资产折旧方法不包括</w:t>
        <w:br/>
        <w:t>A.年  B.限  C.平  D.均</w:t>
        <w:br/>
        <w:t>【答案】D</w:t>
      </w:r>
    </w:p>
    <w:p>
      <w:r>
        <w:t>16. 企业利润表中的核心指标是</w:t>
        <w:br/>
        <w:t>A.营  B.业  C.收  D.入</w:t>
        <w:br/>
        <w:t>【答案】C  16. 企业利润表中的核心指标是</w:t>
        <w:br/>
        <w:t>A.营  B.业  C.收  D.入</w:t>
        <w:br/>
        <w:t>【答案】C</w:t>
      </w:r>
    </w:p>
    <w:p>
      <w:r>
        <w:t>17. 会计的基本职能是</w:t>
        <w:br/>
        <w:t>A.核  B.算  C.与  D.监</w:t>
        <w:br/>
        <w:t>【答案】A  17. 会计的基本职能是</w:t>
        <w:br/>
        <w:t>A.核  B.算  C.与  D.监</w:t>
        <w:br/>
        <w:t>【答案】A</w:t>
      </w:r>
    </w:p>
    <w:p>
      <w:r>
        <w:t>18. 借贷记账法下，资产类账户的期末余额一般在</w:t>
        <w:br/>
        <w:t>A.借  B.方  C.|  D.贷</w:t>
        <w:br/>
        <w:t>【答案】A  18. 借贷记账法下，资产类账户的期末余额一般在</w:t>
        <w:br/>
        <w:t>A.借  B.方  C.|  D.贷</w:t>
        <w:br/>
        <w:t>【答案】A</w:t>
      </w:r>
    </w:p>
    <w:p>
      <w:r>
        <w:t>19. 资产负债表是反映企业什么状况的报表</w:t>
        <w:br/>
        <w:t>A.经  B.营  C.成  D.果</w:t>
        <w:br/>
        <w:t>【答案】B  19. 资产负债表是反映企业什么状况的报表</w:t>
        <w:br/>
        <w:t>A.经  B.营  C.成  D.果</w:t>
        <w:br/>
        <w:t>【答案】B</w:t>
      </w:r>
    </w:p>
    <w:p>
      <w:r>
        <w:t>20. 增值税一般纳税人适用的基本税率是</w:t>
        <w:br/>
        <w:t>A.1  B.3  C.%  D.|</w:t>
        <w:br/>
        <w:t>【答案】A  20. 增值税一般纳税人适用的基本税率是</w:t>
        <w:br/>
        <w:t>A.1  B.3  C.%  D.|</w:t>
        <w:br/>
        <w:t>【答案】A</w:t>
      </w:r>
    </w:p>
    <w:p>
      <w:r>
        <w:t>21. 会计科目与账户的关系是</w:t>
        <w:br/>
        <w:t>A.完  B.全  C.等  D.同</w:t>
        <w:br/>
        <w:t>【答案】B  21. 会计科目与账户的关系是</w:t>
        <w:br/>
        <w:t>A.完  B.全  C.等  D.同</w:t>
        <w:br/>
        <w:t>【答案】B</w:t>
      </w:r>
    </w:p>
    <w:p>
      <w:r>
        <w:t>22. 原始凭证审核的内容不包括</w:t>
        <w:br/>
        <w:t>A.真  B.实  C.性  D.|</w:t>
        <w:br/>
        <w:t>【答案】D  22. 原始凭证审核的内容不包括</w:t>
        <w:br/>
        <w:t>A.真  B.实  C.性  D.|</w:t>
        <w:br/>
        <w:t>【答案】D</w:t>
      </w:r>
    </w:p>
    <w:p>
      <w:r>
        <w:t>23. 固定资产折旧方法不包括</w:t>
        <w:br/>
        <w:t>A.年  B.限  C.平  D.均</w:t>
        <w:br/>
        <w:t>【答案】D  23. 固定资产折旧方法不包括</w:t>
        <w:br/>
        <w:t>A.年  B.限  C.平  D.均</w:t>
        <w:br/>
        <w:t>【答案】D</w:t>
      </w:r>
    </w:p>
    <w:p>
      <w:r>
        <w:t>24. 企业利润表中的核心指标是</w:t>
        <w:br/>
        <w:t>A.营  B.业  C.收  D.入</w:t>
        <w:br/>
        <w:t>【答案】C  24. 企业利润表中的核心指标是</w:t>
        <w:br/>
        <w:t>A.营  B.业  C.收  D.入</w:t>
        <w:br/>
        <w:t>【答案】C</w:t>
      </w:r>
    </w:p>
    <w:p>
      <w:r>
        <w:t>25. 会计的基本职能是</w:t>
        <w:br/>
        <w:t>A.核  B.算  C.与  D.监</w:t>
        <w:br/>
        <w:t>【答案】A  25. 会计的基本职能是</w:t>
        <w:br/>
        <w:t>A.核  B.算  C.与  D.监</w:t>
        <w:br/>
        <w:t>【答案】A</w:t>
      </w:r>
    </w:p>
    <w:p>
      <w:r>
        <w:t>26. 借贷记账法下，资产类账户的期末余额一般在</w:t>
        <w:br/>
        <w:t>A.借  B.方  C.|  D.贷</w:t>
        <w:br/>
        <w:t>【答案】A  26. 借贷记账法下，资产类账户的期末余额一般在</w:t>
        <w:br/>
        <w:t>A.借  B.方  C.|  D.贷</w:t>
        <w:br/>
        <w:t>【答案】A</w:t>
      </w:r>
    </w:p>
    <w:p>
      <w:r>
        <w:t>27. 资产负债表是反映企业什么状况的报表</w:t>
        <w:br/>
        <w:t>A.经  B.营  C.成  D.果</w:t>
        <w:br/>
        <w:t>【答案】B  27. 资产负债表是反映企业什么状况的报表</w:t>
        <w:br/>
        <w:t>A.经  B.营  C.成  D.果</w:t>
        <w:br/>
        <w:t>【答案】B</w:t>
      </w:r>
    </w:p>
    <w:p>
      <w:r>
        <w:t>28. 增值税一般纳税人适用的基本税率是</w:t>
        <w:br/>
        <w:t>A.1  B.3  C.%  D.|</w:t>
        <w:br/>
        <w:t>【答案】A  28. 增值税一般纳税人适用的基本税率是</w:t>
        <w:br/>
        <w:t>A.1  B.3  C.%  D.|</w:t>
        <w:br/>
        <w:t>【答案】A</w:t>
      </w:r>
    </w:p>
    <w:p>
      <w:r>
        <w:t>29. 会计科目与账户的关系是</w:t>
        <w:br/>
        <w:t>A.完  B.全  C.等  D.同</w:t>
        <w:br/>
        <w:t>【答案】B  29. 会计科目与账户的关系是</w:t>
        <w:br/>
        <w:t>A.完  B.全  C.等  D.同</w:t>
        <w:br/>
        <w:t>【答案】B</w:t>
      </w:r>
    </w:p>
    <w:p>
      <w:r>
        <w:t>30. 原始凭证审核的内容不包括</w:t>
        <w:br/>
        <w:t>A.真  B.实  C.性  D.|</w:t>
        <w:br/>
        <w:t>【答案】D  30. 原始凭证审核的内容不包括</w:t>
        <w:br/>
        <w:t>A.真  B.实  C.性  D.|</w:t>
        <w:br/>
        <w:t>【答案】D</w:t>
      </w:r>
    </w:p>
    <w:p>
      <w:r>
        <w:t>31. 固定资产折旧方法不包括</w:t>
        <w:br/>
        <w:t>A.年  B.限  C.平  D.均</w:t>
        <w:br/>
        <w:t>【答案】D  31. 固定资产折旧方法不包括</w:t>
        <w:br/>
        <w:t>A.年  B.限  C.平  D.均</w:t>
        <w:br/>
        <w:t>【答案】D</w:t>
      </w:r>
    </w:p>
    <w:p>
      <w:r>
        <w:t>32. 企业利润表中的核心指标是</w:t>
        <w:br/>
        <w:t>A.营  B.业  C.收  D.入</w:t>
        <w:br/>
        <w:t>【答案】C  32. 企业利润表中的核心指标是</w:t>
        <w:br/>
        <w:t>A.营  B.业  C.收  D.入</w:t>
        <w:br/>
        <w:t>【答案】C</w:t>
      </w:r>
    </w:p>
    <w:p>
      <w:r>
        <w:t>33. 会计的基本职能是</w:t>
        <w:br/>
        <w:t>A.核  B.算  C.与  D.监</w:t>
        <w:br/>
        <w:t>【答案】A  33. 会计的基本职能是</w:t>
        <w:br/>
        <w:t>A.核  B.算  C.与  D.监</w:t>
        <w:br/>
        <w:t>【答案】A</w:t>
      </w:r>
    </w:p>
    <w:p>
      <w:r>
        <w:t>34. 借贷记账法下，资产类账户的期末余额一般在</w:t>
        <w:br/>
        <w:t>A.借  B.方  C.|  D.贷</w:t>
        <w:br/>
        <w:t>【答案】A  34. 借贷记账法下，资产类账户的期末余额一般在</w:t>
        <w:br/>
        <w:t>A.借  B.方  C.|  D.贷</w:t>
        <w:br/>
        <w:t>【答案】A</w:t>
      </w:r>
    </w:p>
    <w:p>
      <w:r>
        <w:t>35. 资产负债表是反映企业什么状况的报表</w:t>
        <w:br/>
        <w:t>A.经  B.营  C.成  D.果</w:t>
        <w:br/>
        <w:t>【答案】B  35. 资产负债表是反映企业什么状况的报表</w:t>
        <w:br/>
        <w:t>A.经  B.营  C.成  D.果</w:t>
        <w:br/>
        <w:t>【答案】B</w:t>
      </w:r>
    </w:p>
    <w:p>
      <w:r>
        <w:t>36. 增值税一般纳税人适用的基本税率是</w:t>
        <w:br/>
        <w:t>A.1  B.3  C.%  D.|</w:t>
        <w:br/>
        <w:t>【答案】A  36. 增值税一般纳税人适用的基本税率是</w:t>
        <w:br/>
        <w:t>A.1  B.3  C.%  D.|</w:t>
        <w:br/>
        <w:t>【答案】A</w:t>
      </w:r>
    </w:p>
    <w:p>
      <w:r>
        <w:t>37. 会计科目与账户的关系是</w:t>
        <w:br/>
        <w:t>A.完  B.全  C.等  D.同</w:t>
        <w:br/>
        <w:t>【答案】B  37. 会计科目与账户的关系是</w:t>
        <w:br/>
        <w:t>A.完  B.全  C.等  D.同</w:t>
        <w:br/>
        <w:t>【答案】B</w:t>
      </w:r>
    </w:p>
    <w:p>
      <w:r>
        <w:t>38. 原始凭证审核的内容不包括</w:t>
        <w:br/>
        <w:t>A.真  B.实  C.性  D.|</w:t>
        <w:br/>
        <w:t>【答案】D  38. 原始凭证审核的内容不包括</w:t>
        <w:br/>
        <w:t>A.真  B.实  C.性  D.|</w:t>
        <w:br/>
        <w:t>【答案】D</w:t>
      </w:r>
    </w:p>
    <w:p>
      <w:r>
        <w:t>39. 固定资产折旧方法不包括</w:t>
        <w:br/>
        <w:t>A.年  B.限  C.平  D.均</w:t>
        <w:br/>
        <w:t>【答案】D  39. 固定资产折旧方法不包括</w:t>
        <w:br/>
        <w:t>A.年  B.限  C.平  D.均</w:t>
        <w:br/>
        <w:t>【答案】D</w:t>
      </w:r>
    </w:p>
    <w:p>
      <w:r>
        <w:t>40. 企业利润表中的核心指标是</w:t>
        <w:br/>
        <w:t>A.营  B.业  C.收  D.入</w:t>
        <w:br/>
        <w:t>【答案】C  40. 企业利润表中的核心指标是</w:t>
        <w:br/>
        <w:t>A.营  B.业  C.收  D.入</w:t>
        <w:br/>
        <w:t>【答案】C</w:t>
      </w:r>
    </w:p>
    <w:p>
      <w:r>
        <w:t>41. 会计的基本职能是</w:t>
        <w:br/>
        <w:t>A.核  B.算  C.与  D.监</w:t>
        <w:br/>
        <w:t>【答案】A  41. 会计的基本职能是</w:t>
        <w:br/>
        <w:t>A.核  B.算  C.与  D.监</w:t>
        <w:br/>
        <w:t>【答案】A</w:t>
      </w:r>
    </w:p>
    <w:p>
      <w:r>
        <w:t>42. 借贷记账法下，资产类账户的期末余额一般在</w:t>
        <w:br/>
        <w:t>A.借  B.方  C.|  D.贷</w:t>
        <w:br/>
        <w:t>【答案】A  42. 借贷记账法下，资产类账户的期末余额一般在</w:t>
        <w:br/>
        <w:t>A.借  B.方  C.|  D.贷</w:t>
        <w:br/>
        <w:t>【答案】A</w:t>
      </w:r>
    </w:p>
    <w:p>
      <w:r>
        <w:t>43. 资产负债表是反映企业什么状况的报表</w:t>
        <w:br/>
        <w:t>A.经  B.营  C.成  D.果</w:t>
        <w:br/>
        <w:t>【答案】B  43. 资产负债表是反映企业什么状况的报表</w:t>
        <w:br/>
        <w:t>A.经  B.营  C.成  D.果</w:t>
        <w:br/>
        <w:t>【答案】B</w:t>
      </w:r>
    </w:p>
    <w:p>
      <w:r>
        <w:t>44. 增值税一般纳税人适用的基本税率是</w:t>
        <w:br/>
        <w:t>A.1  B.3  C.%  D.|</w:t>
        <w:br/>
        <w:t>【答案】A  44. 增值税一般纳税人适用的基本税率是</w:t>
        <w:br/>
        <w:t>A.1  B.3  C.%  D.|</w:t>
        <w:br/>
        <w:t>【答案】A</w:t>
      </w:r>
    </w:p>
    <w:p>
      <w:r>
        <w:t>45. 会计科目与账户的关系是</w:t>
        <w:br/>
        <w:t>A.完  B.全  C.等  D.同</w:t>
        <w:br/>
        <w:t>【答案】B  45. 会计科目与账户的关系是</w:t>
        <w:br/>
        <w:t>A.完  B.全  C.等  D.同</w:t>
        <w:br/>
        <w:t>【答案】B</w:t>
      </w:r>
    </w:p>
    <w:p>
      <w:r>
        <w:t>46. 原始凭证审核的内容不包括</w:t>
        <w:br/>
        <w:t>A.真  B.实  C.性  D.|</w:t>
        <w:br/>
        <w:t>【答案】D  46. 原始凭证审核的内容不包括</w:t>
        <w:br/>
        <w:t>A.真  B.实  C.性  D.|</w:t>
        <w:br/>
        <w:t>【答案】D</w:t>
      </w:r>
    </w:p>
    <w:p>
      <w:r>
        <w:t>47. 固定资产折旧方法不包括</w:t>
        <w:br/>
        <w:t>A.年  B.限  C.平  D.均</w:t>
        <w:br/>
        <w:t>【答案】D  47. 固定资产折旧方法不包括</w:t>
        <w:br/>
        <w:t>A.年  B.限  C.平  D.均</w:t>
        <w:br/>
        <w:t>【答案】D</w:t>
      </w:r>
    </w:p>
    <w:p>
      <w:r>
        <w:t>48. 企业利润表中的核心指标是</w:t>
        <w:br/>
        <w:t>A.营  B.业  C.收  D.入</w:t>
        <w:br/>
        <w:t>【答案】C  48. 企业利润表中的核心指标是</w:t>
        <w:br/>
        <w:t>A.营  B.业  C.收  D.入</w:t>
        <w:br/>
        <w:t>【答案】C</w:t>
      </w:r>
    </w:p>
    <w:p>
      <w:r>
        <w:t>49. 会计的基本职能是</w:t>
        <w:br/>
        <w:t>A.核  B.算  C.与  D.监</w:t>
        <w:br/>
        <w:t>【答案】A  49. 会计的基本职能是</w:t>
        <w:br/>
        <w:t>A.核  B.算  C.与  D.监</w:t>
        <w:br/>
        <w:t>【答案】A</w:t>
      </w:r>
    </w:p>
    <w:p>
      <w:r>
        <w:t>50. 借贷记账法下，资产类账户的期末余额一般在</w:t>
        <w:br/>
        <w:t>A.借  B.方  C.|  D.贷</w:t>
        <w:br/>
        <w:t>【答案】A  50. 借贷记账法下，资产类账户的期末余额一般在</w:t>
        <w:br/>
        <w:t>A.借  B.方  C.|  D.贷</w:t>
        <w:br/>
        <w:t>【答案】A</w:t>
      </w:r>
    </w:p>
    <w:p>
      <w:r>
        <w:t>【二、多项选择题（每题2分，共40分）】</w:t>
      </w:r>
    </w:p>
    <w:p>
      <w:r>
        <w:t>51. 会计信息质量要求包括</w:t>
        <w:br/>
        <w:t>A.可  B.靠  C.性  D.|</w:t>
        <w:br/>
        <w:t>【答案】ABCD  51. 会计信息质量要求包括</w:t>
        <w:br/>
        <w:t>A.可  B.靠  C.性  D.|</w:t>
        <w:br/>
        <w:t>【答案】ABCD</w:t>
      </w:r>
    </w:p>
    <w:p>
      <w:r>
        <w:t>52. 负债的特征包括</w:t>
        <w:br/>
        <w:t>A.过  B.去  C.交  D.易</w:t>
        <w:br/>
        <w:t>【答案】ABC  52. 负债的特征包括</w:t>
        <w:br/>
        <w:t>A.过  B.去  C.交  D.易</w:t>
        <w:br/>
        <w:t>【答案】ABC</w:t>
      </w:r>
    </w:p>
    <w:p>
      <w:r>
        <w:t>53. 财务报表包括</w:t>
        <w:br/>
        <w:t>A.资  B.产  C.负  D.债</w:t>
        <w:br/>
        <w:t>【答案】ABCD  53. 财务报表包括</w:t>
        <w:br/>
        <w:t>A.资  B.产  C.负  D.债</w:t>
        <w:br/>
        <w:t>【答案】ABCD</w:t>
      </w:r>
    </w:p>
    <w:p>
      <w:r>
        <w:t>54. 增值税的计税方法包括</w:t>
        <w:br/>
        <w:t>A.一  B.般  C.计  D.税</w:t>
        <w:br/>
        <w:t>【答案】AB  54. 增值税的计税方法包括</w:t>
        <w:br/>
        <w:t>A.一  B.般  C.计  D.税</w:t>
        <w:br/>
        <w:t>【答案】AB</w:t>
      </w:r>
    </w:p>
    <w:p>
      <w:r>
        <w:t>55. 现金管理内部控制制度包括</w:t>
        <w:br/>
        <w:t>A.钱  B.账  C.分  D.管</w:t>
        <w:br/>
        <w:t>【答案】ABCD  55. 现金管理内部控制制度包括</w:t>
        <w:br/>
        <w:t>A.钱  B.账  C.分  D.管</w:t>
        <w:br/>
        <w:t>【答案】ABCD</w:t>
      </w:r>
    </w:p>
    <w:p>
      <w:r>
        <w:t>56. 会计凭证包括</w:t>
        <w:br/>
        <w:t>A.原  B.始  C.凭  D.证</w:t>
        <w:br/>
        <w:t>【答案】AB  56. 会计凭证包括</w:t>
        <w:br/>
        <w:t>A.原  B.始  C.凭  D.证</w:t>
        <w:br/>
        <w:t>【答案】AB</w:t>
      </w:r>
    </w:p>
    <w:p>
      <w:r>
        <w:t>57. 固定资产的后续支出包括</w:t>
        <w:br/>
        <w:t>A.维  B.修  C.|  D.改</w:t>
        <w:br/>
        <w:t>【答案】ABC  57. 固定资产的后续支出包括</w:t>
        <w:br/>
        <w:t>A.维  B.修  C.|  D.改</w:t>
        <w:br/>
        <w:t>【答案】ABC</w:t>
      </w:r>
    </w:p>
    <w:p>
      <w:r>
        <w:t>58. 应付职工薪酬包括</w:t>
        <w:br/>
        <w:t>A.工  B.资  C.|  D.奖</w:t>
        <w:br/>
        <w:t>【答案】ABCD  58. 应付职工薪酬包括</w:t>
        <w:br/>
        <w:t>A.工  B.资  C.|  D.奖</w:t>
        <w:br/>
        <w:t>【答案】ABCD</w:t>
      </w:r>
    </w:p>
    <w:p>
      <w:r>
        <w:t>59. 会计信息质量要求包括</w:t>
        <w:br/>
        <w:t>A.可  B.靠  C.性  D.|</w:t>
        <w:br/>
        <w:t>【答案】ABCD  59. 会计信息质量要求包括</w:t>
        <w:br/>
        <w:t>A.可  B.靠  C.性  D.|</w:t>
        <w:br/>
        <w:t>【答案】ABCD</w:t>
      </w:r>
    </w:p>
    <w:p>
      <w:r>
        <w:t>60. 负债的特征包括</w:t>
        <w:br/>
        <w:t>A.过  B.去  C.交  D.易</w:t>
        <w:br/>
        <w:t>【答案】ABC  60. 负债的特征包括</w:t>
        <w:br/>
        <w:t>A.过  B.去  C.交  D.易</w:t>
        <w:br/>
        <w:t>【答案】ABC</w:t>
      </w:r>
    </w:p>
    <w:p>
      <w:r>
        <w:t>61. 财务报表包括</w:t>
        <w:br/>
        <w:t>A.资  B.产  C.负  D.债</w:t>
        <w:br/>
        <w:t>【答案】ABCD  61. 财务报表包括</w:t>
        <w:br/>
        <w:t>A.资  B.产  C.负  D.债</w:t>
        <w:br/>
        <w:t>【答案】ABCD</w:t>
      </w:r>
    </w:p>
    <w:p>
      <w:r>
        <w:t>62. 增值税的计税方法包括</w:t>
        <w:br/>
        <w:t>A.一  B.般  C.计  D.税</w:t>
        <w:br/>
        <w:t>【答案】AB  62. 增值税的计税方法包括</w:t>
        <w:br/>
        <w:t>A.一  B.般  C.计  D.税</w:t>
        <w:br/>
        <w:t>【答案】AB</w:t>
      </w:r>
    </w:p>
    <w:p>
      <w:r>
        <w:t>63. 现金管理内部控制制度包括</w:t>
        <w:br/>
        <w:t>A.钱  B.账  C.分  D.管</w:t>
        <w:br/>
        <w:t>【答案】ABCD  63. 现金管理内部控制制度包括</w:t>
        <w:br/>
        <w:t>A.钱  B.账  C.分  D.管</w:t>
        <w:br/>
        <w:t>【答案】ABCD</w:t>
      </w:r>
    </w:p>
    <w:p>
      <w:r>
        <w:t>64. 会计凭证包括</w:t>
        <w:br/>
        <w:t>A.原  B.始  C.凭  D.证</w:t>
        <w:br/>
        <w:t>【答案】AB  64. 会计凭证包括</w:t>
        <w:br/>
        <w:t>A.原  B.始  C.凭  D.证</w:t>
        <w:br/>
        <w:t>【答案】AB</w:t>
      </w:r>
    </w:p>
    <w:p>
      <w:r>
        <w:t>65. 固定资产的后续支出包括</w:t>
        <w:br/>
        <w:t>A.维  B.修  C.|  D.改</w:t>
        <w:br/>
        <w:t>【答案】ABC  65. 固定资产的后续支出包括</w:t>
        <w:br/>
        <w:t>A.维  B.修  C.|  D.改</w:t>
        <w:br/>
        <w:t>【答案】ABC</w:t>
      </w:r>
    </w:p>
    <w:p>
      <w:r>
        <w:t>66. 应付职工薪酬包括</w:t>
        <w:br/>
        <w:t>A.工  B.资  C.|  D.奖</w:t>
        <w:br/>
        <w:t>【答案】ABCD  66. 应付职工薪酬包括</w:t>
        <w:br/>
        <w:t>A.工  B.资  C.|  D.奖</w:t>
        <w:br/>
        <w:t>【答案】ABCD</w:t>
      </w:r>
    </w:p>
    <w:p>
      <w:r>
        <w:t>67. 会计信息质量要求包括</w:t>
        <w:br/>
        <w:t>A.可  B.靠  C.性  D.|</w:t>
        <w:br/>
        <w:t>【答案】ABCD  67. 会计信息质量要求包括</w:t>
        <w:br/>
        <w:t>A.可  B.靠  C.性  D.|</w:t>
        <w:br/>
        <w:t>【答案】ABCD</w:t>
      </w:r>
    </w:p>
    <w:p>
      <w:r>
        <w:t>68. 负债的特征包括</w:t>
        <w:br/>
        <w:t>A.过  B.去  C.交  D.易</w:t>
        <w:br/>
        <w:t>【答案】ABC  68. 负债的特征包括</w:t>
        <w:br/>
        <w:t>A.过  B.去  C.交  D.易</w:t>
        <w:br/>
        <w:t>【答案】ABC</w:t>
      </w:r>
    </w:p>
    <w:p>
      <w:r>
        <w:t>69. 财务报表包括</w:t>
        <w:br/>
        <w:t>A.资  B.产  C.负  D.债</w:t>
        <w:br/>
        <w:t>【答案】ABCD  69. 财务报表包括</w:t>
        <w:br/>
        <w:t>A.资  B.产  C.负  D.债</w:t>
        <w:br/>
        <w:t>【答案】ABCD</w:t>
      </w:r>
    </w:p>
    <w:p>
      <w:r>
        <w:t>70. 增值税的计税方法包括</w:t>
        <w:br/>
        <w:t>A.一  B.般  C.计  D.税</w:t>
        <w:br/>
        <w:t>【答案】AB  70. 增值税的计税方法包括</w:t>
        <w:br/>
        <w:t>A.一  B.般  C.计  D.税</w:t>
        <w:br/>
        <w:t>【答案】AB</w:t>
      </w:r>
    </w:p>
    <w:p>
      <w:r>
        <w:t>【三、判断题（每题1分，共20分）】</w:t>
      </w:r>
    </w:p>
    <w:p>
      <w:r>
        <w:t>71. 会计凭证是登记账簿的依据  71. 会计凭证是登记账簿的依据。（对/错）</w:t>
        <w:br/>
        <w:t>【答案】对</w:t>
      </w:r>
    </w:p>
    <w:p>
      <w:r>
        <w:t>72. 所有企业都适用小企业会计准则  72. 所有企业都适用小企业会计准则。（对/错）</w:t>
        <w:br/>
        <w:t>【答案】错</w:t>
      </w:r>
    </w:p>
    <w:p>
      <w:r>
        <w:t>73. 资产负债表按权责发生制编制  73. 资产负债表按权责发生制编制。（对/错）</w:t>
        <w:br/>
        <w:t>【答案】错</w:t>
      </w:r>
    </w:p>
    <w:p>
      <w:r>
        <w:t>74. 增值税是价内税  74. 增值税是价内税。（对/错）</w:t>
        <w:br/>
        <w:t>【答案】错</w:t>
      </w:r>
    </w:p>
    <w:p>
      <w:r>
        <w:t>75. 会计档案保管期限由企业自行决定  75. 会计档案保管期限由企业自行决定。（对/错）</w:t>
        <w:br/>
        <w:t>【答案】错</w:t>
      </w:r>
    </w:p>
    <w:p>
      <w:r>
        <w:t>76. 企业可以随意变更会计政策  76. 企业可以随意变更会计政策。（对/错）</w:t>
        <w:br/>
        <w:t>【答案】错</w:t>
      </w:r>
    </w:p>
    <w:p>
      <w:r>
        <w:t>77. 利润表中的净利润等于利润总额减所得税费用  77. 利润表中的净利润等于利润总额减所得税费用。（对/错）</w:t>
        <w:br/>
        <w:t>【答案】对</w:t>
      </w:r>
    </w:p>
    <w:p>
      <w:r>
        <w:t>78. 出纳可以兼管会计档案  78. 出纳可以兼管会计档案。（对/错）</w:t>
        <w:br/>
        <w:t>【答案】错</w:t>
      </w:r>
    </w:p>
    <w:p>
      <w:r>
        <w:t>79. 会计凭证是登记账簿的依据  79. 会计凭证是登记账簿的依据。（对/错）</w:t>
        <w:br/>
        <w:t>【答案】对</w:t>
      </w:r>
    </w:p>
    <w:p>
      <w:r>
        <w:t>80. 所有企业都适用小企业会计准则  80. 所有企业都适用小企业会计准则。（对/错）</w:t>
        <w:br/>
        <w:t>【答案】错</w:t>
      </w:r>
    </w:p>
    <w:p>
      <w:r>
        <w:t>81. 资产负债表按权责发生制编制  81. 资产负债表按权责发生制编制。（对/错）</w:t>
        <w:br/>
        <w:t>【答案】错</w:t>
      </w:r>
    </w:p>
    <w:p>
      <w:r>
        <w:t>82. 增值税是价内税  82. 增值税是价内税。（对/错）</w:t>
        <w:br/>
        <w:t>【答案】错</w:t>
      </w:r>
    </w:p>
    <w:p>
      <w:r>
        <w:t>83. 会计档案保管期限由企业自行决定  83. 会计档案保管期限由企业自行决定。（对/错）</w:t>
        <w:br/>
        <w:t>【答案】错</w:t>
      </w:r>
    </w:p>
    <w:p>
      <w:r>
        <w:t>84. 企业可以随意变更会计政策  84. 企业可以随意变更会计政策。（对/错）</w:t>
        <w:br/>
        <w:t>【答案】错</w:t>
      </w:r>
    </w:p>
    <w:p>
      <w:r>
        <w:t>85. 利润表中的净利润等于利润总额减所得税费用  85. 利润表中的净利润等于利润总额减所得税费用。（对/错）</w:t>
        <w:br/>
        <w:t>【答案】对</w:t>
      </w:r>
    </w:p>
    <w:p>
      <w:r>
        <w:t>86. 出纳可以兼管会计档案  86. 出纳可以兼管会计档案。（对/错）</w:t>
        <w:br/>
        <w:t>【答案】错</w:t>
      </w:r>
    </w:p>
    <w:p>
      <w:r>
        <w:t>87. 会计凭证是登记账簿的依据  87. 会计凭证是登记账簿的依据。（对/错）</w:t>
        <w:br/>
        <w:t>【答案】对</w:t>
      </w:r>
    </w:p>
    <w:p>
      <w:r>
        <w:t>88. 所有企业都适用小企业会计准则  88. 所有企业都适用小企业会计准则。（对/错）</w:t>
        <w:br/>
        <w:t>【答案】错</w:t>
      </w:r>
    </w:p>
    <w:p>
      <w:r>
        <w:t>89. 资产负债表按权责发生制编制  89. 资产负债表按权责发生制编制。（对/错）</w:t>
        <w:br/>
        <w:t>【答案】错</w:t>
      </w:r>
    </w:p>
    <w:p>
      <w:r>
        <w:t>90. 增值税是价内税  90. 增值税是价内税。（对/错）</w:t>
        <w:br/>
        <w:t>【答案】错</w:t>
      </w:r>
    </w:p>
    <w:p>
      <w:r>
        <w:t>【四、简答题（每题3分，共30分）】</w:t>
      </w:r>
    </w:p>
    <w:p>
      <w:r>
        <w:t>91. 简述会计凭证审核的内容  91. 简述会计凭证审核的内容。</w:t>
        <w:br/>
        <w:t>【答案】真实性、合法性、合理性、完整性、正确性</w:t>
      </w:r>
    </w:p>
    <w:p>
      <w:r>
        <w:t>92. 什么是权责发生制？</w:t>
        <w:br/>
        <w:t>【答案】以权利和责任的发生来确定收入和费用归属期的原则  92. 什么是权责发生制？</w:t>
        <w:br/>
        <w:t>【答案】以权利和责任的发生来确定收入和费用归属期的原则</w:t>
      </w:r>
    </w:p>
    <w:p>
      <w:r>
        <w:t>93. 简述资产负债表的编制原理  93. 简述资产负债表的编制原理。</w:t>
        <w:br/>
        <w:t>【答案】资产=负债+所有者权益</w:t>
      </w:r>
    </w:p>
    <w:p>
      <w:r>
        <w:t>94. 会计档案保管期限如何规定？</w:t>
        <w:br/>
        <w:t>【答案】按规定分类保管30年/10年/永久等  94. 会计档案保管期限如何规定？</w:t>
        <w:br/>
        <w:t>【答案】按规定分类保管30年/10年/永久等</w:t>
      </w:r>
    </w:p>
    <w:p>
      <w:r>
        <w:t>95. 简述会计凭证审核的内容  95. 简述会计凭证审核的内容。</w:t>
        <w:br/>
        <w:t>【答案】真实性、合法性、合理性、完整性、正确性</w:t>
      </w:r>
    </w:p>
    <w:p>
      <w:r>
        <w:t>96. 什么是权责发生制？</w:t>
        <w:br/>
        <w:t>【答案】以权利和责任的发生来确定收入和费用归属期的原则  96. 什么是权责发生制？</w:t>
        <w:br/>
        <w:t>【答案】以权利和责任的发生来确定收入和费用归属期的原则</w:t>
      </w:r>
    </w:p>
    <w:p>
      <w:r>
        <w:t>97. 简述资产负债表的编制原理  97. 简述资产负债表的编制原理。</w:t>
        <w:br/>
        <w:t>【答案】资产=负债+所有者权益</w:t>
      </w:r>
    </w:p>
    <w:p>
      <w:r>
        <w:t>98. 会计档案保管期限如何规定？</w:t>
        <w:br/>
        <w:t>【答案】按规定分类保管30年/10年/永久等  98. 会计档案保管期限如何规定？</w:t>
        <w:br/>
        <w:t>【答案】按规定分类保管30年/10年/永久等</w:t>
      </w:r>
    </w:p>
    <w:p>
      <w:r>
        <w:t>99. 简述会计凭证审核的内容  99. 简述会计凭证审核的内容。</w:t>
        <w:br/>
        <w:t>【答案】真实性、合法性、合理性、完整性、正确性</w:t>
      </w:r>
    </w:p>
    <w:p>
      <w:r>
        <w:t>100. 什么是权责发生制？</w:t>
        <w:br/>
        <w:t>【答案】以权利和责任的发生来确定收入和费用归属期的原则  100. 什么是权责发生制？</w:t>
        <w:br/>
        <w:t>【答案】以权利和责任的发生来确定收入和费用归属期的原则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