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困难补助申请书范文（家庭困难补助+医疗救助）</w:t>
      </w:r>
    </w:p>
    <w:p>
      <w:r>
        <w:t>遇到困难需要申请补助，申请书怎么写才规范？小编整理了困难补助申请书范文，包含家庭困难补助、医疗救助两种场景，教你把家庭情况、困难原因、申请诉求写清楚。</w:t>
      </w:r>
    </w:p>
    <w:p>
      <w:r>
        <w:t>亮点：①两种场景范文；②情况说明写法（困难原因+家庭收入+现有负担）；③附件材料清单；④语气恳切不夸张。网页是预览版，下载Word完整版可编辑使用。? 免费下载Word完整版（可直接打印编辑）</w:t>
      </w:r>
    </w:p>
    <w:p>
      <w:pPr>
        <w:pStyle w:val="Heading1"/>
      </w:pPr>
      <w:r>
        <w:t>家庭困难补助申请书（节选）</w:t>
      </w:r>
    </w:p>
    <w:p>
      <w:r>
        <w:t>尊敬的XX（村委会/社区/单位领导）：</w:t>
      </w:r>
    </w:p>
    <w:p>
      <w:r>
        <w:t>我叫XXX，家庭住址在XXX，家庭人口X人。现因家庭经济困难，特向组织申请困难补助，现将家庭情况说明如下：</w:t>
      </w:r>
    </w:p>
    <w:p>
      <w:r>
        <w:t>一、家庭基本情况：本人目前在XX（职业），月收入约XX元；配偶XX（职业/无业），月收入约XX元；赡养老人X人，抚养子女X人（其中X人正在上学）。</w:t>
      </w:r>
    </w:p>
    <w:p>
      <w:r>
        <w:t>二、困难原因：本人（家属）于20XX年X月被确诊为XX疾病，先后住院治疗X次，自付医疗费用约XX元，后续仍需长期服药治疗，每月药费约XX元。家庭收入主要用于医疗支出和教育支出，入不敷出，生活十分困难。</w:t>
      </w:r>
    </w:p>
    <w:p>
      <w:r>
        <w:t>三、申请诉求：恳请组织在政策范围内给予困难补助，以解燃眉之急。本人承诺所提供材料真实有效。</w:t>
      </w:r>
    </w:p>
    <w:p>
      <w:r>
        <w:t>此致</w:t>
      </w:r>
    </w:p>
    <w:p>
      <w:r>
        <w:t>敬礼！</w:t>
      </w:r>
    </w:p>
    <w:p>
      <w:r>
        <w:t>申请人：XXX</w:t>
      </w:r>
    </w:p>
    <w:p>
      <w:r>
        <w:t>2026年X月X日? 写作要点：①困难原因写具体（疾病、失业、灾害等）；②收入和支出写清楚，用数字说话；③附诊断证明、医疗费票据等材料。完整版含医疗救助范文见Word。?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