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宋体" w:hAnsi="宋体" w:eastAsia="宋体"/>
          <w:b/>
          <w:sz w:val="36"/>
        </w:rPr>
        <w:t>2026—2027年社会工作者职业水平考试（初级）全真模拟试卷及答案解析</w:t>
      </w:r>
    </w:p>
    <w:p>
      <w:pPr>
        <w:jc w:val="center"/>
      </w:pPr>
      <w:r>
        <w:rPr>
          <w:rFonts w:ascii="宋体" w:hAnsi="宋体" w:eastAsia="宋体"/>
          <w:b w:val="0"/>
          <w:sz w:val="22"/>
        </w:rPr>
        <w:t>科目：社会工作综合能力（初级）｜含最新考试通知+100题全真模拟｜网友投稿·海拉尔司机老张整理</w:t>
      </w:r>
    </w:p>
    <w:p>
      <w:r>
        <w:rPr>
          <w:rFonts w:ascii="宋体" w:hAnsi="宋体" w:eastAsia="宋体"/>
          <w:b/>
          <w:sz w:val="26"/>
        </w:rPr>
        <w:t>一、最新考试通知（2026年10月核实）</w:t>
      </w:r>
    </w:p>
    <w:p>
      <w:r>
        <w:rPr>
          <w:rFonts w:ascii="宋体" w:hAnsi="宋体" w:eastAsia="宋体"/>
          <w:b w:val="0"/>
          <w:sz w:val="22"/>
        </w:rPr>
        <w:t>1. 考试名称：2026年度全国社会工作者职业资格考试（初、中、高级），由人力资源和社会保障部统一组织。</w:t>
      </w:r>
    </w:p>
    <w:p>
      <w:r>
        <w:rPr>
          <w:rFonts w:ascii="宋体" w:hAnsi="宋体" w:eastAsia="宋体"/>
          <w:b w:val="0"/>
          <w:sz w:val="22"/>
        </w:rPr>
        <w:t>2. 官方报名入口：中国人事考试网 www.cpta.com.cn（全国专业技术人员资格考试报名服务平台）。报考提醒见 http://www.cpta.com.cn/examNotice/2132.html 。</w:t>
      </w:r>
    </w:p>
    <w:p>
      <w:r>
        <w:rPr>
          <w:rFonts w:ascii="宋体" w:hAnsi="宋体" w:eastAsia="宋体"/>
          <w:b w:val="0"/>
          <w:sz w:val="22"/>
        </w:rPr>
        <w:t>3. 2026年度时间安排（已结束）：报名为2026年3月（各省略有差异，多在3月9日—3月26日之间网上报名、缴费）；考试时间为2026年5月23日—24日。</w:t>
      </w:r>
    </w:p>
    <w:p>
      <w:r>
        <w:rPr>
          <w:rFonts w:ascii="宋体" w:hAnsi="宋体" w:eastAsia="宋体"/>
          <w:b w:val="0"/>
          <w:sz w:val="22"/>
        </w:rPr>
        <w:t>4. 考试科目：初级考《社会工作综合能力（初级）》《社会工作实务（初级）》两科，均为客观题；中级加试《社会工作法规与政策》，《实务》为主观题。</w:t>
      </w:r>
    </w:p>
    <w:p>
      <w:r>
        <w:rPr>
          <w:rFonts w:ascii="宋体" w:hAnsi="宋体" w:eastAsia="宋体"/>
          <w:b w:val="0"/>
          <w:sz w:val="22"/>
        </w:rPr>
        <w:t>5. 面向2027年备考：参考历年规律，预计2027年仍为上半年3月报名、5月考试，具体以中国人事考试网及各省人事考试网公告为准。请以官方最新通知为准，切勿轻信“包过”“内部名额”。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/>
          <w:sz w:val="26"/>
        </w:rPr>
        <w:t>二、模拟试卷说明</w:t>
      </w:r>
    </w:p>
    <w:p>
      <w:r>
        <w:rPr>
          <w:rFonts w:ascii="宋体" w:hAnsi="宋体" w:eastAsia="宋体"/>
          <w:b w:val="0"/>
          <w:sz w:val="22"/>
        </w:rPr>
        <w:t>本试卷依据该科目全国统一考试大纲的常见题型与分值结构编写，共100题，含单项选择题、多项选择题、判断题（部分科目含简答/案例分析）。建议闭卷计时完成后再对照答案解析。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/>
          <w:sz w:val="26"/>
        </w:rPr>
        <w:t>三、试题</w:t>
      </w:r>
    </w:p>
    <w:p>
      <w:r>
        <w:rPr>
          <w:rFonts w:ascii="宋体" w:hAnsi="宋体" w:eastAsia="宋体"/>
          <w:b w:val="0"/>
          <w:sz w:val="22"/>
        </w:rPr>
        <w:t>【社工初级·单选题 第1题】社会工作的核心目标是（　）。</w:t>
      </w:r>
    </w:p>
    <w:p>
      <w:r>
        <w:rPr>
          <w:rFonts w:ascii="宋体" w:hAnsi="宋体" w:eastAsia="宋体"/>
          <w:b w:val="0"/>
          <w:sz w:val="22"/>
        </w:rPr>
        <w:t xml:space="preserve">　A. 为案主解决问题、促进其正常生活与发展</w:t>
      </w:r>
    </w:p>
    <w:p>
      <w:r>
        <w:rPr>
          <w:rFonts w:ascii="宋体" w:hAnsi="宋体" w:eastAsia="宋体"/>
          <w:b w:val="0"/>
          <w:sz w:val="22"/>
        </w:rPr>
        <w:t xml:space="preserve">　B. 赚取服务报酬</w:t>
      </w:r>
    </w:p>
    <w:p>
      <w:r>
        <w:rPr>
          <w:rFonts w:ascii="宋体" w:hAnsi="宋体" w:eastAsia="宋体"/>
          <w:b w:val="0"/>
          <w:sz w:val="22"/>
        </w:rPr>
        <w:t xml:space="preserve">　C. 完成政府考核指标</w:t>
      </w:r>
    </w:p>
    <w:p>
      <w:r>
        <w:rPr>
          <w:rFonts w:ascii="宋体" w:hAnsi="宋体" w:eastAsia="宋体"/>
          <w:b w:val="0"/>
          <w:sz w:val="22"/>
        </w:rPr>
        <w:t xml:space="preserve">　D. 扩大机构规模</w:t>
      </w:r>
    </w:p>
    <w:p>
      <w:r>
        <w:rPr>
          <w:rFonts w:ascii="宋体" w:hAnsi="宋体" w:eastAsia="宋体"/>
          <w:b w:val="0"/>
          <w:sz w:val="22"/>
        </w:rPr>
        <w:t>答案：A　解析：社会工作以助人为本，核心是帮助服务对象解决困难、恢复和发展社会功能。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第2题】社会工作区别于一般慈善活动的重要特征是（　）。</w:t>
      </w:r>
    </w:p>
    <w:p>
      <w:r>
        <w:rPr>
          <w:rFonts w:ascii="宋体" w:hAnsi="宋体" w:eastAsia="宋体"/>
          <w:b w:val="0"/>
          <w:sz w:val="22"/>
        </w:rPr>
        <w:t xml:space="preserve">　A. 随意性</w:t>
      </w:r>
    </w:p>
    <w:p>
      <w:r>
        <w:rPr>
          <w:rFonts w:ascii="宋体" w:hAnsi="宋体" w:eastAsia="宋体"/>
          <w:b w:val="0"/>
          <w:sz w:val="22"/>
        </w:rPr>
        <w:t xml:space="preserve">　B. 专业价值观与专业方法</w:t>
      </w:r>
    </w:p>
    <w:p>
      <w:r>
        <w:rPr>
          <w:rFonts w:ascii="宋体" w:hAnsi="宋体" w:eastAsia="宋体"/>
          <w:b w:val="0"/>
          <w:sz w:val="22"/>
        </w:rPr>
        <w:t xml:space="preserve">　C. 无偿捐赠</w:t>
      </w:r>
    </w:p>
    <w:p>
      <w:r>
        <w:rPr>
          <w:rFonts w:ascii="宋体" w:hAnsi="宋体" w:eastAsia="宋体"/>
          <w:b w:val="0"/>
          <w:sz w:val="22"/>
        </w:rPr>
        <w:t xml:space="preserve">　D. 临时性</w:t>
      </w:r>
    </w:p>
    <w:p>
      <w:r>
        <w:rPr>
          <w:rFonts w:ascii="宋体" w:hAnsi="宋体" w:eastAsia="宋体"/>
          <w:b w:val="0"/>
          <w:sz w:val="22"/>
        </w:rPr>
        <w:t>答案：B　解析：社会工作是职业化、专业化的助人活动，强调专业价值观和科学方法。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第3题】社会工作在本质上属于（　）。</w:t>
      </w:r>
    </w:p>
    <w:p>
      <w:r>
        <w:rPr>
          <w:rFonts w:ascii="宋体" w:hAnsi="宋体" w:eastAsia="宋体"/>
          <w:b w:val="0"/>
          <w:sz w:val="22"/>
        </w:rPr>
        <w:t xml:space="preserve">　A. 第一产业</w:t>
      </w:r>
    </w:p>
    <w:p>
      <w:r>
        <w:rPr>
          <w:rFonts w:ascii="宋体" w:hAnsi="宋体" w:eastAsia="宋体"/>
          <w:b w:val="0"/>
          <w:sz w:val="22"/>
        </w:rPr>
        <w:t xml:space="preserve">　B. 第二产业</w:t>
      </w:r>
    </w:p>
    <w:p>
      <w:r>
        <w:rPr>
          <w:rFonts w:ascii="宋体" w:hAnsi="宋体" w:eastAsia="宋体"/>
          <w:b w:val="0"/>
          <w:sz w:val="22"/>
        </w:rPr>
        <w:t xml:space="preserve">　C. 公益服务/第三产业</w:t>
      </w:r>
    </w:p>
    <w:p>
      <w:r>
        <w:rPr>
          <w:rFonts w:ascii="宋体" w:hAnsi="宋体" w:eastAsia="宋体"/>
          <w:b w:val="0"/>
          <w:sz w:val="22"/>
        </w:rPr>
        <w:t xml:space="preserve">　D. 军事活动</w:t>
      </w:r>
    </w:p>
    <w:p>
      <w:r>
        <w:rPr>
          <w:rFonts w:ascii="宋体" w:hAnsi="宋体" w:eastAsia="宋体"/>
          <w:b w:val="0"/>
          <w:sz w:val="22"/>
        </w:rPr>
        <w:t>答案：C　解析：社会工作是面向人的专业服务，属于现代服务业和社会公益事业。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第4题】国际社会工作者联合会把社会工作界定为促进社会改变、关系增强以及（　）的学科。</w:t>
      </w:r>
    </w:p>
    <w:p>
      <w:r>
        <w:rPr>
          <w:rFonts w:ascii="宋体" w:hAnsi="宋体" w:eastAsia="宋体"/>
          <w:b w:val="0"/>
          <w:sz w:val="22"/>
        </w:rPr>
        <w:t xml:space="preserve">　A. 人的解放和福祉</w:t>
      </w:r>
    </w:p>
    <w:p>
      <w:r>
        <w:rPr>
          <w:rFonts w:ascii="宋体" w:hAnsi="宋体" w:eastAsia="宋体"/>
          <w:b w:val="0"/>
          <w:sz w:val="22"/>
        </w:rPr>
        <w:t xml:space="preserve">　B. 经济增长</w:t>
      </w:r>
    </w:p>
    <w:p>
      <w:r>
        <w:rPr>
          <w:rFonts w:ascii="宋体" w:hAnsi="宋体" w:eastAsia="宋体"/>
          <w:b w:val="0"/>
          <w:sz w:val="22"/>
        </w:rPr>
        <w:t xml:space="preserve">　C. 政治稳定</w:t>
      </w:r>
    </w:p>
    <w:p>
      <w:r>
        <w:rPr>
          <w:rFonts w:ascii="宋体" w:hAnsi="宋体" w:eastAsia="宋体"/>
          <w:b w:val="0"/>
          <w:sz w:val="22"/>
        </w:rPr>
        <w:t xml:space="preserve">　D. 军事强大</w:t>
      </w:r>
    </w:p>
    <w:p>
      <w:r>
        <w:rPr>
          <w:rFonts w:ascii="宋体" w:hAnsi="宋体" w:eastAsia="宋体"/>
          <w:b w:val="0"/>
          <w:sz w:val="22"/>
        </w:rPr>
        <w:t>答案：A　解析：IFSW定义强调社会工作促进社会变迁、关系协调与人的福祉。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第5题】社会工作的对象最初主要是（　）。</w:t>
      </w:r>
    </w:p>
    <w:p>
      <w:r>
        <w:rPr>
          <w:rFonts w:ascii="宋体" w:hAnsi="宋体" w:eastAsia="宋体"/>
          <w:b w:val="0"/>
          <w:sz w:val="22"/>
        </w:rPr>
        <w:t xml:space="preserve">　A. 富裕阶层</w:t>
      </w:r>
    </w:p>
    <w:p>
      <w:r>
        <w:rPr>
          <w:rFonts w:ascii="宋体" w:hAnsi="宋体" w:eastAsia="宋体"/>
          <w:b w:val="0"/>
          <w:sz w:val="22"/>
        </w:rPr>
        <w:t xml:space="preserve">　B. 困难群体、弱势群体</w:t>
      </w:r>
    </w:p>
    <w:p>
      <w:r>
        <w:rPr>
          <w:rFonts w:ascii="宋体" w:hAnsi="宋体" w:eastAsia="宋体"/>
          <w:b w:val="0"/>
          <w:sz w:val="22"/>
        </w:rPr>
        <w:t xml:space="preserve">　C. 政府公务员</w:t>
      </w:r>
    </w:p>
    <w:p>
      <w:r>
        <w:rPr>
          <w:rFonts w:ascii="宋体" w:hAnsi="宋体" w:eastAsia="宋体"/>
          <w:b w:val="0"/>
          <w:sz w:val="22"/>
        </w:rPr>
        <w:t xml:space="preserve">　D. 企业高管</w:t>
      </w:r>
    </w:p>
    <w:p>
      <w:r>
        <w:rPr>
          <w:rFonts w:ascii="宋体" w:hAnsi="宋体" w:eastAsia="宋体"/>
          <w:b w:val="0"/>
          <w:sz w:val="22"/>
        </w:rPr>
        <w:t>答案：B　解析：社会工作最初以贫困者、老弱病残等最需要帮助的群体为对象。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第6题】下列属于社会工作基本对象的是（　）。</w:t>
      </w:r>
    </w:p>
    <w:p>
      <w:r>
        <w:rPr>
          <w:rFonts w:ascii="宋体" w:hAnsi="宋体" w:eastAsia="宋体"/>
          <w:b w:val="0"/>
          <w:sz w:val="22"/>
        </w:rPr>
        <w:t xml:space="preserve">　A. 社区里的独居孤寡老人</w:t>
      </w:r>
    </w:p>
    <w:p>
      <w:r>
        <w:rPr>
          <w:rFonts w:ascii="宋体" w:hAnsi="宋体" w:eastAsia="宋体"/>
          <w:b w:val="0"/>
          <w:sz w:val="22"/>
        </w:rPr>
        <w:t xml:space="preserve">　B. 民营企业主</w:t>
      </w:r>
    </w:p>
    <w:p>
      <w:r>
        <w:rPr>
          <w:rFonts w:ascii="宋体" w:hAnsi="宋体" w:eastAsia="宋体"/>
          <w:b w:val="0"/>
          <w:sz w:val="22"/>
        </w:rPr>
        <w:t xml:space="preserve">　C. 高校在职教师</w:t>
      </w:r>
    </w:p>
    <w:p>
      <w:r>
        <w:rPr>
          <w:rFonts w:ascii="宋体" w:hAnsi="宋体" w:eastAsia="宋体"/>
          <w:b w:val="0"/>
          <w:sz w:val="22"/>
        </w:rPr>
        <w:t xml:space="preserve">　D. 机关干部</w:t>
      </w:r>
    </w:p>
    <w:p>
      <w:r>
        <w:rPr>
          <w:rFonts w:ascii="宋体" w:hAnsi="宋体" w:eastAsia="宋体"/>
          <w:b w:val="0"/>
          <w:sz w:val="22"/>
        </w:rPr>
        <w:t>答案：A　解析：基本对象是最需要帮助、靠自身难以摆脱困境的群体，如独居孤寡老人。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第7题】社会工作在服务对象层面的目标是（　）。</w:t>
      </w:r>
    </w:p>
    <w:p>
      <w:r>
        <w:rPr>
          <w:rFonts w:ascii="宋体" w:hAnsi="宋体" w:eastAsia="宋体"/>
          <w:b w:val="0"/>
          <w:sz w:val="22"/>
        </w:rPr>
        <w:t xml:space="preserve">　A. 解救危难、缓解困难、促进发展</w:t>
      </w:r>
    </w:p>
    <w:p>
      <w:r>
        <w:rPr>
          <w:rFonts w:ascii="宋体" w:hAnsi="宋体" w:eastAsia="宋体"/>
          <w:b w:val="0"/>
          <w:sz w:val="22"/>
        </w:rPr>
        <w:t xml:space="preserve">　B. 增加财政收入</w:t>
      </w:r>
    </w:p>
    <w:p>
      <w:r>
        <w:rPr>
          <w:rFonts w:ascii="宋体" w:hAnsi="宋体" w:eastAsia="宋体"/>
          <w:b w:val="0"/>
          <w:sz w:val="22"/>
        </w:rPr>
        <w:t xml:space="preserve">　C. 提高GDP</w:t>
      </w:r>
    </w:p>
    <w:p>
      <w:r>
        <w:rPr>
          <w:rFonts w:ascii="宋体" w:hAnsi="宋体" w:eastAsia="宋体"/>
          <w:b w:val="0"/>
          <w:sz w:val="22"/>
        </w:rPr>
        <w:t xml:space="preserve">　D. 扩大出口</w:t>
      </w:r>
    </w:p>
    <w:p>
      <w:r>
        <w:rPr>
          <w:rFonts w:ascii="宋体" w:hAnsi="宋体" w:eastAsia="宋体"/>
          <w:b w:val="0"/>
          <w:sz w:val="22"/>
        </w:rPr>
        <w:t>答案：A　解析：服务对象层面目标包括解救危难、缓解困难、激发潜能促进发展。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第8题】社会工作对社会的功能主要是（　）。</w:t>
      </w:r>
    </w:p>
    <w:p>
      <w:r>
        <w:rPr>
          <w:rFonts w:ascii="宋体" w:hAnsi="宋体" w:eastAsia="宋体"/>
          <w:b w:val="0"/>
          <w:sz w:val="22"/>
        </w:rPr>
        <w:t xml:space="preserve">　A. 维持社会秩序、促进社会和谐</w:t>
      </w:r>
    </w:p>
    <w:p>
      <w:r>
        <w:rPr>
          <w:rFonts w:ascii="宋体" w:hAnsi="宋体" w:eastAsia="宋体"/>
          <w:b w:val="0"/>
          <w:sz w:val="22"/>
        </w:rPr>
        <w:t xml:space="preserve">　B. 制造社会矛盾</w:t>
      </w:r>
    </w:p>
    <w:p>
      <w:r>
        <w:rPr>
          <w:rFonts w:ascii="宋体" w:hAnsi="宋体" w:eastAsia="宋体"/>
          <w:b w:val="0"/>
          <w:sz w:val="22"/>
        </w:rPr>
        <w:t xml:space="preserve">　C. 增加失业</w:t>
      </w:r>
    </w:p>
    <w:p>
      <w:r>
        <w:rPr>
          <w:rFonts w:ascii="宋体" w:hAnsi="宋体" w:eastAsia="宋体"/>
          <w:b w:val="0"/>
          <w:sz w:val="22"/>
        </w:rPr>
        <w:t xml:space="preserve">　D. 降低福利</w:t>
      </w:r>
    </w:p>
    <w:p>
      <w:r>
        <w:rPr>
          <w:rFonts w:ascii="宋体" w:hAnsi="宋体" w:eastAsia="宋体"/>
          <w:b w:val="0"/>
          <w:sz w:val="22"/>
        </w:rPr>
        <w:t>答案：A　解析：社会工作通过解决社会问题、协调关系起到维持秩序、促进和谐的功能。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第9题】社会工作的构成要素不包括（　）。</w:t>
      </w:r>
    </w:p>
    <w:p>
      <w:r>
        <w:rPr>
          <w:rFonts w:ascii="宋体" w:hAnsi="宋体" w:eastAsia="宋体"/>
          <w:b w:val="0"/>
          <w:sz w:val="22"/>
        </w:rPr>
        <w:t xml:space="preserve">　A. 服务对象</w:t>
      </w:r>
    </w:p>
    <w:p>
      <w:r>
        <w:rPr>
          <w:rFonts w:ascii="宋体" w:hAnsi="宋体" w:eastAsia="宋体"/>
          <w:b w:val="0"/>
          <w:sz w:val="22"/>
        </w:rPr>
        <w:t xml:space="preserve">　B. 社会工作者</w:t>
      </w:r>
    </w:p>
    <w:p>
      <w:r>
        <w:rPr>
          <w:rFonts w:ascii="宋体" w:hAnsi="宋体" w:eastAsia="宋体"/>
          <w:b w:val="0"/>
          <w:sz w:val="22"/>
        </w:rPr>
        <w:t xml:space="preserve">　C. 专业价值观</w:t>
      </w:r>
    </w:p>
    <w:p>
      <w:r>
        <w:rPr>
          <w:rFonts w:ascii="宋体" w:hAnsi="宋体" w:eastAsia="宋体"/>
          <w:b w:val="0"/>
          <w:sz w:val="22"/>
        </w:rPr>
        <w:t xml:space="preserve">　D. 商业广告</w:t>
      </w:r>
    </w:p>
    <w:p>
      <w:r>
        <w:rPr>
          <w:rFonts w:ascii="宋体" w:hAnsi="宋体" w:eastAsia="宋体"/>
          <w:b w:val="0"/>
          <w:sz w:val="22"/>
        </w:rPr>
        <w:t>答案：D　解析：社会工作要素包括服务对象、社会工作者、价值观、专业方法、助人活动等。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第10题】社会工作者与志愿者最主要的区别在于（　）。</w:t>
      </w:r>
    </w:p>
    <w:p>
      <w:r>
        <w:rPr>
          <w:rFonts w:ascii="宋体" w:hAnsi="宋体" w:eastAsia="宋体"/>
          <w:b w:val="0"/>
          <w:sz w:val="22"/>
        </w:rPr>
        <w:t xml:space="preserve">　A. 是否有偿与专业化程度</w:t>
      </w:r>
    </w:p>
    <w:p>
      <w:r>
        <w:rPr>
          <w:rFonts w:ascii="宋体" w:hAnsi="宋体" w:eastAsia="宋体"/>
          <w:b w:val="0"/>
          <w:sz w:val="22"/>
        </w:rPr>
        <w:t xml:space="preserve">　B. 是否年轻</w:t>
      </w:r>
    </w:p>
    <w:p>
      <w:r>
        <w:rPr>
          <w:rFonts w:ascii="宋体" w:hAnsi="宋体" w:eastAsia="宋体"/>
          <w:b w:val="0"/>
          <w:sz w:val="22"/>
        </w:rPr>
        <w:t xml:space="preserve">　C. 是否有爱心</w:t>
      </w:r>
    </w:p>
    <w:p>
      <w:r>
        <w:rPr>
          <w:rFonts w:ascii="宋体" w:hAnsi="宋体" w:eastAsia="宋体"/>
          <w:b w:val="0"/>
          <w:sz w:val="22"/>
        </w:rPr>
        <w:t xml:space="preserve">　D. 是否出汗</w:t>
      </w:r>
    </w:p>
    <w:p>
      <w:r>
        <w:rPr>
          <w:rFonts w:ascii="宋体" w:hAnsi="宋体" w:eastAsia="宋体"/>
          <w:b w:val="0"/>
          <w:sz w:val="22"/>
        </w:rPr>
        <w:t>答案：A　解析：社会工作者是职业化、专业化并领取报酬的助人者，志愿者多为自愿无偿。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第11题】社会工作价值观的核心是（　）。</w:t>
      </w:r>
    </w:p>
    <w:p>
      <w:r>
        <w:rPr>
          <w:rFonts w:ascii="宋体" w:hAnsi="宋体" w:eastAsia="宋体"/>
          <w:b w:val="0"/>
          <w:sz w:val="22"/>
        </w:rPr>
        <w:t xml:space="preserve">　A. 利他主义</w:t>
      </w:r>
    </w:p>
    <w:p>
      <w:r>
        <w:rPr>
          <w:rFonts w:ascii="宋体" w:hAnsi="宋体" w:eastAsia="宋体"/>
          <w:b w:val="0"/>
          <w:sz w:val="22"/>
        </w:rPr>
        <w:t xml:space="preserve">　B. 利己主义</w:t>
      </w:r>
    </w:p>
    <w:p>
      <w:r>
        <w:rPr>
          <w:rFonts w:ascii="宋体" w:hAnsi="宋体" w:eastAsia="宋体"/>
          <w:b w:val="0"/>
          <w:sz w:val="22"/>
        </w:rPr>
        <w:t xml:space="preserve">　C. 拜金主义</w:t>
      </w:r>
    </w:p>
    <w:p>
      <w:r>
        <w:rPr>
          <w:rFonts w:ascii="宋体" w:hAnsi="宋体" w:eastAsia="宋体"/>
          <w:b w:val="0"/>
          <w:sz w:val="22"/>
        </w:rPr>
        <w:t xml:space="preserve">　D. 官僚主义</w:t>
      </w:r>
    </w:p>
    <w:p>
      <w:r>
        <w:rPr>
          <w:rFonts w:ascii="宋体" w:hAnsi="宋体" w:eastAsia="宋体"/>
          <w:b w:val="0"/>
          <w:sz w:val="22"/>
        </w:rPr>
        <w:t>答案：A　解析：社会工作价值观以利他主义为核心，一切以服务对象利益为重。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第12题】社会工作专业伦理中，对服务对象应坚持（　）。</w:t>
      </w:r>
    </w:p>
    <w:p>
      <w:r>
        <w:rPr>
          <w:rFonts w:ascii="宋体" w:hAnsi="宋体" w:eastAsia="宋体"/>
          <w:b w:val="0"/>
          <w:sz w:val="22"/>
        </w:rPr>
        <w:t xml:space="preserve">　A. 接纳、尊重、个别化</w:t>
      </w:r>
    </w:p>
    <w:p>
      <w:r>
        <w:rPr>
          <w:rFonts w:ascii="宋体" w:hAnsi="宋体" w:eastAsia="宋体"/>
          <w:b w:val="0"/>
          <w:sz w:val="22"/>
        </w:rPr>
        <w:t xml:space="preserve">　B. 评判、指责</w:t>
      </w:r>
    </w:p>
    <w:p>
      <w:r>
        <w:rPr>
          <w:rFonts w:ascii="宋体" w:hAnsi="宋体" w:eastAsia="宋体"/>
          <w:b w:val="0"/>
          <w:sz w:val="22"/>
        </w:rPr>
        <w:t xml:space="preserve">　C. 歧视</w:t>
      </w:r>
    </w:p>
    <w:p>
      <w:r>
        <w:rPr>
          <w:rFonts w:ascii="宋体" w:hAnsi="宋体" w:eastAsia="宋体"/>
          <w:b w:val="0"/>
          <w:sz w:val="22"/>
        </w:rPr>
        <w:t xml:space="preserve">　D. 利用</w:t>
      </w:r>
    </w:p>
    <w:p>
      <w:r>
        <w:rPr>
          <w:rFonts w:ascii="宋体" w:hAnsi="宋体" w:eastAsia="宋体"/>
          <w:b w:val="0"/>
          <w:sz w:val="22"/>
        </w:rPr>
        <w:t>答案：A　解析：接纳、非批判、尊重、个别化是对服务对象的基本伦理要求。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第13题】社会工作者对服务对象的个人信息应当（　）。</w:t>
      </w:r>
    </w:p>
    <w:p>
      <w:r>
        <w:rPr>
          <w:rFonts w:ascii="宋体" w:hAnsi="宋体" w:eastAsia="宋体"/>
          <w:b w:val="0"/>
          <w:sz w:val="22"/>
        </w:rPr>
        <w:t xml:space="preserve">　A. 严格保密，未经同意不泄露</w:t>
      </w:r>
    </w:p>
    <w:p>
      <w:r>
        <w:rPr>
          <w:rFonts w:ascii="宋体" w:hAnsi="宋体" w:eastAsia="宋体"/>
          <w:b w:val="0"/>
          <w:sz w:val="22"/>
        </w:rPr>
        <w:t xml:space="preserve">　B. 到处宣传</w:t>
      </w:r>
    </w:p>
    <w:p>
      <w:r>
        <w:rPr>
          <w:rFonts w:ascii="宋体" w:hAnsi="宋体" w:eastAsia="宋体"/>
          <w:b w:val="0"/>
          <w:sz w:val="22"/>
        </w:rPr>
        <w:t xml:space="preserve">　C. 卖给商家</w:t>
      </w:r>
    </w:p>
    <w:p>
      <w:r>
        <w:rPr>
          <w:rFonts w:ascii="宋体" w:hAnsi="宋体" w:eastAsia="宋体"/>
          <w:b w:val="0"/>
          <w:sz w:val="22"/>
        </w:rPr>
        <w:t xml:space="preserve">　D. 在朋友圈公开</w:t>
      </w:r>
    </w:p>
    <w:p>
      <w:r>
        <w:rPr>
          <w:rFonts w:ascii="宋体" w:hAnsi="宋体" w:eastAsia="宋体"/>
          <w:b w:val="0"/>
          <w:sz w:val="22"/>
        </w:rPr>
        <w:t>答案：A　解析：保密是社会工作伦理的底线，除非涉及自伤伤人等法定例外。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第14题】当服务对象有自杀倾向时，社会工作者正确的做法是（　）。</w:t>
      </w:r>
    </w:p>
    <w:p>
      <w:r>
        <w:rPr>
          <w:rFonts w:ascii="宋体" w:hAnsi="宋体" w:eastAsia="宋体"/>
          <w:b w:val="0"/>
          <w:sz w:val="22"/>
        </w:rPr>
        <w:t xml:space="preserve">　A. 突破保密原则及时干预并报告</w:t>
      </w:r>
    </w:p>
    <w:p>
      <w:r>
        <w:rPr>
          <w:rFonts w:ascii="宋体" w:hAnsi="宋体" w:eastAsia="宋体"/>
          <w:b w:val="0"/>
          <w:sz w:val="22"/>
        </w:rPr>
        <w:t xml:space="preserve">　B. 严格保密不告诉任何人</w:t>
      </w:r>
    </w:p>
    <w:p>
      <w:r>
        <w:rPr>
          <w:rFonts w:ascii="宋体" w:hAnsi="宋体" w:eastAsia="宋体"/>
          <w:b w:val="0"/>
          <w:sz w:val="22"/>
        </w:rPr>
        <w:t xml:space="preserve">　C. 顺其自然</w:t>
      </w:r>
    </w:p>
    <w:p>
      <w:r>
        <w:rPr>
          <w:rFonts w:ascii="宋体" w:hAnsi="宋体" w:eastAsia="宋体"/>
          <w:b w:val="0"/>
          <w:sz w:val="22"/>
        </w:rPr>
        <w:t xml:space="preserve">　D. 劝其想开点即可</w:t>
      </w:r>
    </w:p>
    <w:p>
      <w:r>
        <w:rPr>
          <w:rFonts w:ascii="宋体" w:hAnsi="宋体" w:eastAsia="宋体"/>
          <w:b w:val="0"/>
          <w:sz w:val="22"/>
        </w:rPr>
        <w:t>答案：A　解析：涉及生命安全时保密原则让位于保护生命，应及时干预、转介并报告。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第15题】“接纳”的含义是（　）。</w:t>
      </w:r>
    </w:p>
    <w:p>
      <w:r>
        <w:rPr>
          <w:rFonts w:ascii="宋体" w:hAnsi="宋体" w:eastAsia="宋体"/>
          <w:b w:val="0"/>
          <w:sz w:val="22"/>
        </w:rPr>
        <w:t xml:space="preserve">　A. 接受服务对象作为有价值的人，不否定其本人</w:t>
      </w:r>
    </w:p>
    <w:p>
      <w:r>
        <w:rPr>
          <w:rFonts w:ascii="宋体" w:hAnsi="宋体" w:eastAsia="宋体"/>
          <w:b w:val="0"/>
          <w:sz w:val="22"/>
        </w:rPr>
        <w:t xml:space="preserve">　B. 赞成服务对象的一切行为</w:t>
      </w:r>
    </w:p>
    <w:p>
      <w:r>
        <w:rPr>
          <w:rFonts w:ascii="宋体" w:hAnsi="宋体" w:eastAsia="宋体"/>
          <w:b w:val="0"/>
          <w:sz w:val="22"/>
        </w:rPr>
        <w:t xml:space="preserve">　C. 与服务对象交朋友</w:t>
      </w:r>
    </w:p>
    <w:p>
      <w:r>
        <w:rPr>
          <w:rFonts w:ascii="宋体" w:hAnsi="宋体" w:eastAsia="宋体"/>
          <w:b w:val="0"/>
          <w:sz w:val="22"/>
        </w:rPr>
        <w:t xml:space="preserve">　D. 满足其所有要求</w:t>
      </w:r>
    </w:p>
    <w:p>
      <w:r>
        <w:rPr>
          <w:rFonts w:ascii="宋体" w:hAnsi="宋体" w:eastAsia="宋体"/>
          <w:b w:val="0"/>
          <w:sz w:val="22"/>
        </w:rPr>
        <w:t>答案：A　解析：接纳是尊重服务对象的人格和处境，不等于认同其错误行为。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第16题】“非评判”态度要求社会工作者（　）。</w:t>
      </w:r>
    </w:p>
    <w:p>
      <w:r>
        <w:rPr>
          <w:rFonts w:ascii="宋体" w:hAnsi="宋体" w:eastAsia="宋体"/>
          <w:b w:val="0"/>
          <w:sz w:val="22"/>
        </w:rPr>
        <w:t xml:space="preserve">　A. 不指责、不道德评判服务对象</w:t>
      </w:r>
    </w:p>
    <w:p>
      <w:r>
        <w:rPr>
          <w:rFonts w:ascii="宋体" w:hAnsi="宋体" w:eastAsia="宋体"/>
          <w:b w:val="0"/>
          <w:sz w:val="22"/>
        </w:rPr>
        <w:t xml:space="preserve">　B. 经常批评服务对象</w:t>
      </w:r>
    </w:p>
    <w:p>
      <w:r>
        <w:rPr>
          <w:rFonts w:ascii="宋体" w:hAnsi="宋体" w:eastAsia="宋体"/>
          <w:b w:val="0"/>
          <w:sz w:val="22"/>
        </w:rPr>
        <w:t xml:space="preserve">　C. 替服务对象做决定</w:t>
      </w:r>
    </w:p>
    <w:p>
      <w:r>
        <w:rPr>
          <w:rFonts w:ascii="宋体" w:hAnsi="宋体" w:eastAsia="宋体"/>
          <w:b w:val="0"/>
          <w:sz w:val="22"/>
        </w:rPr>
        <w:t xml:space="preserve">　D. 把自己价值观强加于人</w:t>
      </w:r>
    </w:p>
    <w:p>
      <w:r>
        <w:rPr>
          <w:rFonts w:ascii="宋体" w:hAnsi="宋体" w:eastAsia="宋体"/>
          <w:b w:val="0"/>
          <w:sz w:val="22"/>
        </w:rPr>
        <w:t>答案：A　解析：非评判是放下对错评判，专注理解和帮助，而非指责服务对象。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第17题】“个别化”原则是指（　）。</w:t>
      </w:r>
    </w:p>
    <w:p>
      <w:r>
        <w:rPr>
          <w:rFonts w:ascii="宋体" w:hAnsi="宋体" w:eastAsia="宋体"/>
          <w:b w:val="0"/>
          <w:sz w:val="22"/>
        </w:rPr>
        <w:t xml:space="preserve">　A. 把每位服务对象当作独特的个体对待</w:t>
      </w:r>
    </w:p>
    <w:p>
      <w:r>
        <w:rPr>
          <w:rFonts w:ascii="宋体" w:hAnsi="宋体" w:eastAsia="宋体"/>
          <w:b w:val="0"/>
          <w:sz w:val="22"/>
        </w:rPr>
        <w:t xml:space="preserve">　B. 给每个人发一样的材料</w:t>
      </w:r>
    </w:p>
    <w:p>
      <w:r>
        <w:rPr>
          <w:rFonts w:ascii="宋体" w:hAnsi="宋体" w:eastAsia="宋体"/>
          <w:b w:val="0"/>
          <w:sz w:val="22"/>
        </w:rPr>
        <w:t xml:space="preserve">　C. 用同一套方法应付所有人</w:t>
      </w:r>
    </w:p>
    <w:p>
      <w:r>
        <w:rPr>
          <w:rFonts w:ascii="宋体" w:hAnsi="宋体" w:eastAsia="宋体"/>
          <w:b w:val="0"/>
          <w:sz w:val="22"/>
        </w:rPr>
        <w:t xml:space="preserve">　D. 只服务个别人</w:t>
      </w:r>
    </w:p>
    <w:p>
      <w:r>
        <w:rPr>
          <w:rFonts w:ascii="宋体" w:hAnsi="宋体" w:eastAsia="宋体"/>
          <w:b w:val="0"/>
          <w:sz w:val="22"/>
        </w:rPr>
        <w:t>答案：A　解析：个别化强调尊重个体差异，因人而异地提供服务。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第18题】社会工作者应当尊重服务对象的自决权，下列正确的是（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帮助服务对象在知情基础上自己做决定</w:t>
      </w:r>
    </w:p>
    <w:p>
      <w:r>
        <w:rPr>
          <w:rFonts w:ascii="宋体" w:hAnsi="宋体" w:eastAsia="宋体"/>
          <w:b w:val="0"/>
          <w:sz w:val="22"/>
        </w:rPr>
        <w:t xml:space="preserve">　B. 替服务对象做所有决定</w:t>
      </w:r>
    </w:p>
    <w:p>
      <w:r>
        <w:rPr>
          <w:rFonts w:ascii="宋体" w:hAnsi="宋体" w:eastAsia="宋体"/>
          <w:b w:val="0"/>
          <w:sz w:val="22"/>
        </w:rPr>
        <w:t xml:space="preserve">　C. 剥夺其选择</w:t>
      </w:r>
    </w:p>
    <w:p>
      <w:r>
        <w:rPr>
          <w:rFonts w:ascii="宋体" w:hAnsi="宋体" w:eastAsia="宋体"/>
          <w:b w:val="0"/>
          <w:sz w:val="22"/>
        </w:rPr>
        <w:t xml:space="preserve">　D. 强迫其接受安排</w:t>
      </w:r>
    </w:p>
    <w:p>
      <w:r>
        <w:rPr>
          <w:rFonts w:ascii="宋体" w:hAnsi="宋体" w:eastAsia="宋体"/>
          <w:b w:val="0"/>
          <w:sz w:val="22"/>
        </w:rPr>
        <w:t>答案：A　解析：自决权强调服务对象在充分知情下自主选择，社工是协助者而非决策者。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第19题】马斯洛需求层次理论中最基本的需要是（　）。</w:t>
      </w:r>
    </w:p>
    <w:p>
      <w:r>
        <w:rPr>
          <w:rFonts w:ascii="宋体" w:hAnsi="宋体" w:eastAsia="宋体"/>
          <w:b w:val="0"/>
          <w:sz w:val="22"/>
        </w:rPr>
        <w:t xml:space="preserve">　A. 生理需要</w:t>
      </w:r>
    </w:p>
    <w:p>
      <w:r>
        <w:rPr>
          <w:rFonts w:ascii="宋体" w:hAnsi="宋体" w:eastAsia="宋体"/>
          <w:b w:val="0"/>
          <w:sz w:val="22"/>
        </w:rPr>
        <w:t xml:space="preserve">　B. 尊重需要</w:t>
      </w:r>
    </w:p>
    <w:p>
      <w:r>
        <w:rPr>
          <w:rFonts w:ascii="宋体" w:hAnsi="宋体" w:eastAsia="宋体"/>
          <w:b w:val="0"/>
          <w:sz w:val="22"/>
        </w:rPr>
        <w:t xml:space="preserve">　C. 自我实现</w:t>
      </w:r>
    </w:p>
    <w:p>
      <w:r>
        <w:rPr>
          <w:rFonts w:ascii="宋体" w:hAnsi="宋体" w:eastAsia="宋体"/>
          <w:b w:val="0"/>
          <w:sz w:val="22"/>
        </w:rPr>
        <w:t xml:space="preserve">　D. 社交需要</w:t>
      </w:r>
    </w:p>
    <w:p>
      <w:r>
        <w:rPr>
          <w:rFonts w:ascii="宋体" w:hAnsi="宋体" w:eastAsia="宋体"/>
          <w:b w:val="0"/>
          <w:sz w:val="22"/>
        </w:rPr>
        <w:t>答案：A　解析：马斯洛认为生理需要（衣食住行）是最基础的层次。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第20题】按照埃里克森的心理社会发展理论，婴幼儿期主要发展任务是培养（　）。</w:t>
      </w:r>
    </w:p>
    <w:p>
      <w:r>
        <w:rPr>
          <w:rFonts w:ascii="宋体" w:hAnsi="宋体" w:eastAsia="宋体"/>
          <w:b w:val="0"/>
          <w:sz w:val="22"/>
        </w:rPr>
        <w:t xml:space="preserve">　A. 信任感</w:t>
      </w:r>
    </w:p>
    <w:p>
      <w:r>
        <w:rPr>
          <w:rFonts w:ascii="宋体" w:hAnsi="宋体" w:eastAsia="宋体"/>
          <w:b w:val="0"/>
          <w:sz w:val="22"/>
        </w:rPr>
        <w:t xml:space="preserve">　B. 勤奋感</w:t>
      </w:r>
    </w:p>
    <w:p>
      <w:r>
        <w:rPr>
          <w:rFonts w:ascii="宋体" w:hAnsi="宋体" w:eastAsia="宋体"/>
          <w:b w:val="0"/>
          <w:sz w:val="22"/>
        </w:rPr>
        <w:t xml:space="preserve">　C. 自我同一性</w:t>
      </w:r>
    </w:p>
    <w:p>
      <w:r>
        <w:rPr>
          <w:rFonts w:ascii="宋体" w:hAnsi="宋体" w:eastAsia="宋体"/>
          <w:b w:val="0"/>
          <w:sz w:val="22"/>
        </w:rPr>
        <w:t xml:space="preserve">　D. 亲密感</w:t>
      </w:r>
    </w:p>
    <w:p>
      <w:r>
        <w:rPr>
          <w:rFonts w:ascii="宋体" w:hAnsi="宋体" w:eastAsia="宋体"/>
          <w:b w:val="0"/>
          <w:sz w:val="22"/>
        </w:rPr>
        <w:t>答案：A　解析：埃里克森认为0—1.5岁婴儿期主要发展对世界的基本信任感。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第21题】“人在情境中”强调社会工作者应（　）。</w:t>
      </w:r>
    </w:p>
    <w:p>
      <w:r>
        <w:rPr>
          <w:rFonts w:ascii="宋体" w:hAnsi="宋体" w:eastAsia="宋体"/>
          <w:b w:val="0"/>
          <w:sz w:val="22"/>
        </w:rPr>
        <w:t xml:space="preserve">　A. 把人放在其所处的环境系统中理解</w:t>
      </w:r>
    </w:p>
    <w:p>
      <w:r>
        <w:rPr>
          <w:rFonts w:ascii="宋体" w:hAnsi="宋体" w:eastAsia="宋体"/>
          <w:b w:val="0"/>
          <w:sz w:val="22"/>
        </w:rPr>
        <w:t xml:space="preserve">　B. 脱离环境看人</w:t>
      </w:r>
    </w:p>
    <w:p>
      <w:r>
        <w:rPr>
          <w:rFonts w:ascii="宋体" w:hAnsi="宋体" w:eastAsia="宋体"/>
          <w:b w:val="0"/>
          <w:sz w:val="22"/>
        </w:rPr>
        <w:t xml:space="preserve">　C. 只看个人不看家庭</w:t>
      </w:r>
    </w:p>
    <w:p>
      <w:r>
        <w:rPr>
          <w:rFonts w:ascii="宋体" w:hAnsi="宋体" w:eastAsia="宋体"/>
          <w:b w:val="0"/>
          <w:sz w:val="22"/>
        </w:rPr>
        <w:t xml:space="preserve">　D. 只看社会不看个人</w:t>
      </w:r>
    </w:p>
    <w:p>
      <w:r>
        <w:rPr>
          <w:rFonts w:ascii="宋体" w:hAnsi="宋体" w:eastAsia="宋体"/>
          <w:b w:val="0"/>
          <w:sz w:val="22"/>
        </w:rPr>
        <w:t>答案：A　解析：“人在情境中”主张从个人与环境互动的整体视角理解服务对象。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第22题】家庭属于个体的（　）。</w:t>
      </w:r>
    </w:p>
    <w:p>
      <w:r>
        <w:rPr>
          <w:rFonts w:ascii="宋体" w:hAnsi="宋体" w:eastAsia="宋体"/>
          <w:b w:val="0"/>
          <w:sz w:val="22"/>
        </w:rPr>
        <w:t xml:space="preserve">　A. 微观系统</w:t>
      </w:r>
    </w:p>
    <w:p>
      <w:r>
        <w:rPr>
          <w:rFonts w:ascii="宋体" w:hAnsi="宋体" w:eastAsia="宋体"/>
          <w:b w:val="0"/>
          <w:sz w:val="22"/>
        </w:rPr>
        <w:t xml:space="preserve">　B. 宏观系统</w:t>
      </w:r>
    </w:p>
    <w:p>
      <w:r>
        <w:rPr>
          <w:rFonts w:ascii="宋体" w:hAnsi="宋体" w:eastAsia="宋体"/>
          <w:b w:val="0"/>
          <w:sz w:val="22"/>
        </w:rPr>
        <w:t xml:space="preserve">　C. 宇宙系统</w:t>
      </w:r>
    </w:p>
    <w:p>
      <w:r>
        <w:rPr>
          <w:rFonts w:ascii="宋体" w:hAnsi="宋体" w:eastAsia="宋体"/>
          <w:b w:val="0"/>
          <w:sz w:val="22"/>
        </w:rPr>
        <w:t xml:space="preserve">　D. 无人系统</w:t>
      </w:r>
    </w:p>
    <w:p>
      <w:r>
        <w:rPr>
          <w:rFonts w:ascii="宋体" w:hAnsi="宋体" w:eastAsia="宋体"/>
          <w:b w:val="0"/>
          <w:sz w:val="22"/>
        </w:rPr>
        <w:t>答案：A　解析：布朗芬布伦纳生态系统中，家庭是个体直接接触的微观系统。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第23题】个案工作的本质是（　）。</w:t>
      </w:r>
    </w:p>
    <w:p>
      <w:r>
        <w:rPr>
          <w:rFonts w:ascii="宋体" w:hAnsi="宋体" w:eastAsia="宋体"/>
          <w:b w:val="0"/>
          <w:sz w:val="22"/>
        </w:rPr>
        <w:t xml:space="preserve">　A. 协调服务对象与环境的关系，恢复社会功能</w:t>
      </w:r>
    </w:p>
    <w:p>
      <w:r>
        <w:rPr>
          <w:rFonts w:ascii="宋体" w:hAnsi="宋体" w:eastAsia="宋体"/>
          <w:b w:val="0"/>
          <w:sz w:val="22"/>
        </w:rPr>
        <w:t xml:space="preserve">　B. 替人打官司</w:t>
      </w:r>
    </w:p>
    <w:p>
      <w:r>
        <w:rPr>
          <w:rFonts w:ascii="宋体" w:hAnsi="宋体" w:eastAsia="宋体"/>
          <w:b w:val="0"/>
          <w:sz w:val="22"/>
        </w:rPr>
        <w:t xml:space="preserve">　C. 替人理财</w:t>
      </w:r>
    </w:p>
    <w:p>
      <w:r>
        <w:rPr>
          <w:rFonts w:ascii="宋体" w:hAnsi="宋体" w:eastAsia="宋体"/>
          <w:b w:val="0"/>
          <w:sz w:val="22"/>
        </w:rPr>
        <w:t xml:space="preserve">　D. 替人看病</w:t>
      </w:r>
    </w:p>
    <w:p>
      <w:r>
        <w:rPr>
          <w:rFonts w:ascii="宋体" w:hAnsi="宋体" w:eastAsia="宋体"/>
          <w:b w:val="0"/>
          <w:sz w:val="22"/>
        </w:rPr>
        <w:t>答案：A　解析：个案工作以个人和家庭为对象，通过专业关系帮助其调适关系、解决问题。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第24题】个案工作中建立专业关系的基础是（　）。</w:t>
      </w:r>
    </w:p>
    <w:p>
      <w:r>
        <w:rPr>
          <w:rFonts w:ascii="宋体" w:hAnsi="宋体" w:eastAsia="宋体"/>
          <w:b w:val="0"/>
          <w:sz w:val="22"/>
        </w:rPr>
        <w:t xml:space="preserve">　A. 真诚、尊重、同感</w:t>
      </w:r>
    </w:p>
    <w:p>
      <w:r>
        <w:rPr>
          <w:rFonts w:ascii="宋体" w:hAnsi="宋体" w:eastAsia="宋体"/>
          <w:b w:val="0"/>
          <w:sz w:val="22"/>
        </w:rPr>
        <w:t xml:space="preserve">　B. 冷漠</w:t>
      </w:r>
    </w:p>
    <w:p>
      <w:r>
        <w:rPr>
          <w:rFonts w:ascii="宋体" w:hAnsi="宋体" w:eastAsia="宋体"/>
          <w:b w:val="0"/>
          <w:sz w:val="22"/>
        </w:rPr>
        <w:t xml:space="preserve">　C. 说教</w:t>
      </w:r>
    </w:p>
    <w:p>
      <w:r>
        <w:rPr>
          <w:rFonts w:ascii="宋体" w:hAnsi="宋体" w:eastAsia="宋体"/>
          <w:b w:val="0"/>
          <w:sz w:val="22"/>
        </w:rPr>
        <w:t xml:space="preserve">　D. 控制</w:t>
      </w:r>
    </w:p>
    <w:p>
      <w:r>
        <w:rPr>
          <w:rFonts w:ascii="宋体" w:hAnsi="宋体" w:eastAsia="宋体"/>
          <w:b w:val="0"/>
          <w:sz w:val="22"/>
        </w:rPr>
        <w:t>答案：A　解析：同感（共情）、尊重、真诚是建立专业关系的核心条件。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第25题】“同感”是指社会工作者（　）。</w:t>
      </w:r>
    </w:p>
    <w:p>
      <w:r>
        <w:rPr>
          <w:rFonts w:ascii="宋体" w:hAnsi="宋体" w:eastAsia="宋体"/>
          <w:b w:val="0"/>
          <w:sz w:val="22"/>
        </w:rPr>
        <w:t xml:space="preserve">　A. 设身处地体会服务对象的感受</w:t>
      </w:r>
    </w:p>
    <w:p>
      <w:r>
        <w:rPr>
          <w:rFonts w:ascii="宋体" w:hAnsi="宋体" w:eastAsia="宋体"/>
          <w:b w:val="0"/>
          <w:sz w:val="22"/>
        </w:rPr>
        <w:t xml:space="preserve">　B. 与服务对象同喜同悲失去专业</w:t>
      </w:r>
    </w:p>
    <w:p>
      <w:r>
        <w:rPr>
          <w:rFonts w:ascii="宋体" w:hAnsi="宋体" w:eastAsia="宋体"/>
          <w:b w:val="0"/>
          <w:sz w:val="22"/>
        </w:rPr>
        <w:t xml:space="preserve">　C. 同情怜悯</w:t>
      </w:r>
    </w:p>
    <w:p>
      <w:r>
        <w:rPr>
          <w:rFonts w:ascii="宋体" w:hAnsi="宋体" w:eastAsia="宋体"/>
          <w:b w:val="0"/>
          <w:sz w:val="22"/>
        </w:rPr>
        <w:t xml:space="preserve">　D. 无视对方感受</w:t>
      </w:r>
    </w:p>
    <w:p>
      <w:r>
        <w:rPr>
          <w:rFonts w:ascii="宋体" w:hAnsi="宋体" w:eastAsia="宋体"/>
          <w:b w:val="0"/>
          <w:sz w:val="22"/>
        </w:rPr>
        <w:t>答案：A　解析：共情/同感是站在对方角度理解其感受，又保持专业距离。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第26题】心理社会治疗模式的核心概念是（　）。</w:t>
      </w:r>
    </w:p>
    <w:p>
      <w:r>
        <w:rPr>
          <w:rFonts w:ascii="宋体" w:hAnsi="宋体" w:eastAsia="宋体"/>
          <w:b w:val="0"/>
          <w:sz w:val="22"/>
        </w:rPr>
        <w:t xml:space="preserve">　A. 人在情境中</w:t>
      </w:r>
    </w:p>
    <w:p>
      <w:r>
        <w:rPr>
          <w:rFonts w:ascii="宋体" w:hAnsi="宋体" w:eastAsia="宋体"/>
          <w:b w:val="0"/>
          <w:sz w:val="22"/>
        </w:rPr>
        <w:t xml:space="preserve">　B. 条件反射</w:t>
      </w:r>
    </w:p>
    <w:p>
      <w:r>
        <w:rPr>
          <w:rFonts w:ascii="宋体" w:hAnsi="宋体" w:eastAsia="宋体"/>
          <w:b w:val="0"/>
          <w:sz w:val="22"/>
        </w:rPr>
        <w:t xml:space="preserve">　C. 操作强化</w:t>
      </w:r>
    </w:p>
    <w:p>
      <w:r>
        <w:rPr>
          <w:rFonts w:ascii="宋体" w:hAnsi="宋体" w:eastAsia="宋体"/>
          <w:b w:val="0"/>
          <w:sz w:val="22"/>
        </w:rPr>
        <w:t xml:space="preserve">　D. 系统脱敏</w:t>
      </w:r>
    </w:p>
    <w:p>
      <w:r>
        <w:rPr>
          <w:rFonts w:ascii="宋体" w:hAnsi="宋体" w:eastAsia="宋体"/>
          <w:b w:val="0"/>
          <w:sz w:val="22"/>
        </w:rPr>
        <w:t>答案：A　解析：心理社会治疗模式以“人在情境中”为核心，重视心理与社会因素。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第27题】危机介入模式中，危机出现后社工应（　）。</w:t>
      </w:r>
    </w:p>
    <w:p>
      <w:r>
        <w:rPr>
          <w:rFonts w:ascii="宋体" w:hAnsi="宋体" w:eastAsia="宋体"/>
          <w:b w:val="0"/>
          <w:sz w:val="22"/>
        </w:rPr>
        <w:t xml:space="preserve">　A. 迅速、有限目标地帮助当事人恢复平衡</w:t>
      </w:r>
    </w:p>
    <w:p>
      <w:r>
        <w:rPr>
          <w:rFonts w:ascii="宋体" w:hAnsi="宋体" w:eastAsia="宋体"/>
          <w:b w:val="0"/>
          <w:sz w:val="22"/>
        </w:rPr>
        <w:t xml:space="preserve">　B. 长期慢慢处理</w:t>
      </w:r>
    </w:p>
    <w:p>
      <w:r>
        <w:rPr>
          <w:rFonts w:ascii="宋体" w:hAnsi="宋体" w:eastAsia="宋体"/>
          <w:b w:val="0"/>
          <w:sz w:val="22"/>
        </w:rPr>
        <w:t xml:space="preserve">　C. 置之不理</w:t>
      </w:r>
    </w:p>
    <w:p>
      <w:r>
        <w:rPr>
          <w:rFonts w:ascii="宋体" w:hAnsi="宋体" w:eastAsia="宋体"/>
          <w:b w:val="0"/>
          <w:sz w:val="22"/>
        </w:rPr>
        <w:t xml:space="preserve">　D. 等其自然恢复</w:t>
      </w:r>
    </w:p>
    <w:p>
      <w:r>
        <w:rPr>
          <w:rFonts w:ascii="宋体" w:hAnsi="宋体" w:eastAsia="宋体"/>
          <w:b w:val="0"/>
          <w:sz w:val="22"/>
        </w:rPr>
        <w:t>答案：A　解析：危机介入强调及时、主动、短期、聚焦，帮助当事人度过危机恢复功能。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第28题】行为治疗模式认为问题行为是（　）。</w:t>
      </w:r>
    </w:p>
    <w:p>
      <w:r>
        <w:rPr>
          <w:rFonts w:ascii="宋体" w:hAnsi="宋体" w:eastAsia="宋体"/>
          <w:b w:val="0"/>
          <w:sz w:val="22"/>
        </w:rPr>
        <w:t xml:space="preserve">　A. 后天学习获得的，可以通过学习改变</w:t>
      </w:r>
    </w:p>
    <w:p>
      <w:r>
        <w:rPr>
          <w:rFonts w:ascii="宋体" w:hAnsi="宋体" w:eastAsia="宋体"/>
          <w:b w:val="0"/>
          <w:sz w:val="22"/>
        </w:rPr>
        <w:t xml:space="preserve">　B. 天生注定</w:t>
      </w:r>
    </w:p>
    <w:p>
      <w:r>
        <w:rPr>
          <w:rFonts w:ascii="宋体" w:hAnsi="宋体" w:eastAsia="宋体"/>
          <w:b w:val="0"/>
          <w:sz w:val="22"/>
        </w:rPr>
        <w:t xml:space="preserve">　C. 鬼神附体</w:t>
      </w:r>
    </w:p>
    <w:p>
      <w:r>
        <w:rPr>
          <w:rFonts w:ascii="宋体" w:hAnsi="宋体" w:eastAsia="宋体"/>
          <w:b w:val="0"/>
          <w:sz w:val="22"/>
        </w:rPr>
        <w:t xml:space="preserve">　D. 无法改变</w:t>
      </w:r>
    </w:p>
    <w:p>
      <w:r>
        <w:rPr>
          <w:rFonts w:ascii="宋体" w:hAnsi="宋体" w:eastAsia="宋体"/>
          <w:b w:val="0"/>
          <w:sz w:val="22"/>
        </w:rPr>
        <w:t>答案：A　解析：行为治疗以学习理论为基础，认为不适应行为习得而来，也可重新训练改变。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第29题】在强化理论中，给予表扬以增加某种行为出现，属于（　）。</w:t>
      </w:r>
    </w:p>
    <w:p>
      <w:r>
        <w:rPr>
          <w:rFonts w:ascii="宋体" w:hAnsi="宋体" w:eastAsia="宋体"/>
          <w:b w:val="0"/>
          <w:sz w:val="22"/>
        </w:rPr>
        <w:t xml:space="preserve">　A. 正强化</w:t>
      </w:r>
    </w:p>
    <w:p>
      <w:r>
        <w:rPr>
          <w:rFonts w:ascii="宋体" w:hAnsi="宋体" w:eastAsia="宋体"/>
          <w:b w:val="0"/>
          <w:sz w:val="22"/>
        </w:rPr>
        <w:t xml:space="preserve">　B. 负强化</w:t>
      </w:r>
    </w:p>
    <w:p>
      <w:r>
        <w:rPr>
          <w:rFonts w:ascii="宋体" w:hAnsi="宋体" w:eastAsia="宋体"/>
          <w:b w:val="0"/>
          <w:sz w:val="22"/>
        </w:rPr>
        <w:t xml:space="preserve">　C. 惩罚</w:t>
      </w:r>
    </w:p>
    <w:p>
      <w:r>
        <w:rPr>
          <w:rFonts w:ascii="宋体" w:hAnsi="宋体" w:eastAsia="宋体"/>
          <w:b w:val="0"/>
          <w:sz w:val="22"/>
        </w:rPr>
        <w:t xml:space="preserve">　D. 消退</w:t>
      </w:r>
    </w:p>
    <w:p>
      <w:r>
        <w:rPr>
          <w:rFonts w:ascii="宋体" w:hAnsi="宋体" w:eastAsia="宋体"/>
          <w:b w:val="0"/>
          <w:sz w:val="22"/>
        </w:rPr>
        <w:t>答案：A　解析：呈现愉快刺激（表扬）以增加行为频率是正强化。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第30题】小组工作中，社会工作者在小组初期主要扮演（　）。</w:t>
      </w:r>
    </w:p>
    <w:p>
      <w:r>
        <w:rPr>
          <w:rFonts w:ascii="宋体" w:hAnsi="宋体" w:eastAsia="宋体"/>
          <w:b w:val="0"/>
          <w:sz w:val="22"/>
        </w:rPr>
        <w:t xml:space="preserve">　A. 鼓励者、引导者</w:t>
      </w:r>
    </w:p>
    <w:p>
      <w:r>
        <w:rPr>
          <w:rFonts w:ascii="宋体" w:hAnsi="宋体" w:eastAsia="宋体"/>
          <w:b w:val="0"/>
          <w:sz w:val="22"/>
        </w:rPr>
        <w:t xml:space="preserve">　B. 裁判</w:t>
      </w:r>
    </w:p>
    <w:p>
      <w:r>
        <w:rPr>
          <w:rFonts w:ascii="宋体" w:hAnsi="宋体" w:eastAsia="宋体"/>
          <w:b w:val="0"/>
          <w:sz w:val="22"/>
        </w:rPr>
        <w:t xml:space="preserve">　C. 旁观者</w:t>
      </w:r>
    </w:p>
    <w:p>
      <w:r>
        <w:rPr>
          <w:rFonts w:ascii="宋体" w:hAnsi="宋体" w:eastAsia="宋体"/>
          <w:b w:val="0"/>
          <w:sz w:val="22"/>
        </w:rPr>
        <w:t xml:space="preserve">　D. 对立面</w:t>
      </w:r>
    </w:p>
    <w:p>
      <w:r>
        <w:rPr>
          <w:rFonts w:ascii="宋体" w:hAnsi="宋体" w:eastAsia="宋体"/>
          <w:b w:val="0"/>
          <w:sz w:val="22"/>
        </w:rPr>
        <w:t>答案：A　解析：小组初期成员陌生，社工主要起鼓励、引导、建立信任的作用。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第31题】下列属于支持小组的是（　）。</w:t>
      </w:r>
    </w:p>
    <w:p>
      <w:r>
        <w:rPr>
          <w:rFonts w:ascii="宋体" w:hAnsi="宋体" w:eastAsia="宋体"/>
          <w:b w:val="0"/>
          <w:sz w:val="22"/>
        </w:rPr>
        <w:t xml:space="preserve">　A. 癌症病友互助小组</w:t>
      </w:r>
    </w:p>
    <w:p>
      <w:r>
        <w:rPr>
          <w:rFonts w:ascii="宋体" w:hAnsi="宋体" w:eastAsia="宋体"/>
          <w:b w:val="0"/>
          <w:sz w:val="22"/>
        </w:rPr>
        <w:t xml:space="preserve">　B. 技能培训班</w:t>
      </w:r>
    </w:p>
    <w:p>
      <w:r>
        <w:rPr>
          <w:rFonts w:ascii="宋体" w:hAnsi="宋体" w:eastAsia="宋体"/>
          <w:b w:val="0"/>
          <w:sz w:val="22"/>
        </w:rPr>
        <w:t xml:space="preserve">　C. 心理治疗小组</w:t>
      </w:r>
    </w:p>
    <w:p>
      <w:r>
        <w:rPr>
          <w:rFonts w:ascii="宋体" w:hAnsi="宋体" w:eastAsia="宋体"/>
          <w:b w:val="0"/>
          <w:sz w:val="22"/>
        </w:rPr>
        <w:t xml:space="preserve">　D. 任务攻关小组</w:t>
      </w:r>
    </w:p>
    <w:p>
      <w:r>
        <w:rPr>
          <w:rFonts w:ascii="宋体" w:hAnsi="宋体" w:eastAsia="宋体"/>
          <w:b w:val="0"/>
          <w:sz w:val="22"/>
        </w:rPr>
        <w:t>答案：A　解析：支持小组由有相似问题的成员组成，彼此分享、互相支持。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第32题】治疗性小组与支持性小组的区别在于（　）。</w:t>
      </w:r>
    </w:p>
    <w:p>
      <w:r>
        <w:rPr>
          <w:rFonts w:ascii="宋体" w:hAnsi="宋体" w:eastAsia="宋体"/>
          <w:b w:val="0"/>
          <w:sz w:val="22"/>
        </w:rPr>
        <w:t xml:space="preserve">　A. 前者重在心理行为矫正，后者重在互助支持</w:t>
      </w:r>
    </w:p>
    <w:p>
      <w:r>
        <w:rPr>
          <w:rFonts w:ascii="宋体" w:hAnsi="宋体" w:eastAsia="宋体"/>
          <w:b w:val="0"/>
          <w:sz w:val="22"/>
        </w:rPr>
        <w:t xml:space="preserve">　B. 前者人数多</w:t>
      </w:r>
    </w:p>
    <w:p>
      <w:r>
        <w:rPr>
          <w:rFonts w:ascii="宋体" w:hAnsi="宋体" w:eastAsia="宋体"/>
          <w:b w:val="0"/>
          <w:sz w:val="22"/>
        </w:rPr>
        <w:t xml:space="preserve">　C. 后者收费高</w:t>
      </w:r>
    </w:p>
    <w:p>
      <w:r>
        <w:rPr>
          <w:rFonts w:ascii="宋体" w:hAnsi="宋体" w:eastAsia="宋体"/>
          <w:b w:val="0"/>
          <w:sz w:val="22"/>
        </w:rPr>
        <w:t xml:space="preserve">　D. 前者在室内</w:t>
      </w:r>
    </w:p>
    <w:p>
      <w:r>
        <w:rPr>
          <w:rFonts w:ascii="宋体" w:hAnsi="宋体" w:eastAsia="宋体"/>
          <w:b w:val="0"/>
          <w:sz w:val="22"/>
        </w:rPr>
        <w:t>答案：A　解析：治疗小组偏重专业治疗与行为改变，支持小组重在成员间经验分享与情感支持。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第33题】社区工作中，“地区发展模式”强调（　）。</w:t>
      </w:r>
    </w:p>
    <w:p>
      <w:r>
        <w:rPr>
          <w:rFonts w:ascii="宋体" w:hAnsi="宋体" w:eastAsia="宋体"/>
          <w:b w:val="0"/>
          <w:sz w:val="22"/>
        </w:rPr>
        <w:t xml:space="preserve">　A. 鼓励居民广泛参与、自助互助</w:t>
      </w:r>
    </w:p>
    <w:p>
      <w:r>
        <w:rPr>
          <w:rFonts w:ascii="宋体" w:hAnsi="宋体" w:eastAsia="宋体"/>
          <w:b w:val="0"/>
          <w:sz w:val="22"/>
        </w:rPr>
        <w:t xml:space="preserve">　B. 自上而下命令</w:t>
      </w:r>
    </w:p>
    <w:p>
      <w:r>
        <w:rPr>
          <w:rFonts w:ascii="宋体" w:hAnsi="宋体" w:eastAsia="宋体"/>
          <w:b w:val="0"/>
          <w:sz w:val="22"/>
        </w:rPr>
        <w:t xml:space="preserve">　C. 专家包办一切</w:t>
      </w:r>
    </w:p>
    <w:p>
      <w:r>
        <w:rPr>
          <w:rFonts w:ascii="宋体" w:hAnsi="宋体" w:eastAsia="宋体"/>
          <w:b w:val="0"/>
          <w:sz w:val="22"/>
        </w:rPr>
        <w:t xml:space="preserve">　D. 只给钱不给参与</w:t>
      </w:r>
    </w:p>
    <w:p>
      <w:r>
        <w:rPr>
          <w:rFonts w:ascii="宋体" w:hAnsi="宋体" w:eastAsia="宋体"/>
          <w:b w:val="0"/>
          <w:sz w:val="22"/>
        </w:rPr>
        <w:t>答案：A　解析：地区发展模式强调居民参与、自助合作，提升社区凝聚力。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第34题】社区工作者进入社区的首要任务是（　）。</w:t>
      </w:r>
    </w:p>
    <w:p>
      <w:r>
        <w:rPr>
          <w:rFonts w:ascii="宋体" w:hAnsi="宋体" w:eastAsia="宋体"/>
          <w:b w:val="0"/>
          <w:sz w:val="22"/>
        </w:rPr>
        <w:t xml:space="preserve">　A. 了解社区、建立关系</w:t>
      </w:r>
    </w:p>
    <w:p>
      <w:r>
        <w:rPr>
          <w:rFonts w:ascii="宋体" w:hAnsi="宋体" w:eastAsia="宋体"/>
          <w:b w:val="0"/>
          <w:sz w:val="22"/>
        </w:rPr>
        <w:t xml:space="preserve">　B. 立即改造社区</w:t>
      </w:r>
    </w:p>
    <w:p>
      <w:r>
        <w:rPr>
          <w:rFonts w:ascii="宋体" w:hAnsi="宋体" w:eastAsia="宋体"/>
          <w:b w:val="0"/>
          <w:sz w:val="22"/>
        </w:rPr>
        <w:t xml:space="preserve">　C. 撤换居委会</w:t>
      </w:r>
    </w:p>
    <w:p>
      <w:r>
        <w:rPr>
          <w:rFonts w:ascii="宋体" w:hAnsi="宋体" w:eastAsia="宋体"/>
          <w:b w:val="0"/>
          <w:sz w:val="22"/>
        </w:rPr>
        <w:t xml:space="preserve">　D. 发表演讲</w:t>
      </w:r>
    </w:p>
    <w:p>
      <w:r>
        <w:rPr>
          <w:rFonts w:ascii="宋体" w:hAnsi="宋体" w:eastAsia="宋体"/>
          <w:b w:val="0"/>
          <w:sz w:val="22"/>
        </w:rPr>
        <w:t>答案：A　解析：进入社区先做社区分析、与居民和组织建立关系，再开展工作。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第35题】社会行政的核心是（　）。</w:t>
      </w:r>
    </w:p>
    <w:p>
      <w:r>
        <w:rPr>
          <w:rFonts w:ascii="宋体" w:hAnsi="宋体" w:eastAsia="宋体"/>
          <w:b w:val="0"/>
          <w:sz w:val="22"/>
        </w:rPr>
        <w:t xml:space="preserve">　A. 把社会政策转化为具体服务并提升效率</w:t>
      </w:r>
    </w:p>
    <w:p>
      <w:r>
        <w:rPr>
          <w:rFonts w:ascii="宋体" w:hAnsi="宋体" w:eastAsia="宋体"/>
          <w:b w:val="0"/>
          <w:sz w:val="22"/>
        </w:rPr>
        <w:t xml:space="preserve">　B. 制定法律</w:t>
      </w:r>
    </w:p>
    <w:p>
      <w:r>
        <w:rPr>
          <w:rFonts w:ascii="宋体" w:hAnsi="宋体" w:eastAsia="宋体"/>
          <w:b w:val="0"/>
          <w:sz w:val="22"/>
        </w:rPr>
        <w:t xml:space="preserve">　C. 直接个案辅导</w:t>
      </w:r>
    </w:p>
    <w:p>
      <w:r>
        <w:rPr>
          <w:rFonts w:ascii="宋体" w:hAnsi="宋体" w:eastAsia="宋体"/>
          <w:b w:val="0"/>
          <w:sz w:val="22"/>
        </w:rPr>
        <w:t xml:space="preserve">　D. 做问卷调查</w:t>
      </w:r>
    </w:p>
    <w:p>
      <w:r>
        <w:rPr>
          <w:rFonts w:ascii="宋体" w:hAnsi="宋体" w:eastAsia="宋体"/>
          <w:b w:val="0"/>
          <w:sz w:val="22"/>
        </w:rPr>
        <w:t>答案：A　解析：社会行政是通过计划、组织、协调、督导等把政策变为有效服务。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第36题】社会工作研究中，问卷调查属于（　）。</w:t>
      </w:r>
    </w:p>
    <w:p>
      <w:r>
        <w:rPr>
          <w:rFonts w:ascii="宋体" w:hAnsi="宋体" w:eastAsia="宋体"/>
          <w:b w:val="0"/>
          <w:sz w:val="22"/>
        </w:rPr>
        <w:t xml:space="preserve">　A. 定量研究方法</w:t>
      </w:r>
    </w:p>
    <w:p>
      <w:r>
        <w:rPr>
          <w:rFonts w:ascii="宋体" w:hAnsi="宋体" w:eastAsia="宋体"/>
          <w:b w:val="0"/>
          <w:sz w:val="22"/>
        </w:rPr>
        <w:t xml:space="preserve">　B. 定性研究方法</w:t>
      </w:r>
    </w:p>
    <w:p>
      <w:r>
        <w:rPr>
          <w:rFonts w:ascii="宋体" w:hAnsi="宋体" w:eastAsia="宋体"/>
          <w:b w:val="0"/>
          <w:sz w:val="22"/>
        </w:rPr>
        <w:t xml:space="preserve">　C. 实验法</w:t>
      </w:r>
    </w:p>
    <w:p>
      <w:r>
        <w:rPr>
          <w:rFonts w:ascii="宋体" w:hAnsi="宋体" w:eastAsia="宋体"/>
          <w:b w:val="0"/>
          <w:sz w:val="22"/>
        </w:rPr>
        <w:t xml:space="preserve">　D. 观察法</w:t>
      </w:r>
    </w:p>
    <w:p>
      <w:r>
        <w:rPr>
          <w:rFonts w:ascii="宋体" w:hAnsi="宋体" w:eastAsia="宋体"/>
          <w:b w:val="0"/>
          <w:sz w:val="22"/>
        </w:rPr>
        <w:t>答案：A　解析：问卷收集可量化数据并统计分析，属于定量研究。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第37题】下列属于定性研究方法的是（　）。</w:t>
      </w:r>
    </w:p>
    <w:p>
      <w:r>
        <w:rPr>
          <w:rFonts w:ascii="宋体" w:hAnsi="宋体" w:eastAsia="宋体"/>
          <w:b w:val="0"/>
          <w:sz w:val="22"/>
        </w:rPr>
        <w:t xml:space="preserve">　A. 深度访谈</w:t>
      </w:r>
    </w:p>
    <w:p>
      <w:r>
        <w:rPr>
          <w:rFonts w:ascii="宋体" w:hAnsi="宋体" w:eastAsia="宋体"/>
          <w:b w:val="0"/>
          <w:sz w:val="22"/>
        </w:rPr>
        <w:t xml:space="preserve">　B. 结构化问卷</w:t>
      </w:r>
    </w:p>
    <w:p>
      <w:r>
        <w:rPr>
          <w:rFonts w:ascii="宋体" w:hAnsi="宋体" w:eastAsia="宋体"/>
          <w:b w:val="0"/>
          <w:sz w:val="22"/>
        </w:rPr>
        <w:t xml:space="preserve">　C. 抽样统计</w:t>
      </w:r>
    </w:p>
    <w:p>
      <w:r>
        <w:rPr>
          <w:rFonts w:ascii="宋体" w:hAnsi="宋体" w:eastAsia="宋体"/>
          <w:b w:val="0"/>
          <w:sz w:val="22"/>
        </w:rPr>
        <w:t xml:space="preserve">　D. 量表测量</w:t>
      </w:r>
    </w:p>
    <w:p>
      <w:r>
        <w:rPr>
          <w:rFonts w:ascii="宋体" w:hAnsi="宋体" w:eastAsia="宋体"/>
          <w:b w:val="0"/>
          <w:sz w:val="22"/>
        </w:rPr>
        <w:t>答案：A　解析：深度访谈、个案研究、焦点小组等属于定性研究。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第38题】社会工作的“助人自助”含义是（　）。</w:t>
      </w:r>
    </w:p>
    <w:p>
      <w:r>
        <w:rPr>
          <w:rFonts w:ascii="宋体" w:hAnsi="宋体" w:eastAsia="宋体"/>
          <w:b w:val="0"/>
          <w:sz w:val="22"/>
        </w:rPr>
        <w:t xml:space="preserve">　A. 帮助服务对象学会自己帮助自己</w:t>
      </w:r>
    </w:p>
    <w:p>
      <w:r>
        <w:rPr>
          <w:rFonts w:ascii="宋体" w:hAnsi="宋体" w:eastAsia="宋体"/>
          <w:b w:val="0"/>
          <w:sz w:val="22"/>
        </w:rPr>
        <w:t xml:space="preserve">　B. 社工自己帮自己</w:t>
      </w:r>
    </w:p>
    <w:p>
      <w:r>
        <w:rPr>
          <w:rFonts w:ascii="宋体" w:hAnsi="宋体" w:eastAsia="宋体"/>
          <w:b w:val="0"/>
          <w:sz w:val="22"/>
        </w:rPr>
        <w:t xml:space="preserve">　C. 帮助所有人</w:t>
      </w:r>
    </w:p>
    <w:p>
      <w:r>
        <w:rPr>
          <w:rFonts w:ascii="宋体" w:hAnsi="宋体" w:eastAsia="宋体"/>
          <w:b w:val="0"/>
          <w:sz w:val="22"/>
        </w:rPr>
        <w:t xml:space="preserve">　D. 自助餐厅</w:t>
      </w:r>
    </w:p>
    <w:p>
      <w:r>
        <w:rPr>
          <w:rFonts w:ascii="宋体" w:hAnsi="宋体" w:eastAsia="宋体"/>
          <w:b w:val="0"/>
          <w:sz w:val="22"/>
        </w:rPr>
        <w:t>答案：A　解析：“助人自助”强调激发服务对象潜能，使其具备独立解决问题的能力。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第39题】当服务对象对社工产生情感依恋，把社工当作亲人，这属于（　）。</w:t>
      </w:r>
    </w:p>
    <w:p>
      <w:r>
        <w:rPr>
          <w:rFonts w:ascii="宋体" w:hAnsi="宋体" w:eastAsia="宋体"/>
          <w:b w:val="0"/>
          <w:sz w:val="22"/>
        </w:rPr>
        <w:t xml:space="preserve">　A. 移情</w:t>
      </w:r>
    </w:p>
    <w:p>
      <w:r>
        <w:rPr>
          <w:rFonts w:ascii="宋体" w:hAnsi="宋体" w:eastAsia="宋体"/>
          <w:b w:val="0"/>
          <w:sz w:val="22"/>
        </w:rPr>
        <w:t xml:space="preserve">　B. 反移情</w:t>
      </w:r>
    </w:p>
    <w:p>
      <w:r>
        <w:rPr>
          <w:rFonts w:ascii="宋体" w:hAnsi="宋体" w:eastAsia="宋体"/>
          <w:b w:val="0"/>
          <w:sz w:val="22"/>
        </w:rPr>
        <w:t xml:space="preserve">　C. 同感</w:t>
      </w:r>
    </w:p>
    <w:p>
      <w:r>
        <w:rPr>
          <w:rFonts w:ascii="宋体" w:hAnsi="宋体" w:eastAsia="宋体"/>
          <w:b w:val="0"/>
          <w:sz w:val="22"/>
        </w:rPr>
        <w:t xml:space="preserve">　D. 同情</w:t>
      </w:r>
    </w:p>
    <w:p>
      <w:r>
        <w:rPr>
          <w:rFonts w:ascii="宋体" w:hAnsi="宋体" w:eastAsia="宋体"/>
          <w:b w:val="0"/>
          <w:sz w:val="22"/>
        </w:rPr>
        <w:t>答案：A　解析：服务对象把早年对重要他人的情感转移到社工身上称为移情。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第40题】社工把对某人的情绪投射到服务对象身上，称为（　）。</w:t>
      </w:r>
    </w:p>
    <w:p>
      <w:r>
        <w:rPr>
          <w:rFonts w:ascii="宋体" w:hAnsi="宋体" w:eastAsia="宋体"/>
          <w:b w:val="0"/>
          <w:sz w:val="22"/>
        </w:rPr>
        <w:t xml:space="preserve">　A. 反移情</w:t>
      </w:r>
    </w:p>
    <w:p>
      <w:r>
        <w:rPr>
          <w:rFonts w:ascii="宋体" w:hAnsi="宋体" w:eastAsia="宋体"/>
          <w:b w:val="0"/>
          <w:sz w:val="22"/>
        </w:rPr>
        <w:t xml:space="preserve">　B. 移情</w:t>
      </w:r>
    </w:p>
    <w:p>
      <w:r>
        <w:rPr>
          <w:rFonts w:ascii="宋体" w:hAnsi="宋体" w:eastAsia="宋体"/>
          <w:b w:val="0"/>
          <w:sz w:val="22"/>
        </w:rPr>
        <w:t xml:space="preserve">　C. 共情</w:t>
      </w:r>
    </w:p>
    <w:p>
      <w:r>
        <w:rPr>
          <w:rFonts w:ascii="宋体" w:hAnsi="宋体" w:eastAsia="宋体"/>
          <w:b w:val="0"/>
          <w:sz w:val="22"/>
        </w:rPr>
        <w:t xml:space="preserve">　D. 同理</w:t>
      </w:r>
    </w:p>
    <w:p>
      <w:r>
        <w:rPr>
          <w:rFonts w:ascii="宋体" w:hAnsi="宋体" w:eastAsia="宋体"/>
          <w:b w:val="0"/>
          <w:sz w:val="22"/>
        </w:rPr>
        <w:t>答案：A　解析：社工自身未处理的情绪转移到服务对象身上是反移情，需督导处理。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第41题】下列属于老年社会工作服务内容的是（　）。</w:t>
      </w:r>
    </w:p>
    <w:p>
      <w:r>
        <w:rPr>
          <w:rFonts w:ascii="宋体" w:hAnsi="宋体" w:eastAsia="宋体"/>
          <w:b w:val="0"/>
          <w:sz w:val="22"/>
        </w:rPr>
        <w:t xml:space="preserve">　A. 独居老人探访与精神慰藉</w:t>
      </w:r>
    </w:p>
    <w:p>
      <w:r>
        <w:rPr>
          <w:rFonts w:ascii="宋体" w:hAnsi="宋体" w:eastAsia="宋体"/>
          <w:b w:val="0"/>
          <w:sz w:val="22"/>
        </w:rPr>
        <w:t xml:space="preserve">　B. 婴儿喂养指导</w:t>
      </w:r>
    </w:p>
    <w:p>
      <w:r>
        <w:rPr>
          <w:rFonts w:ascii="宋体" w:hAnsi="宋体" w:eastAsia="宋体"/>
          <w:b w:val="0"/>
          <w:sz w:val="22"/>
        </w:rPr>
        <w:t xml:space="preserve">　C. 青少年早恋辅导</w:t>
      </w:r>
    </w:p>
    <w:p>
      <w:r>
        <w:rPr>
          <w:rFonts w:ascii="宋体" w:hAnsi="宋体" w:eastAsia="宋体"/>
          <w:b w:val="0"/>
          <w:sz w:val="22"/>
        </w:rPr>
        <w:t xml:space="preserve">　D. 企业上市辅导</w:t>
      </w:r>
    </w:p>
    <w:p>
      <w:r>
        <w:rPr>
          <w:rFonts w:ascii="宋体" w:hAnsi="宋体" w:eastAsia="宋体"/>
          <w:b w:val="0"/>
          <w:sz w:val="22"/>
        </w:rPr>
        <w:t>答案：A　解析：老年社工包括生活照料、精神慰藉、权益维护、临终关怀等。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第42题】儿童社会工作中，对遭受家庭暴力的儿童应首先（　）。</w:t>
      </w:r>
    </w:p>
    <w:p>
      <w:r>
        <w:rPr>
          <w:rFonts w:ascii="宋体" w:hAnsi="宋体" w:eastAsia="宋体"/>
          <w:b w:val="0"/>
          <w:sz w:val="22"/>
        </w:rPr>
        <w:t xml:space="preserve">　A. 保障其安全并按规定报告</w:t>
      </w:r>
    </w:p>
    <w:p>
      <w:r>
        <w:rPr>
          <w:rFonts w:ascii="宋体" w:hAnsi="宋体" w:eastAsia="宋体"/>
          <w:b w:val="0"/>
          <w:sz w:val="22"/>
        </w:rPr>
        <w:t xml:space="preserve">　B. 劝其忍耐</w:t>
      </w:r>
    </w:p>
    <w:p>
      <w:r>
        <w:rPr>
          <w:rFonts w:ascii="宋体" w:hAnsi="宋体" w:eastAsia="宋体"/>
          <w:b w:val="0"/>
          <w:sz w:val="22"/>
        </w:rPr>
        <w:t xml:space="preserve">　C. 批评儿童</w:t>
      </w:r>
    </w:p>
    <w:p>
      <w:r>
        <w:rPr>
          <w:rFonts w:ascii="宋体" w:hAnsi="宋体" w:eastAsia="宋体"/>
          <w:b w:val="0"/>
          <w:sz w:val="22"/>
        </w:rPr>
        <w:t xml:space="preserve">　D. 公开其隐私</w:t>
      </w:r>
    </w:p>
    <w:p>
      <w:r>
        <w:rPr>
          <w:rFonts w:ascii="宋体" w:hAnsi="宋体" w:eastAsia="宋体"/>
          <w:b w:val="0"/>
          <w:sz w:val="22"/>
        </w:rPr>
        <w:t>答案：A　解析：儿童优先保护安全，发现虐待须依法报告并安置，保密不泄露隐私。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第43题】残疾人社会工作强调（　）。</w:t>
      </w:r>
    </w:p>
    <w:p>
      <w:r>
        <w:rPr>
          <w:rFonts w:ascii="宋体" w:hAnsi="宋体" w:eastAsia="宋体"/>
          <w:b w:val="0"/>
          <w:sz w:val="22"/>
        </w:rPr>
        <w:t xml:space="preserve">　A. 赋能、社会支持与环境无障碍改造</w:t>
      </w:r>
    </w:p>
    <w:p>
      <w:r>
        <w:rPr>
          <w:rFonts w:ascii="宋体" w:hAnsi="宋体" w:eastAsia="宋体"/>
          <w:b w:val="0"/>
          <w:sz w:val="22"/>
        </w:rPr>
        <w:t xml:space="preserve">　B. 只给钱</w:t>
      </w:r>
    </w:p>
    <w:p>
      <w:r>
        <w:rPr>
          <w:rFonts w:ascii="宋体" w:hAnsi="宋体" w:eastAsia="宋体"/>
          <w:b w:val="0"/>
          <w:sz w:val="22"/>
        </w:rPr>
        <w:t xml:space="preserve">　C. 把残疾人隔离</w:t>
      </w:r>
    </w:p>
    <w:p>
      <w:r>
        <w:rPr>
          <w:rFonts w:ascii="宋体" w:hAnsi="宋体" w:eastAsia="宋体"/>
          <w:b w:val="0"/>
          <w:sz w:val="22"/>
        </w:rPr>
        <w:t xml:space="preserve">　D. 忽视其权利</w:t>
      </w:r>
    </w:p>
    <w:p>
      <w:r>
        <w:rPr>
          <w:rFonts w:ascii="宋体" w:hAnsi="宋体" w:eastAsia="宋体"/>
          <w:b w:val="0"/>
          <w:sz w:val="22"/>
        </w:rPr>
        <w:t>答案：A　解析：残障社工强调优势视角、赋能、消除环境障碍和促进社会融合。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第44题】社会工作者在家庭服务中常用的评估工具是（　）。</w:t>
      </w:r>
    </w:p>
    <w:p>
      <w:r>
        <w:rPr>
          <w:rFonts w:ascii="宋体" w:hAnsi="宋体" w:eastAsia="宋体"/>
          <w:b w:val="0"/>
          <w:sz w:val="22"/>
        </w:rPr>
        <w:t xml:space="preserve">　A. 家庭结构图/家庭生态图</w:t>
      </w:r>
    </w:p>
    <w:p>
      <w:r>
        <w:rPr>
          <w:rFonts w:ascii="宋体" w:hAnsi="宋体" w:eastAsia="宋体"/>
          <w:b w:val="0"/>
          <w:sz w:val="22"/>
        </w:rPr>
        <w:t xml:space="preserve">　B. CT</w:t>
      </w:r>
    </w:p>
    <w:p>
      <w:r>
        <w:rPr>
          <w:rFonts w:ascii="宋体" w:hAnsi="宋体" w:eastAsia="宋体"/>
          <w:b w:val="0"/>
          <w:sz w:val="22"/>
        </w:rPr>
        <w:t xml:space="preserve">　C. B超</w:t>
      </w:r>
    </w:p>
    <w:p>
      <w:r>
        <w:rPr>
          <w:rFonts w:ascii="宋体" w:hAnsi="宋体" w:eastAsia="宋体"/>
          <w:b w:val="0"/>
          <w:sz w:val="22"/>
        </w:rPr>
        <w:t xml:space="preserve">　D. 心电图</w:t>
      </w:r>
    </w:p>
    <w:p>
      <w:r>
        <w:rPr>
          <w:rFonts w:ascii="宋体" w:hAnsi="宋体" w:eastAsia="宋体"/>
          <w:b w:val="0"/>
          <w:sz w:val="22"/>
        </w:rPr>
        <w:t>答案：A　解析：家庭结构图、家庭生态图是家庭社工常用的评估与沟通工具。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第45题】社区矫正社会工作主要服务对象是（　）。</w:t>
      </w:r>
    </w:p>
    <w:p>
      <w:r>
        <w:rPr>
          <w:rFonts w:ascii="宋体" w:hAnsi="宋体" w:eastAsia="宋体"/>
          <w:b w:val="0"/>
          <w:sz w:val="22"/>
        </w:rPr>
        <w:t xml:space="preserve">　A. 社区服刑人员</w:t>
      </w:r>
    </w:p>
    <w:p>
      <w:r>
        <w:rPr>
          <w:rFonts w:ascii="宋体" w:hAnsi="宋体" w:eastAsia="宋体"/>
          <w:b w:val="0"/>
          <w:sz w:val="22"/>
        </w:rPr>
        <w:t xml:space="preserve">　B. 在校学生</w:t>
      </w:r>
    </w:p>
    <w:p>
      <w:r>
        <w:rPr>
          <w:rFonts w:ascii="宋体" w:hAnsi="宋体" w:eastAsia="宋体"/>
          <w:b w:val="0"/>
          <w:sz w:val="22"/>
        </w:rPr>
        <w:t xml:space="preserve">　C. 退休老人</w:t>
      </w:r>
    </w:p>
    <w:p>
      <w:r>
        <w:rPr>
          <w:rFonts w:ascii="宋体" w:hAnsi="宋体" w:eastAsia="宋体"/>
          <w:b w:val="0"/>
          <w:sz w:val="22"/>
        </w:rPr>
        <w:t xml:space="preserve">　D. 住院病人</w:t>
      </w:r>
    </w:p>
    <w:p>
      <w:r>
        <w:rPr>
          <w:rFonts w:ascii="宋体" w:hAnsi="宋体" w:eastAsia="宋体"/>
          <w:b w:val="0"/>
          <w:sz w:val="22"/>
        </w:rPr>
        <w:t>答案：A　解析：社区矫正对象是被判处管制、缓刑等放在社区服刑的人员。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第46题】医务社会工作者在医院主要帮助（　）。</w:t>
      </w:r>
    </w:p>
    <w:p>
      <w:r>
        <w:rPr>
          <w:rFonts w:ascii="宋体" w:hAnsi="宋体" w:eastAsia="宋体"/>
          <w:b w:val="0"/>
          <w:sz w:val="22"/>
        </w:rPr>
        <w:t xml:space="preserve">　A. 患者及其家属处理社会心理问题与资源链接</w:t>
      </w:r>
    </w:p>
    <w:p>
      <w:r>
        <w:rPr>
          <w:rFonts w:ascii="宋体" w:hAnsi="宋体" w:eastAsia="宋体"/>
          <w:b w:val="0"/>
          <w:sz w:val="22"/>
        </w:rPr>
        <w:t xml:space="preserve">　B. 做手术</w:t>
      </w:r>
    </w:p>
    <w:p>
      <w:r>
        <w:rPr>
          <w:rFonts w:ascii="宋体" w:hAnsi="宋体" w:eastAsia="宋体"/>
          <w:b w:val="0"/>
          <w:sz w:val="22"/>
        </w:rPr>
        <w:t xml:space="preserve">　C. 发药</w:t>
      </w:r>
    </w:p>
    <w:p>
      <w:r>
        <w:rPr>
          <w:rFonts w:ascii="宋体" w:hAnsi="宋体" w:eastAsia="宋体"/>
          <w:b w:val="0"/>
          <w:sz w:val="22"/>
        </w:rPr>
        <w:t xml:space="preserve">　D. 化验</w:t>
      </w:r>
    </w:p>
    <w:p>
      <w:r>
        <w:rPr>
          <w:rFonts w:ascii="宋体" w:hAnsi="宋体" w:eastAsia="宋体"/>
          <w:b w:val="0"/>
          <w:sz w:val="22"/>
        </w:rPr>
        <w:t>答案：A　解析：医务社工协助医患沟通、心理支持、经济援助与出院安置等。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第47题】社会工作督导的主要对象是（　）。</w:t>
      </w:r>
    </w:p>
    <w:p>
      <w:r>
        <w:rPr>
          <w:rFonts w:ascii="宋体" w:hAnsi="宋体" w:eastAsia="宋体"/>
          <w:b w:val="0"/>
          <w:sz w:val="22"/>
        </w:rPr>
        <w:t xml:space="preserve">　A. 一线社工和实习生</w:t>
      </w:r>
    </w:p>
    <w:p>
      <w:r>
        <w:rPr>
          <w:rFonts w:ascii="宋体" w:hAnsi="宋体" w:eastAsia="宋体"/>
          <w:b w:val="0"/>
          <w:sz w:val="22"/>
        </w:rPr>
        <w:t xml:space="preserve">　B. 机构理事</w:t>
      </w:r>
    </w:p>
    <w:p>
      <w:r>
        <w:rPr>
          <w:rFonts w:ascii="宋体" w:hAnsi="宋体" w:eastAsia="宋体"/>
          <w:b w:val="0"/>
          <w:sz w:val="22"/>
        </w:rPr>
        <w:t xml:space="preserve">　C. 服务对象</w:t>
      </w:r>
    </w:p>
    <w:p>
      <w:r>
        <w:rPr>
          <w:rFonts w:ascii="宋体" w:hAnsi="宋体" w:eastAsia="宋体"/>
          <w:b w:val="0"/>
          <w:sz w:val="22"/>
        </w:rPr>
        <w:t xml:space="preserve">　D. 政府官员</w:t>
      </w:r>
    </w:p>
    <w:p>
      <w:r>
        <w:rPr>
          <w:rFonts w:ascii="宋体" w:hAnsi="宋体" w:eastAsia="宋体"/>
          <w:b w:val="0"/>
          <w:sz w:val="22"/>
        </w:rPr>
        <w:t>答案：A　解析：督导由资深者对一线社工、实习生进行指导、支持与教育。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第48题】下列不属于社会工作专业方法的是（　）。</w:t>
      </w:r>
    </w:p>
    <w:p>
      <w:r>
        <w:rPr>
          <w:rFonts w:ascii="宋体" w:hAnsi="宋体" w:eastAsia="宋体"/>
          <w:b w:val="0"/>
          <w:sz w:val="22"/>
        </w:rPr>
        <w:t xml:space="preserve">　A. 投机倒把</w:t>
      </w:r>
    </w:p>
    <w:p>
      <w:r>
        <w:rPr>
          <w:rFonts w:ascii="宋体" w:hAnsi="宋体" w:eastAsia="宋体"/>
          <w:b w:val="0"/>
          <w:sz w:val="22"/>
        </w:rPr>
        <w:t xml:space="preserve">　B. 个案工作</w:t>
      </w:r>
    </w:p>
    <w:p>
      <w:r>
        <w:rPr>
          <w:rFonts w:ascii="宋体" w:hAnsi="宋体" w:eastAsia="宋体"/>
          <w:b w:val="0"/>
          <w:sz w:val="22"/>
        </w:rPr>
        <w:t xml:space="preserve">　C. 小组工作</w:t>
      </w:r>
    </w:p>
    <w:p>
      <w:r>
        <w:rPr>
          <w:rFonts w:ascii="宋体" w:hAnsi="宋体" w:eastAsia="宋体"/>
          <w:b w:val="0"/>
          <w:sz w:val="22"/>
        </w:rPr>
        <w:t xml:space="preserve">　D. 社区工作</w:t>
      </w:r>
    </w:p>
    <w:p>
      <w:r>
        <w:rPr>
          <w:rFonts w:ascii="宋体" w:hAnsi="宋体" w:eastAsia="宋体"/>
          <w:b w:val="0"/>
          <w:sz w:val="22"/>
        </w:rPr>
        <w:t>答案：A　解析：三大直接方法是个案、小组、社区工作。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第49题】社会工作者在服务中发现服务对象可能伤害他人，正确做法是（　）。</w:t>
      </w:r>
    </w:p>
    <w:p>
      <w:r>
        <w:rPr>
          <w:rFonts w:ascii="宋体" w:hAnsi="宋体" w:eastAsia="宋体"/>
          <w:b w:val="0"/>
          <w:sz w:val="22"/>
        </w:rPr>
        <w:t xml:space="preserve">　A. 评估风险并按规定报告、保护相关人</w:t>
      </w:r>
    </w:p>
    <w:p>
      <w:r>
        <w:rPr>
          <w:rFonts w:ascii="宋体" w:hAnsi="宋体" w:eastAsia="宋体"/>
          <w:b w:val="0"/>
          <w:sz w:val="22"/>
        </w:rPr>
        <w:t xml:space="preserve">　B. 守口如瓶</w:t>
      </w:r>
    </w:p>
    <w:p>
      <w:r>
        <w:rPr>
          <w:rFonts w:ascii="宋体" w:hAnsi="宋体" w:eastAsia="宋体"/>
          <w:b w:val="0"/>
          <w:sz w:val="22"/>
        </w:rPr>
        <w:t xml:space="preserve">　C. 立即赶其出门</w:t>
      </w:r>
    </w:p>
    <w:p>
      <w:r>
        <w:rPr>
          <w:rFonts w:ascii="宋体" w:hAnsi="宋体" w:eastAsia="宋体"/>
          <w:b w:val="0"/>
          <w:sz w:val="22"/>
        </w:rPr>
        <w:t xml:space="preserve">　D. 网络曝光</w:t>
      </w:r>
    </w:p>
    <w:p>
      <w:r>
        <w:rPr>
          <w:rFonts w:ascii="宋体" w:hAnsi="宋体" w:eastAsia="宋体"/>
          <w:b w:val="0"/>
          <w:sz w:val="22"/>
        </w:rPr>
        <w:t>答案：A　解析：存在伤害他人风险时，应突破保密、评估风险并依法报告保护第三方。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第50题】“优势视角”要求社工（　）。</w:t>
      </w:r>
    </w:p>
    <w:p>
      <w:r>
        <w:rPr>
          <w:rFonts w:ascii="宋体" w:hAnsi="宋体" w:eastAsia="宋体"/>
          <w:b w:val="0"/>
          <w:sz w:val="22"/>
        </w:rPr>
        <w:t xml:space="preserve">　A. 关注服务对象的能力、资源与潜能</w:t>
      </w:r>
    </w:p>
    <w:p>
      <w:r>
        <w:rPr>
          <w:rFonts w:ascii="宋体" w:hAnsi="宋体" w:eastAsia="宋体"/>
          <w:b w:val="0"/>
          <w:sz w:val="22"/>
        </w:rPr>
        <w:t xml:space="preserve">　B. 只盯着缺点问题</w:t>
      </w:r>
    </w:p>
    <w:p>
      <w:r>
        <w:rPr>
          <w:rFonts w:ascii="宋体" w:hAnsi="宋体" w:eastAsia="宋体"/>
          <w:b w:val="0"/>
          <w:sz w:val="22"/>
        </w:rPr>
        <w:t xml:space="preserve">　C. 认定其一无是处</w:t>
      </w:r>
    </w:p>
    <w:p>
      <w:r>
        <w:rPr>
          <w:rFonts w:ascii="宋体" w:hAnsi="宋体" w:eastAsia="宋体"/>
          <w:b w:val="0"/>
          <w:sz w:val="22"/>
        </w:rPr>
        <w:t xml:space="preserve">　D. 替其包办</w:t>
      </w:r>
    </w:p>
    <w:p>
      <w:r>
        <w:rPr>
          <w:rFonts w:ascii="宋体" w:hAnsi="宋体" w:eastAsia="宋体"/>
          <w:b w:val="0"/>
          <w:sz w:val="22"/>
        </w:rPr>
        <w:t>答案：A　解析：优势视角强调发掘服务对象的长处、资源和潜能，而非只看病理。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第51题】社会工作者与服务对象的专业关系具有（　）。</w:t>
      </w:r>
    </w:p>
    <w:p>
      <w:r>
        <w:rPr>
          <w:rFonts w:ascii="宋体" w:hAnsi="宋体" w:eastAsia="宋体"/>
          <w:b w:val="0"/>
          <w:sz w:val="22"/>
        </w:rPr>
        <w:t xml:space="preserve">　A. 目的性、时限性、专业界限</w:t>
      </w:r>
    </w:p>
    <w:p>
      <w:r>
        <w:rPr>
          <w:rFonts w:ascii="宋体" w:hAnsi="宋体" w:eastAsia="宋体"/>
          <w:b w:val="0"/>
          <w:sz w:val="22"/>
        </w:rPr>
        <w:t xml:space="preserve">　B. 随意性</w:t>
      </w:r>
    </w:p>
    <w:p>
      <w:r>
        <w:rPr>
          <w:rFonts w:ascii="宋体" w:hAnsi="宋体" w:eastAsia="宋体"/>
          <w:b w:val="0"/>
          <w:sz w:val="22"/>
        </w:rPr>
        <w:t xml:space="preserve">　C. 终身性</w:t>
      </w:r>
    </w:p>
    <w:p>
      <w:r>
        <w:rPr>
          <w:rFonts w:ascii="宋体" w:hAnsi="宋体" w:eastAsia="宋体"/>
          <w:b w:val="0"/>
          <w:sz w:val="22"/>
        </w:rPr>
        <w:t xml:space="preserve">　D. 朋友式无界限</w:t>
      </w:r>
    </w:p>
    <w:p>
      <w:r>
        <w:rPr>
          <w:rFonts w:ascii="宋体" w:hAnsi="宋体" w:eastAsia="宋体"/>
          <w:b w:val="0"/>
          <w:sz w:val="22"/>
        </w:rPr>
        <w:t>答案：A　解析：专业关系以助人目标为导向、有时限和专业边界，不同于私人友谊。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第52题】在接案阶段，社工首先要做的是（　）。</w:t>
      </w:r>
    </w:p>
    <w:p>
      <w:r>
        <w:rPr>
          <w:rFonts w:ascii="宋体" w:hAnsi="宋体" w:eastAsia="宋体"/>
          <w:b w:val="0"/>
          <w:sz w:val="22"/>
        </w:rPr>
        <w:t xml:space="preserve">　A. 了解服务对象的求助意愿与问题</w:t>
      </w:r>
    </w:p>
    <w:p>
      <w:r>
        <w:rPr>
          <w:rFonts w:ascii="宋体" w:hAnsi="宋体" w:eastAsia="宋体"/>
          <w:b w:val="0"/>
          <w:sz w:val="22"/>
        </w:rPr>
        <w:t xml:space="preserve">　B. 直接安排服务</w:t>
      </w:r>
    </w:p>
    <w:p>
      <w:r>
        <w:rPr>
          <w:rFonts w:ascii="宋体" w:hAnsi="宋体" w:eastAsia="宋体"/>
          <w:b w:val="0"/>
          <w:sz w:val="22"/>
        </w:rPr>
        <w:t xml:space="preserve">　C. 收费</w:t>
      </w:r>
    </w:p>
    <w:p>
      <w:r>
        <w:rPr>
          <w:rFonts w:ascii="宋体" w:hAnsi="宋体" w:eastAsia="宋体"/>
          <w:b w:val="0"/>
          <w:sz w:val="22"/>
        </w:rPr>
        <w:t xml:space="preserve">　D. 转介他人</w:t>
      </w:r>
    </w:p>
    <w:p>
      <w:r>
        <w:rPr>
          <w:rFonts w:ascii="宋体" w:hAnsi="宋体" w:eastAsia="宋体"/>
          <w:b w:val="0"/>
          <w:sz w:val="22"/>
        </w:rPr>
        <w:t>答案：A　解析：接案时先了解求助背景、意愿和问题，决定是否建立专业关系。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第53题】预估阶段的主要任务是（　）。</w:t>
      </w:r>
    </w:p>
    <w:p>
      <w:r>
        <w:rPr>
          <w:rFonts w:ascii="宋体" w:hAnsi="宋体" w:eastAsia="宋体"/>
          <w:b w:val="0"/>
          <w:sz w:val="22"/>
        </w:rPr>
        <w:t xml:space="preserve">　A. 收集资料、分析问题与资源</w:t>
      </w:r>
    </w:p>
    <w:p>
      <w:r>
        <w:rPr>
          <w:rFonts w:ascii="宋体" w:hAnsi="宋体" w:eastAsia="宋体"/>
          <w:b w:val="0"/>
          <w:sz w:val="22"/>
        </w:rPr>
        <w:t xml:space="preserve">　B. 结案</w:t>
      </w:r>
    </w:p>
    <w:p>
      <w:r>
        <w:rPr>
          <w:rFonts w:ascii="宋体" w:hAnsi="宋体" w:eastAsia="宋体"/>
          <w:b w:val="0"/>
          <w:sz w:val="22"/>
        </w:rPr>
        <w:t xml:space="preserve">　C. 收费</w:t>
      </w:r>
    </w:p>
    <w:p>
      <w:r>
        <w:rPr>
          <w:rFonts w:ascii="宋体" w:hAnsi="宋体" w:eastAsia="宋体"/>
          <w:b w:val="0"/>
          <w:sz w:val="22"/>
        </w:rPr>
        <w:t xml:space="preserve">　D. 宣传</w:t>
      </w:r>
    </w:p>
    <w:p>
      <w:r>
        <w:rPr>
          <w:rFonts w:ascii="宋体" w:hAnsi="宋体" w:eastAsia="宋体"/>
          <w:b w:val="0"/>
          <w:sz w:val="22"/>
        </w:rPr>
        <w:t>答案：A　解析：预估是收集资料、分析服务对象问题及其所处环境，形成服务计划依据。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第54题】服务计划的目标应当（　）。</w:t>
      </w:r>
    </w:p>
    <w:p>
      <w:r>
        <w:rPr>
          <w:rFonts w:ascii="宋体" w:hAnsi="宋体" w:eastAsia="宋体"/>
          <w:b w:val="0"/>
          <w:sz w:val="22"/>
        </w:rPr>
        <w:t xml:space="preserve">　A. 具体、可测量、可达成</w:t>
      </w:r>
    </w:p>
    <w:p>
      <w:r>
        <w:rPr>
          <w:rFonts w:ascii="宋体" w:hAnsi="宋体" w:eastAsia="宋体"/>
          <w:b w:val="0"/>
          <w:sz w:val="22"/>
        </w:rPr>
        <w:t xml:space="preserve">　B. 越宏大越好</w:t>
      </w:r>
    </w:p>
    <w:p>
      <w:r>
        <w:rPr>
          <w:rFonts w:ascii="宋体" w:hAnsi="宋体" w:eastAsia="宋体"/>
          <w:b w:val="0"/>
          <w:sz w:val="22"/>
        </w:rPr>
        <w:t xml:space="preserve">　C. 模糊不清</w:t>
      </w:r>
    </w:p>
    <w:p>
      <w:r>
        <w:rPr>
          <w:rFonts w:ascii="宋体" w:hAnsi="宋体" w:eastAsia="宋体"/>
          <w:b w:val="0"/>
          <w:sz w:val="22"/>
        </w:rPr>
        <w:t xml:space="preserve">　D. 由社工单方决定</w:t>
      </w:r>
    </w:p>
    <w:p>
      <w:r>
        <w:rPr>
          <w:rFonts w:ascii="宋体" w:hAnsi="宋体" w:eastAsia="宋体"/>
          <w:b w:val="0"/>
          <w:sz w:val="22"/>
        </w:rPr>
        <w:t>答案：A　解析：目标要SMART：具体、可衡量、可实现、相关、有时限，并与服务对象共同制定。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第55题】评估服务成效时，较理想的做法是（　）。</w:t>
      </w:r>
    </w:p>
    <w:p>
      <w:r>
        <w:rPr>
          <w:rFonts w:ascii="宋体" w:hAnsi="宋体" w:eastAsia="宋体"/>
          <w:b w:val="0"/>
          <w:sz w:val="22"/>
        </w:rPr>
        <w:t xml:space="preserve">　A. 综合服务对象、社工和多方反馈</w:t>
      </w:r>
    </w:p>
    <w:p>
      <w:r>
        <w:rPr>
          <w:rFonts w:ascii="宋体" w:hAnsi="宋体" w:eastAsia="宋体"/>
          <w:b w:val="0"/>
          <w:sz w:val="22"/>
        </w:rPr>
        <w:t xml:space="preserve">　B. 只听社工自评</w:t>
      </w:r>
    </w:p>
    <w:p>
      <w:r>
        <w:rPr>
          <w:rFonts w:ascii="宋体" w:hAnsi="宋体" w:eastAsia="宋体"/>
          <w:b w:val="0"/>
          <w:sz w:val="22"/>
        </w:rPr>
        <w:t xml:space="preserve">　C. 不做任何评估</w:t>
      </w:r>
    </w:p>
    <w:p>
      <w:r>
        <w:rPr>
          <w:rFonts w:ascii="宋体" w:hAnsi="宋体" w:eastAsia="宋体"/>
          <w:b w:val="0"/>
          <w:sz w:val="22"/>
        </w:rPr>
        <w:t xml:space="preserve">　D. 只看收费</w:t>
      </w:r>
    </w:p>
    <w:p>
      <w:r>
        <w:rPr>
          <w:rFonts w:ascii="宋体" w:hAnsi="宋体" w:eastAsia="宋体"/>
          <w:b w:val="0"/>
          <w:sz w:val="22"/>
        </w:rPr>
        <w:t>答案：A　解析：成效评估应多方参与、多源资料 triangulation，避免单一主观判断。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第56题】结案阶段，服务对象出现分离焦虑，社工应（　）。</w:t>
      </w:r>
    </w:p>
    <w:p>
      <w:r>
        <w:rPr>
          <w:rFonts w:ascii="宋体" w:hAnsi="宋体" w:eastAsia="宋体"/>
          <w:b w:val="0"/>
          <w:sz w:val="22"/>
        </w:rPr>
        <w:t xml:space="preserve">　A. 妥善处理离别情绪、巩固改变</w:t>
      </w:r>
    </w:p>
    <w:p>
      <w:r>
        <w:rPr>
          <w:rFonts w:ascii="宋体" w:hAnsi="宋体" w:eastAsia="宋体"/>
          <w:b w:val="0"/>
          <w:sz w:val="22"/>
        </w:rPr>
        <w:t xml:space="preserve">　B. 回避不谈</w:t>
      </w:r>
    </w:p>
    <w:p>
      <w:r>
        <w:rPr>
          <w:rFonts w:ascii="宋体" w:hAnsi="宋体" w:eastAsia="宋体"/>
          <w:b w:val="0"/>
          <w:sz w:val="22"/>
        </w:rPr>
        <w:t xml:space="preserve">　C. 突然消失</w:t>
      </w:r>
    </w:p>
    <w:p>
      <w:r>
        <w:rPr>
          <w:rFonts w:ascii="宋体" w:hAnsi="宋体" w:eastAsia="宋体"/>
          <w:b w:val="0"/>
          <w:sz w:val="22"/>
        </w:rPr>
        <w:t xml:space="preserve">　D. 指责其不独立</w:t>
      </w:r>
    </w:p>
    <w:p>
      <w:r>
        <w:rPr>
          <w:rFonts w:ascii="宋体" w:hAnsi="宋体" w:eastAsia="宋体"/>
          <w:b w:val="0"/>
          <w:sz w:val="22"/>
        </w:rPr>
        <w:t>答案：A　解析：结案要提前告知、处理离情、巩固成效并做好跟进转介安排。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第57题】下列属于非正式支持系统的是（　）。</w:t>
      </w:r>
    </w:p>
    <w:p>
      <w:r>
        <w:rPr>
          <w:rFonts w:ascii="宋体" w:hAnsi="宋体" w:eastAsia="宋体"/>
          <w:b w:val="0"/>
          <w:sz w:val="22"/>
        </w:rPr>
        <w:t xml:space="preserve">　A. 家人、邻里、亲友</w:t>
      </w:r>
    </w:p>
    <w:p>
      <w:r>
        <w:rPr>
          <w:rFonts w:ascii="宋体" w:hAnsi="宋体" w:eastAsia="宋体"/>
          <w:b w:val="0"/>
          <w:sz w:val="22"/>
        </w:rPr>
        <w:t xml:space="preserve">　B. 民政局</w:t>
      </w:r>
    </w:p>
    <w:p>
      <w:r>
        <w:rPr>
          <w:rFonts w:ascii="宋体" w:hAnsi="宋体" w:eastAsia="宋体"/>
          <w:b w:val="0"/>
          <w:sz w:val="22"/>
        </w:rPr>
        <w:t xml:space="preserve">　C. 医院</w:t>
      </w:r>
    </w:p>
    <w:p>
      <w:r>
        <w:rPr>
          <w:rFonts w:ascii="宋体" w:hAnsi="宋体" w:eastAsia="宋体"/>
          <w:b w:val="0"/>
          <w:sz w:val="22"/>
        </w:rPr>
        <w:t xml:space="preserve">　D. 社工机构</w:t>
      </w:r>
    </w:p>
    <w:p>
      <w:r>
        <w:rPr>
          <w:rFonts w:ascii="宋体" w:hAnsi="宋体" w:eastAsia="宋体"/>
          <w:b w:val="0"/>
          <w:sz w:val="22"/>
        </w:rPr>
        <w:t>答案：A　解析：家人邻里亲友属于自然的非正式支持，政府机构为正式支持系统。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第58题】社会救助中，最低生活保障主要解决的是（　）。</w:t>
      </w:r>
    </w:p>
    <w:p>
      <w:r>
        <w:rPr>
          <w:rFonts w:ascii="宋体" w:hAnsi="宋体" w:eastAsia="宋体"/>
          <w:b w:val="0"/>
          <w:sz w:val="22"/>
        </w:rPr>
        <w:t xml:space="preserve">　A. 基本生活困难</w:t>
      </w:r>
    </w:p>
    <w:p>
      <w:r>
        <w:rPr>
          <w:rFonts w:ascii="宋体" w:hAnsi="宋体" w:eastAsia="宋体"/>
          <w:b w:val="0"/>
          <w:sz w:val="22"/>
        </w:rPr>
        <w:t xml:space="preserve">　B. 升学问题</w:t>
      </w:r>
    </w:p>
    <w:p>
      <w:r>
        <w:rPr>
          <w:rFonts w:ascii="宋体" w:hAnsi="宋体" w:eastAsia="宋体"/>
          <w:b w:val="0"/>
          <w:sz w:val="22"/>
        </w:rPr>
        <w:t xml:space="preserve">　C. 婚姻问题</w:t>
      </w:r>
    </w:p>
    <w:p>
      <w:r>
        <w:rPr>
          <w:rFonts w:ascii="宋体" w:hAnsi="宋体" w:eastAsia="宋体"/>
          <w:b w:val="0"/>
          <w:sz w:val="22"/>
        </w:rPr>
        <w:t xml:space="preserve">　D. 就业歧视</w:t>
      </w:r>
    </w:p>
    <w:p>
      <w:r>
        <w:rPr>
          <w:rFonts w:ascii="宋体" w:hAnsi="宋体" w:eastAsia="宋体"/>
          <w:b w:val="0"/>
          <w:sz w:val="22"/>
        </w:rPr>
        <w:t>答案：A　解析：低保是对家庭人均收入低于标准者给予的基本生活现金救助。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第59题】社会工作者在残障服务中推动“无障碍环境”属于（　）。</w:t>
      </w:r>
    </w:p>
    <w:p>
      <w:r>
        <w:rPr>
          <w:rFonts w:ascii="宋体" w:hAnsi="宋体" w:eastAsia="宋体"/>
          <w:b w:val="0"/>
          <w:sz w:val="22"/>
        </w:rPr>
        <w:t xml:space="preserve">　A. 宏观/环境层面的倡导</w:t>
      </w:r>
    </w:p>
    <w:p>
      <w:r>
        <w:rPr>
          <w:rFonts w:ascii="宋体" w:hAnsi="宋体" w:eastAsia="宋体"/>
          <w:b w:val="0"/>
          <w:sz w:val="22"/>
        </w:rPr>
        <w:t xml:space="preserve">　B. 微观个案</w:t>
      </w:r>
    </w:p>
    <w:p>
      <w:r>
        <w:rPr>
          <w:rFonts w:ascii="宋体" w:hAnsi="宋体" w:eastAsia="宋体"/>
          <w:b w:val="0"/>
          <w:sz w:val="22"/>
        </w:rPr>
        <w:t xml:space="preserve">　C. 小组游戏</w:t>
      </w:r>
    </w:p>
    <w:p>
      <w:r>
        <w:rPr>
          <w:rFonts w:ascii="宋体" w:hAnsi="宋体" w:eastAsia="宋体"/>
          <w:b w:val="0"/>
          <w:sz w:val="22"/>
        </w:rPr>
        <w:t xml:space="preserve">　D. 财务核算</w:t>
      </w:r>
    </w:p>
    <w:p>
      <w:r>
        <w:rPr>
          <w:rFonts w:ascii="宋体" w:hAnsi="宋体" w:eastAsia="宋体"/>
          <w:b w:val="0"/>
          <w:sz w:val="22"/>
        </w:rPr>
        <w:t>答案：A　解析：推动无障碍设施和政策环境属于宏观层面的社会倡导与环境改造。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第60题】下列哪项体现了社会工作的“文化敏感性”（　）。</w:t>
      </w:r>
    </w:p>
    <w:p>
      <w:r>
        <w:rPr>
          <w:rFonts w:ascii="宋体" w:hAnsi="宋体" w:eastAsia="宋体"/>
          <w:b w:val="0"/>
          <w:sz w:val="22"/>
        </w:rPr>
        <w:t xml:space="preserve">　A. 尊重少数民族的风俗习惯</w:t>
      </w:r>
    </w:p>
    <w:p>
      <w:r>
        <w:rPr>
          <w:rFonts w:ascii="宋体" w:hAnsi="宋体" w:eastAsia="宋体"/>
          <w:b w:val="0"/>
          <w:sz w:val="22"/>
        </w:rPr>
        <w:t xml:space="preserve">　B. 强迫统一习俗</w:t>
      </w:r>
    </w:p>
    <w:p>
      <w:r>
        <w:rPr>
          <w:rFonts w:ascii="宋体" w:hAnsi="宋体" w:eastAsia="宋体"/>
          <w:b w:val="0"/>
          <w:sz w:val="22"/>
        </w:rPr>
        <w:t xml:space="preserve">　C. 歧视外来人口</w:t>
      </w:r>
    </w:p>
    <w:p>
      <w:r>
        <w:rPr>
          <w:rFonts w:ascii="宋体" w:hAnsi="宋体" w:eastAsia="宋体"/>
          <w:b w:val="0"/>
          <w:sz w:val="22"/>
        </w:rPr>
        <w:t xml:space="preserve">　D. 忽视文化差异</w:t>
      </w:r>
    </w:p>
    <w:p>
      <w:r>
        <w:rPr>
          <w:rFonts w:ascii="宋体" w:hAnsi="宋体" w:eastAsia="宋体"/>
          <w:b w:val="0"/>
          <w:sz w:val="22"/>
        </w:rPr>
        <w:t>答案：A　解析：文化敏感指尊重并理解服务对象的文化背景，避免文化偏见。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第61题】在小组结束阶段，社工应重点（　）。</w:t>
      </w:r>
    </w:p>
    <w:p>
      <w:r>
        <w:rPr>
          <w:rFonts w:ascii="宋体" w:hAnsi="宋体" w:eastAsia="宋体"/>
          <w:b w:val="0"/>
          <w:sz w:val="22"/>
        </w:rPr>
        <w:t xml:space="preserve">　A. 处理离别情绪、协助总结与跟进</w:t>
      </w:r>
    </w:p>
    <w:p>
      <w:r>
        <w:rPr>
          <w:rFonts w:ascii="宋体" w:hAnsi="宋体" w:eastAsia="宋体"/>
          <w:b w:val="0"/>
          <w:sz w:val="22"/>
        </w:rPr>
        <w:t xml:space="preserve">　B. 继续招募新成员</w:t>
      </w:r>
    </w:p>
    <w:p>
      <w:r>
        <w:rPr>
          <w:rFonts w:ascii="宋体" w:hAnsi="宋体" w:eastAsia="宋体"/>
          <w:b w:val="0"/>
          <w:sz w:val="22"/>
        </w:rPr>
        <w:t xml:space="preserve">　C. 解散不告而别</w:t>
      </w:r>
    </w:p>
    <w:p>
      <w:r>
        <w:rPr>
          <w:rFonts w:ascii="宋体" w:hAnsi="宋体" w:eastAsia="宋体"/>
          <w:b w:val="0"/>
          <w:sz w:val="22"/>
        </w:rPr>
        <w:t xml:space="preserve">　D. 增加活动难度</w:t>
      </w:r>
    </w:p>
    <w:p>
      <w:r>
        <w:rPr>
          <w:rFonts w:ascii="宋体" w:hAnsi="宋体" w:eastAsia="宋体"/>
          <w:b w:val="0"/>
          <w:sz w:val="22"/>
        </w:rPr>
        <w:t>答案：A　解析：结束阶段关注成员离别感受、成果巩固和转介跟进。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第62题】社区教育属于社区工作中的（　）。</w:t>
      </w:r>
    </w:p>
    <w:p>
      <w:r>
        <w:rPr>
          <w:rFonts w:ascii="宋体" w:hAnsi="宋体" w:eastAsia="宋体"/>
          <w:b w:val="0"/>
          <w:sz w:val="22"/>
        </w:rPr>
        <w:t xml:space="preserve">　A. 教育/发展层面介入</w:t>
      </w:r>
    </w:p>
    <w:p>
      <w:r>
        <w:rPr>
          <w:rFonts w:ascii="宋体" w:hAnsi="宋体" w:eastAsia="宋体"/>
          <w:b w:val="0"/>
          <w:sz w:val="22"/>
        </w:rPr>
        <w:t xml:space="preserve">　B. 司法审判</w:t>
      </w:r>
    </w:p>
    <w:p>
      <w:r>
        <w:rPr>
          <w:rFonts w:ascii="宋体" w:hAnsi="宋体" w:eastAsia="宋体"/>
          <w:b w:val="0"/>
          <w:sz w:val="22"/>
        </w:rPr>
        <w:t xml:space="preserve">　C. 医疗手术</w:t>
      </w:r>
    </w:p>
    <w:p>
      <w:r>
        <w:rPr>
          <w:rFonts w:ascii="宋体" w:hAnsi="宋体" w:eastAsia="宋体"/>
          <w:b w:val="0"/>
          <w:sz w:val="22"/>
        </w:rPr>
        <w:t xml:space="preserve">　D. 工程建设</w:t>
      </w:r>
    </w:p>
    <w:p>
      <w:r>
        <w:rPr>
          <w:rFonts w:ascii="宋体" w:hAnsi="宋体" w:eastAsia="宋体"/>
          <w:b w:val="0"/>
          <w:sz w:val="22"/>
        </w:rPr>
        <w:t>答案：A　解析：通过社区教育提升居民意识和能力，属于发展性介入。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第63题】社会工作者撰写的服务记录应当（　）。</w:t>
      </w:r>
    </w:p>
    <w:p>
      <w:r>
        <w:rPr>
          <w:rFonts w:ascii="宋体" w:hAnsi="宋体" w:eastAsia="宋体"/>
          <w:b w:val="0"/>
          <w:sz w:val="22"/>
        </w:rPr>
        <w:t xml:space="preserve">　A. 客观、及时、保密</w:t>
      </w:r>
    </w:p>
    <w:p>
      <w:r>
        <w:rPr>
          <w:rFonts w:ascii="宋体" w:hAnsi="宋体" w:eastAsia="宋体"/>
          <w:b w:val="0"/>
          <w:sz w:val="22"/>
        </w:rPr>
        <w:t xml:space="preserve">　B. 随意编造</w:t>
      </w:r>
    </w:p>
    <w:p>
      <w:r>
        <w:rPr>
          <w:rFonts w:ascii="宋体" w:hAnsi="宋体" w:eastAsia="宋体"/>
          <w:b w:val="0"/>
          <w:sz w:val="22"/>
        </w:rPr>
        <w:t xml:space="preserve">　C. 公开张贴</w:t>
      </w:r>
    </w:p>
    <w:p>
      <w:r>
        <w:rPr>
          <w:rFonts w:ascii="宋体" w:hAnsi="宋体" w:eastAsia="宋体"/>
          <w:b w:val="0"/>
          <w:sz w:val="22"/>
        </w:rPr>
        <w:t xml:space="preserve">　D. 拖延不写</w:t>
      </w:r>
    </w:p>
    <w:p>
      <w:r>
        <w:rPr>
          <w:rFonts w:ascii="宋体" w:hAnsi="宋体" w:eastAsia="宋体"/>
          <w:b w:val="0"/>
          <w:sz w:val="22"/>
        </w:rPr>
        <w:t>答案：A　解析：记录要及时、客观、完整并妥善保密保管。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第64题】下列做法符合社会工作伦理的是（　）。</w:t>
      </w:r>
    </w:p>
    <w:p>
      <w:r>
        <w:rPr>
          <w:rFonts w:ascii="宋体" w:hAnsi="宋体" w:eastAsia="宋体"/>
          <w:b w:val="0"/>
          <w:sz w:val="22"/>
        </w:rPr>
        <w:t xml:space="preserve">　A. 服务对象知情同意后再开展服务</w:t>
      </w:r>
    </w:p>
    <w:p>
      <w:r>
        <w:rPr>
          <w:rFonts w:ascii="宋体" w:hAnsi="宋体" w:eastAsia="宋体"/>
          <w:b w:val="0"/>
          <w:sz w:val="22"/>
        </w:rPr>
        <w:t xml:space="preserve">　B. 未经同意就服务</w:t>
      </w:r>
    </w:p>
    <w:p>
      <w:r>
        <w:rPr>
          <w:rFonts w:ascii="宋体" w:hAnsi="宋体" w:eastAsia="宋体"/>
          <w:b w:val="0"/>
          <w:sz w:val="22"/>
        </w:rPr>
        <w:t xml:space="preserve">　C. 代签同意书</w:t>
      </w:r>
    </w:p>
    <w:p>
      <w:r>
        <w:rPr>
          <w:rFonts w:ascii="宋体" w:hAnsi="宋体" w:eastAsia="宋体"/>
          <w:b w:val="0"/>
          <w:sz w:val="22"/>
        </w:rPr>
        <w:t xml:space="preserve">　D. 隐瞒费用</w:t>
      </w:r>
    </w:p>
    <w:p>
      <w:r>
        <w:rPr>
          <w:rFonts w:ascii="宋体" w:hAnsi="宋体" w:eastAsia="宋体"/>
          <w:b w:val="0"/>
          <w:sz w:val="22"/>
        </w:rPr>
        <w:t>答案：A　解析：知情同意是伦理基本要求，须让服务对象明白服务内容与风险。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第65题】当机构资源无法满足服务对象需求时，社工应（　）。</w:t>
      </w:r>
    </w:p>
    <w:p>
      <w:r>
        <w:rPr>
          <w:rFonts w:ascii="宋体" w:hAnsi="宋体" w:eastAsia="宋体"/>
          <w:b w:val="0"/>
          <w:sz w:val="22"/>
        </w:rPr>
        <w:t xml:space="preserve">　A. 转介到合适的资源/机构</w:t>
      </w:r>
    </w:p>
    <w:p>
      <w:r>
        <w:rPr>
          <w:rFonts w:ascii="宋体" w:hAnsi="宋体" w:eastAsia="宋体"/>
          <w:b w:val="0"/>
          <w:sz w:val="22"/>
        </w:rPr>
        <w:t xml:space="preserve">　B. 拒绝不管</w:t>
      </w:r>
    </w:p>
    <w:p>
      <w:r>
        <w:rPr>
          <w:rFonts w:ascii="宋体" w:hAnsi="宋体" w:eastAsia="宋体"/>
          <w:b w:val="0"/>
          <w:sz w:val="22"/>
        </w:rPr>
        <w:t xml:space="preserve">　C. 随便应付</w:t>
      </w:r>
    </w:p>
    <w:p>
      <w:r>
        <w:rPr>
          <w:rFonts w:ascii="宋体" w:hAnsi="宋体" w:eastAsia="宋体"/>
          <w:b w:val="0"/>
          <w:sz w:val="22"/>
        </w:rPr>
        <w:t xml:space="preserve">　D. 违规承诺</w:t>
      </w:r>
    </w:p>
    <w:p>
      <w:r>
        <w:rPr>
          <w:rFonts w:ascii="宋体" w:hAnsi="宋体" w:eastAsia="宋体"/>
          <w:b w:val="0"/>
          <w:sz w:val="22"/>
        </w:rPr>
        <w:t>答案：A　解析：转介是链接外部资源的专业做法，使服务对象获得适切帮助。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第66题】下列属于社会工作者间接服务角色的是（　）。</w:t>
      </w:r>
    </w:p>
    <w:p>
      <w:r>
        <w:rPr>
          <w:rFonts w:ascii="宋体" w:hAnsi="宋体" w:eastAsia="宋体"/>
          <w:b w:val="0"/>
          <w:sz w:val="22"/>
        </w:rPr>
        <w:t xml:space="preserve">　A. 资源筹措者/行政管理者</w:t>
      </w:r>
    </w:p>
    <w:p>
      <w:r>
        <w:rPr>
          <w:rFonts w:ascii="宋体" w:hAnsi="宋体" w:eastAsia="宋体"/>
          <w:b w:val="0"/>
          <w:sz w:val="22"/>
        </w:rPr>
        <w:t xml:space="preserve">　B. 个案辅导者</w:t>
      </w:r>
    </w:p>
    <w:p>
      <w:r>
        <w:rPr>
          <w:rFonts w:ascii="宋体" w:hAnsi="宋体" w:eastAsia="宋体"/>
          <w:b w:val="0"/>
          <w:sz w:val="22"/>
        </w:rPr>
        <w:t xml:space="preserve">　C. 小组带领者</w:t>
      </w:r>
    </w:p>
    <w:p>
      <w:r>
        <w:rPr>
          <w:rFonts w:ascii="宋体" w:hAnsi="宋体" w:eastAsia="宋体"/>
          <w:b w:val="0"/>
          <w:sz w:val="22"/>
        </w:rPr>
        <w:t xml:space="preserve">　D. 社区调解员</w:t>
      </w:r>
    </w:p>
    <w:p>
      <w:r>
        <w:rPr>
          <w:rFonts w:ascii="宋体" w:hAnsi="宋体" w:eastAsia="宋体"/>
          <w:b w:val="0"/>
          <w:sz w:val="22"/>
        </w:rPr>
        <w:t>答案：A　解析：间接角色包括行政管理者、资源筹措者、政策影响者、研究者等。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第67题】“助人活动”是社会工作的（　）。</w:t>
      </w:r>
    </w:p>
    <w:p>
      <w:r>
        <w:rPr>
          <w:rFonts w:ascii="宋体" w:hAnsi="宋体" w:eastAsia="宋体"/>
          <w:b w:val="0"/>
          <w:sz w:val="22"/>
        </w:rPr>
        <w:t xml:space="preserve">　A. 基本过程与载体</w:t>
      </w:r>
    </w:p>
    <w:p>
      <w:r>
        <w:rPr>
          <w:rFonts w:ascii="宋体" w:hAnsi="宋体" w:eastAsia="宋体"/>
          <w:b w:val="0"/>
          <w:sz w:val="22"/>
        </w:rPr>
        <w:t xml:space="preserve">　B. 唯一目的</w:t>
      </w:r>
    </w:p>
    <w:p>
      <w:r>
        <w:rPr>
          <w:rFonts w:ascii="宋体" w:hAnsi="宋体" w:eastAsia="宋体"/>
          <w:b w:val="0"/>
          <w:sz w:val="22"/>
        </w:rPr>
        <w:t xml:space="preserve">　C. 考核指标</w:t>
      </w:r>
    </w:p>
    <w:p>
      <w:r>
        <w:rPr>
          <w:rFonts w:ascii="宋体" w:hAnsi="宋体" w:eastAsia="宋体"/>
          <w:b w:val="0"/>
          <w:sz w:val="22"/>
        </w:rPr>
        <w:t xml:space="preserve">　D. 副产品</w:t>
      </w:r>
    </w:p>
    <w:p>
      <w:r>
        <w:rPr>
          <w:rFonts w:ascii="宋体" w:hAnsi="宋体" w:eastAsia="宋体"/>
          <w:b w:val="0"/>
          <w:sz w:val="22"/>
        </w:rPr>
        <w:t>答案：A　解析：助人活动是社工与服务对象互动、共同解决问题的基本过程。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第68题】社会工作者面对双重关系（如服务对象是熟人）应当（　）。</w:t>
      </w:r>
    </w:p>
    <w:p>
      <w:r>
        <w:rPr>
          <w:rFonts w:ascii="宋体" w:hAnsi="宋体" w:eastAsia="宋体"/>
          <w:b w:val="0"/>
          <w:sz w:val="22"/>
        </w:rPr>
        <w:t xml:space="preserve">　A. 评估并尽量避免或转介，维护专业边界</w:t>
      </w:r>
    </w:p>
    <w:p>
      <w:r>
        <w:rPr>
          <w:rFonts w:ascii="宋体" w:hAnsi="宋体" w:eastAsia="宋体"/>
          <w:b w:val="0"/>
          <w:sz w:val="22"/>
        </w:rPr>
        <w:t xml:space="preserve">　B. 欣然接受</w:t>
      </w:r>
    </w:p>
    <w:p>
      <w:r>
        <w:rPr>
          <w:rFonts w:ascii="宋体" w:hAnsi="宋体" w:eastAsia="宋体"/>
          <w:b w:val="0"/>
          <w:sz w:val="22"/>
        </w:rPr>
        <w:t xml:space="preserve">　C. 趁机谋利</w:t>
      </w:r>
    </w:p>
    <w:p>
      <w:r>
        <w:rPr>
          <w:rFonts w:ascii="宋体" w:hAnsi="宋体" w:eastAsia="宋体"/>
          <w:b w:val="0"/>
          <w:sz w:val="22"/>
        </w:rPr>
        <w:t xml:space="preserve">　D. 无视</w:t>
      </w:r>
    </w:p>
    <w:p>
      <w:r>
        <w:rPr>
          <w:rFonts w:ascii="宋体" w:hAnsi="宋体" w:eastAsia="宋体"/>
          <w:b w:val="0"/>
          <w:sz w:val="22"/>
        </w:rPr>
        <w:t>答案：A　解析：双重关系可能损害专业判断和伦理，应回避、转介或采取保护措施。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第69题】个案会谈中，社会工作者使用“澄清”技巧是为了（　）。</w:t>
      </w:r>
    </w:p>
    <w:p>
      <w:r>
        <w:rPr>
          <w:rFonts w:ascii="宋体" w:hAnsi="宋体" w:eastAsia="宋体"/>
          <w:b w:val="0"/>
          <w:sz w:val="22"/>
        </w:rPr>
        <w:t xml:space="preserve">　A. 弄清服务对象表述的真实含义</w:t>
      </w:r>
    </w:p>
    <w:p>
      <w:r>
        <w:rPr>
          <w:rFonts w:ascii="宋体" w:hAnsi="宋体" w:eastAsia="宋体"/>
          <w:b w:val="0"/>
          <w:sz w:val="22"/>
        </w:rPr>
        <w:t xml:space="preserve">　B. 打断对方</w:t>
      </w:r>
    </w:p>
    <w:p>
      <w:r>
        <w:rPr>
          <w:rFonts w:ascii="宋体" w:hAnsi="宋体" w:eastAsia="宋体"/>
          <w:b w:val="0"/>
          <w:sz w:val="22"/>
        </w:rPr>
        <w:t xml:space="preserve">　C. 说教</w:t>
      </w:r>
    </w:p>
    <w:p>
      <w:r>
        <w:rPr>
          <w:rFonts w:ascii="宋体" w:hAnsi="宋体" w:eastAsia="宋体"/>
          <w:b w:val="0"/>
          <w:sz w:val="22"/>
        </w:rPr>
        <w:t xml:space="preserve">　D. 转移话题</w:t>
      </w:r>
    </w:p>
    <w:p>
      <w:r>
        <w:rPr>
          <w:rFonts w:ascii="宋体" w:hAnsi="宋体" w:eastAsia="宋体"/>
          <w:b w:val="0"/>
          <w:sz w:val="22"/>
        </w:rPr>
        <w:t>答案：A　解析：澄清是把模糊的表述弄清楚，确保准确理解服务对象的意思。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第70题】“对焦”技巧用于（　）。</w:t>
      </w:r>
    </w:p>
    <w:p>
      <w:r>
        <w:rPr>
          <w:rFonts w:ascii="宋体" w:hAnsi="宋体" w:eastAsia="宋体"/>
          <w:b w:val="0"/>
          <w:sz w:val="22"/>
        </w:rPr>
        <w:t xml:space="preserve">　A. 把漫无边际的谈话集中到关键问题</w:t>
      </w:r>
    </w:p>
    <w:p>
      <w:r>
        <w:rPr>
          <w:rFonts w:ascii="宋体" w:hAnsi="宋体" w:eastAsia="宋体"/>
          <w:b w:val="0"/>
          <w:sz w:val="22"/>
        </w:rPr>
        <w:t xml:space="preserve">　B. 发散话题</w:t>
      </w:r>
    </w:p>
    <w:p>
      <w:r>
        <w:rPr>
          <w:rFonts w:ascii="宋体" w:hAnsi="宋体" w:eastAsia="宋体"/>
          <w:b w:val="0"/>
          <w:sz w:val="22"/>
        </w:rPr>
        <w:t xml:space="preserve">　C. 结束谈话</w:t>
      </w:r>
    </w:p>
    <w:p>
      <w:r>
        <w:rPr>
          <w:rFonts w:ascii="宋体" w:hAnsi="宋体" w:eastAsia="宋体"/>
          <w:b w:val="0"/>
          <w:sz w:val="22"/>
        </w:rPr>
        <w:t xml:space="preserve">　D. 批评对方</w:t>
      </w:r>
    </w:p>
    <w:p>
      <w:r>
        <w:rPr>
          <w:rFonts w:ascii="宋体" w:hAnsi="宋体" w:eastAsia="宋体"/>
          <w:b w:val="0"/>
          <w:sz w:val="22"/>
        </w:rPr>
        <w:t>答案：A　解析：对焦/聚焦是把跑题的谈话拉回到核心议题上。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第71题】下列关于小组规模说法较合理的是（　）。</w:t>
      </w:r>
    </w:p>
    <w:p>
      <w:r>
        <w:rPr>
          <w:rFonts w:ascii="宋体" w:hAnsi="宋体" w:eastAsia="宋体"/>
          <w:b w:val="0"/>
          <w:sz w:val="22"/>
        </w:rPr>
        <w:t xml:space="preserve">　A. 一般治疗小组5—7人较合适</w:t>
      </w:r>
    </w:p>
    <w:p>
      <w:r>
        <w:rPr>
          <w:rFonts w:ascii="宋体" w:hAnsi="宋体" w:eastAsia="宋体"/>
          <w:b w:val="0"/>
          <w:sz w:val="22"/>
        </w:rPr>
        <w:t xml:space="preserve">　B. 人数越多越好</w:t>
      </w:r>
    </w:p>
    <w:p>
      <w:r>
        <w:rPr>
          <w:rFonts w:ascii="宋体" w:hAnsi="宋体" w:eastAsia="宋体"/>
          <w:b w:val="0"/>
          <w:sz w:val="22"/>
        </w:rPr>
        <w:t xml:space="preserve">　C. 只能2人</w:t>
      </w:r>
    </w:p>
    <w:p>
      <w:r>
        <w:rPr>
          <w:rFonts w:ascii="宋体" w:hAnsi="宋体" w:eastAsia="宋体"/>
          <w:b w:val="0"/>
          <w:sz w:val="22"/>
        </w:rPr>
        <w:t xml:space="preserve">　D. 至少50人</w:t>
      </w:r>
    </w:p>
    <w:p>
      <w:r>
        <w:rPr>
          <w:rFonts w:ascii="宋体" w:hAnsi="宋体" w:eastAsia="宋体"/>
          <w:b w:val="0"/>
          <w:sz w:val="22"/>
        </w:rPr>
        <w:t>答案：A　解析：小组人数以利于互动为宜，治疗性小组通常5—8人。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第72题】社会工作研究报告中，提出研究发现之后应（　）。</w:t>
      </w:r>
    </w:p>
    <w:p>
      <w:r>
        <w:rPr>
          <w:rFonts w:ascii="宋体" w:hAnsi="宋体" w:eastAsia="宋体"/>
          <w:b w:val="0"/>
          <w:sz w:val="22"/>
        </w:rPr>
        <w:t xml:space="preserve">　A. 讨论意义与局限并提出建议</w:t>
      </w:r>
    </w:p>
    <w:p>
      <w:r>
        <w:rPr>
          <w:rFonts w:ascii="宋体" w:hAnsi="宋体" w:eastAsia="宋体"/>
          <w:b w:val="0"/>
          <w:sz w:val="22"/>
        </w:rPr>
        <w:t xml:space="preserve">　B. 直接结束</w:t>
      </w:r>
    </w:p>
    <w:p>
      <w:r>
        <w:rPr>
          <w:rFonts w:ascii="宋体" w:hAnsi="宋体" w:eastAsia="宋体"/>
          <w:b w:val="0"/>
          <w:sz w:val="22"/>
        </w:rPr>
        <w:t xml:space="preserve">　C. 隐瞒局限</w:t>
      </w:r>
    </w:p>
    <w:p>
      <w:r>
        <w:rPr>
          <w:rFonts w:ascii="宋体" w:hAnsi="宋体" w:eastAsia="宋体"/>
          <w:b w:val="0"/>
          <w:sz w:val="22"/>
        </w:rPr>
        <w:t xml:space="preserve">　D. 夸大结论</w:t>
      </w:r>
    </w:p>
    <w:p>
      <w:r>
        <w:rPr>
          <w:rFonts w:ascii="宋体" w:hAnsi="宋体" w:eastAsia="宋体"/>
          <w:b w:val="0"/>
          <w:sz w:val="22"/>
        </w:rPr>
        <w:t>答案：A　解析：研究报告应客观呈现发现、讨论意义与局限并提出可行建议。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【社工初级·单选题 第73题】社会工作者在服务中应保持的专业态度是（　）。</w:t>
      </w:r>
    </w:p>
    <w:p>
      <w:r>
        <w:rPr>
          <w:rFonts w:ascii="宋体" w:hAnsi="宋体" w:eastAsia="宋体"/>
          <w:b w:val="0"/>
          <w:sz w:val="22"/>
        </w:rPr>
        <w:t xml:space="preserve">　A. 同理、尊重、真诚、保密</w:t>
      </w:r>
    </w:p>
    <w:p>
      <w:r>
        <w:rPr>
          <w:rFonts w:ascii="宋体" w:hAnsi="宋体" w:eastAsia="宋体"/>
          <w:b w:val="0"/>
          <w:sz w:val="22"/>
        </w:rPr>
        <w:t xml:space="preserve">　B. 傲慢、冷漠</w:t>
      </w:r>
    </w:p>
    <w:p>
      <w:r>
        <w:rPr>
          <w:rFonts w:ascii="宋体" w:hAnsi="宋体" w:eastAsia="宋体"/>
          <w:b w:val="0"/>
          <w:sz w:val="22"/>
        </w:rPr>
        <w:t xml:space="preserve">　C. 说教、控制</w:t>
      </w:r>
    </w:p>
    <w:p>
      <w:r>
        <w:rPr>
          <w:rFonts w:ascii="宋体" w:hAnsi="宋体" w:eastAsia="宋体"/>
          <w:b w:val="0"/>
          <w:sz w:val="22"/>
        </w:rPr>
        <w:t xml:space="preserve">　D. 歧视、偏见</w:t>
      </w:r>
    </w:p>
    <w:p>
      <w:r>
        <w:rPr>
          <w:rFonts w:ascii="宋体" w:hAnsi="宋体" w:eastAsia="宋体"/>
          <w:b w:val="0"/>
          <w:sz w:val="22"/>
        </w:rPr>
        <w:t>答案：A　解析：专业态度的关键词是共情、尊重、真诚、保密、个别化。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第74题】下列属于社会工作直接方法的有（　）。</w:t>
      </w:r>
    </w:p>
    <w:p>
      <w:r>
        <w:rPr>
          <w:rFonts w:ascii="宋体" w:hAnsi="宋体" w:eastAsia="宋体"/>
          <w:b w:val="0"/>
          <w:sz w:val="22"/>
        </w:rPr>
        <w:t xml:space="preserve">　A. 个案工作</w:t>
      </w:r>
    </w:p>
    <w:p>
      <w:r>
        <w:rPr>
          <w:rFonts w:ascii="宋体" w:hAnsi="宋体" w:eastAsia="宋体"/>
          <w:b w:val="0"/>
          <w:sz w:val="22"/>
        </w:rPr>
        <w:t xml:space="preserve">　B. 小组工作</w:t>
      </w:r>
    </w:p>
    <w:p>
      <w:r>
        <w:rPr>
          <w:rFonts w:ascii="宋体" w:hAnsi="宋体" w:eastAsia="宋体"/>
          <w:b w:val="0"/>
          <w:sz w:val="22"/>
        </w:rPr>
        <w:t xml:space="preserve">　C. 社区工作</w:t>
      </w:r>
    </w:p>
    <w:p>
      <w:r>
        <w:rPr>
          <w:rFonts w:ascii="宋体" w:hAnsi="宋体" w:eastAsia="宋体"/>
          <w:b w:val="0"/>
          <w:sz w:val="22"/>
        </w:rPr>
        <w:t xml:space="preserve">　D. 社会行政</w:t>
      </w:r>
    </w:p>
    <w:p>
      <w:r>
        <w:rPr>
          <w:rFonts w:ascii="宋体" w:hAnsi="宋体" w:eastAsia="宋体"/>
          <w:b w:val="0"/>
          <w:sz w:val="22"/>
        </w:rPr>
        <w:t>答案：ABC　解析：个案、小组、社区是三大直接方法；社会行政属间接方法。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第75题】社会工作价值观的操作原则包括（　）。</w:t>
      </w:r>
    </w:p>
    <w:p>
      <w:r>
        <w:rPr>
          <w:rFonts w:ascii="宋体" w:hAnsi="宋体" w:eastAsia="宋体"/>
          <w:b w:val="0"/>
          <w:sz w:val="22"/>
        </w:rPr>
        <w:t xml:space="preserve">　A. 接纳</w:t>
      </w:r>
    </w:p>
    <w:p>
      <w:r>
        <w:rPr>
          <w:rFonts w:ascii="宋体" w:hAnsi="宋体" w:eastAsia="宋体"/>
          <w:b w:val="0"/>
          <w:sz w:val="22"/>
        </w:rPr>
        <w:t xml:space="preserve">　B. 非评判</w:t>
      </w:r>
    </w:p>
    <w:p>
      <w:r>
        <w:rPr>
          <w:rFonts w:ascii="宋体" w:hAnsi="宋体" w:eastAsia="宋体"/>
          <w:b w:val="0"/>
          <w:sz w:val="22"/>
        </w:rPr>
        <w:t xml:space="preserve">　C. 个别化</w:t>
      </w:r>
    </w:p>
    <w:p>
      <w:r>
        <w:rPr>
          <w:rFonts w:ascii="宋体" w:hAnsi="宋体" w:eastAsia="宋体"/>
          <w:b w:val="0"/>
          <w:sz w:val="22"/>
        </w:rPr>
        <w:t xml:space="preserve">　D. 保密</w:t>
      </w:r>
    </w:p>
    <w:p>
      <w:r>
        <w:rPr>
          <w:rFonts w:ascii="宋体" w:hAnsi="宋体" w:eastAsia="宋体"/>
          <w:b w:val="0"/>
          <w:sz w:val="22"/>
        </w:rPr>
        <w:t>答案：ABCD　解析：接纳、非评判、个别化、保密、自决、知情同意等都是操作原则。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第76题】下列属于服务对象层面目标的是（　）。</w:t>
      </w:r>
    </w:p>
    <w:p>
      <w:r>
        <w:rPr>
          <w:rFonts w:ascii="宋体" w:hAnsi="宋体" w:eastAsia="宋体"/>
          <w:b w:val="0"/>
          <w:sz w:val="22"/>
        </w:rPr>
        <w:t xml:space="preserve">　A. 解救危难</w:t>
      </w:r>
    </w:p>
    <w:p>
      <w:r>
        <w:rPr>
          <w:rFonts w:ascii="宋体" w:hAnsi="宋体" w:eastAsia="宋体"/>
          <w:b w:val="0"/>
          <w:sz w:val="22"/>
        </w:rPr>
        <w:t xml:space="preserve">　B. 缓解困难</w:t>
      </w:r>
    </w:p>
    <w:p>
      <w:r>
        <w:rPr>
          <w:rFonts w:ascii="宋体" w:hAnsi="宋体" w:eastAsia="宋体"/>
          <w:b w:val="0"/>
          <w:sz w:val="22"/>
        </w:rPr>
        <w:t xml:space="preserve">　C. 促进发展</w:t>
      </w:r>
    </w:p>
    <w:p>
      <w:r>
        <w:rPr>
          <w:rFonts w:ascii="宋体" w:hAnsi="宋体" w:eastAsia="宋体"/>
          <w:b w:val="0"/>
          <w:sz w:val="22"/>
        </w:rPr>
        <w:t xml:space="preserve">　D. 增加税收</w:t>
      </w:r>
    </w:p>
    <w:p>
      <w:r>
        <w:rPr>
          <w:rFonts w:ascii="宋体" w:hAnsi="宋体" w:eastAsia="宋体"/>
          <w:b w:val="0"/>
          <w:sz w:val="22"/>
        </w:rPr>
        <w:t>答案：ABC　解析：服务对象层面包括解救危难、缓解困难、激发潜能与促进发展。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第77题】危机介入的基本原则包括（　）。</w:t>
      </w:r>
    </w:p>
    <w:p>
      <w:r>
        <w:rPr>
          <w:rFonts w:ascii="宋体" w:hAnsi="宋体" w:eastAsia="宋体"/>
          <w:b w:val="0"/>
          <w:sz w:val="22"/>
        </w:rPr>
        <w:t xml:space="preserve">　A. 及时处理</w:t>
      </w:r>
    </w:p>
    <w:p>
      <w:r>
        <w:rPr>
          <w:rFonts w:ascii="宋体" w:hAnsi="宋体" w:eastAsia="宋体"/>
          <w:b w:val="0"/>
          <w:sz w:val="22"/>
        </w:rPr>
        <w:t xml:space="preserve">　B. 限定目标</w:t>
      </w:r>
    </w:p>
    <w:p>
      <w:r>
        <w:rPr>
          <w:rFonts w:ascii="宋体" w:hAnsi="宋体" w:eastAsia="宋体"/>
          <w:b w:val="0"/>
          <w:sz w:val="22"/>
        </w:rPr>
        <w:t xml:space="preserve">　C. 输入希望</w:t>
      </w:r>
    </w:p>
    <w:p>
      <w:r>
        <w:rPr>
          <w:rFonts w:ascii="宋体" w:hAnsi="宋体" w:eastAsia="宋体"/>
          <w:b w:val="0"/>
          <w:sz w:val="22"/>
        </w:rPr>
        <w:t xml:space="preserve">　D. 恢复自尊</w:t>
      </w:r>
    </w:p>
    <w:p>
      <w:r>
        <w:rPr>
          <w:rFonts w:ascii="宋体" w:hAnsi="宋体" w:eastAsia="宋体"/>
          <w:b w:val="0"/>
          <w:sz w:val="22"/>
        </w:rPr>
        <w:t>答案：ABCD　解析：危机介入强调及时、有限目标、输入希望、提供支持、恢复自尊与自主。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第78题】个案工作中常用的技巧有（　）。</w:t>
      </w:r>
    </w:p>
    <w:p>
      <w:r>
        <w:rPr>
          <w:rFonts w:ascii="宋体" w:hAnsi="宋体" w:eastAsia="宋体"/>
          <w:b w:val="0"/>
          <w:sz w:val="22"/>
        </w:rPr>
        <w:t xml:space="preserve">　A. 支持性技巧</w:t>
      </w:r>
    </w:p>
    <w:p>
      <w:r>
        <w:rPr>
          <w:rFonts w:ascii="宋体" w:hAnsi="宋体" w:eastAsia="宋体"/>
          <w:b w:val="0"/>
          <w:sz w:val="22"/>
        </w:rPr>
        <w:t xml:space="preserve">　B. 引领性技巧</w:t>
      </w:r>
    </w:p>
    <w:p>
      <w:r>
        <w:rPr>
          <w:rFonts w:ascii="宋体" w:hAnsi="宋体" w:eastAsia="宋体"/>
          <w:b w:val="0"/>
          <w:sz w:val="22"/>
        </w:rPr>
        <w:t xml:space="preserve">　C. 影响性技巧</w:t>
      </w:r>
    </w:p>
    <w:p>
      <w:r>
        <w:rPr>
          <w:rFonts w:ascii="宋体" w:hAnsi="宋体" w:eastAsia="宋体"/>
          <w:b w:val="0"/>
          <w:sz w:val="22"/>
        </w:rPr>
        <w:t xml:space="preserve">　D. 破坏性技巧</w:t>
      </w:r>
    </w:p>
    <w:p>
      <w:r>
        <w:rPr>
          <w:rFonts w:ascii="宋体" w:hAnsi="宋体" w:eastAsia="宋体"/>
          <w:b w:val="0"/>
          <w:sz w:val="22"/>
        </w:rPr>
        <w:t>答案：ABC　解析：个案会谈技巧包括支持性、引领性、影响性技巧。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第79题】小组工作的主要模式有（　）。</w:t>
      </w:r>
    </w:p>
    <w:p>
      <w:r>
        <w:rPr>
          <w:rFonts w:ascii="宋体" w:hAnsi="宋体" w:eastAsia="宋体"/>
          <w:b w:val="0"/>
          <w:sz w:val="22"/>
        </w:rPr>
        <w:t xml:space="preserve">　A. 社会目标模式</w:t>
      </w:r>
    </w:p>
    <w:p>
      <w:r>
        <w:rPr>
          <w:rFonts w:ascii="宋体" w:hAnsi="宋体" w:eastAsia="宋体"/>
          <w:b w:val="0"/>
          <w:sz w:val="22"/>
        </w:rPr>
        <w:t xml:space="preserve">　B. 治疗模式</w:t>
      </w:r>
    </w:p>
    <w:p>
      <w:r>
        <w:rPr>
          <w:rFonts w:ascii="宋体" w:hAnsi="宋体" w:eastAsia="宋体"/>
          <w:b w:val="0"/>
          <w:sz w:val="22"/>
        </w:rPr>
        <w:t xml:space="preserve">　C. 互动模式</w:t>
      </w:r>
    </w:p>
    <w:p>
      <w:r>
        <w:rPr>
          <w:rFonts w:ascii="宋体" w:hAnsi="宋体" w:eastAsia="宋体"/>
          <w:b w:val="0"/>
          <w:sz w:val="22"/>
        </w:rPr>
        <w:t xml:space="preserve">　D. 发展模式</w:t>
      </w:r>
    </w:p>
    <w:p>
      <w:r>
        <w:rPr>
          <w:rFonts w:ascii="宋体" w:hAnsi="宋体" w:eastAsia="宋体"/>
          <w:b w:val="0"/>
          <w:sz w:val="22"/>
        </w:rPr>
        <w:t>答案：ABCD　解析：常见小组模式包括社会目标、治疗、互动（互惠）、发展模式。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第80题】社区工作的主要模式有（　）。</w:t>
      </w:r>
    </w:p>
    <w:p>
      <w:r>
        <w:rPr>
          <w:rFonts w:ascii="宋体" w:hAnsi="宋体" w:eastAsia="宋体"/>
          <w:b w:val="0"/>
          <w:sz w:val="22"/>
        </w:rPr>
        <w:t xml:space="preserve">　A. 地区发展模式</w:t>
      </w:r>
    </w:p>
    <w:p>
      <w:r>
        <w:rPr>
          <w:rFonts w:ascii="宋体" w:hAnsi="宋体" w:eastAsia="宋体"/>
          <w:b w:val="0"/>
          <w:sz w:val="22"/>
        </w:rPr>
        <w:t xml:space="preserve">　B. 社会策划模式</w:t>
      </w:r>
    </w:p>
    <w:p>
      <w:r>
        <w:rPr>
          <w:rFonts w:ascii="宋体" w:hAnsi="宋体" w:eastAsia="宋体"/>
          <w:b w:val="0"/>
          <w:sz w:val="22"/>
        </w:rPr>
        <w:t xml:space="preserve">　C. 社区照顾模式</w:t>
      </w:r>
    </w:p>
    <w:p>
      <w:r>
        <w:rPr>
          <w:rFonts w:ascii="宋体" w:hAnsi="宋体" w:eastAsia="宋体"/>
          <w:b w:val="0"/>
          <w:sz w:val="22"/>
        </w:rPr>
        <w:t xml:space="preserve">　D. 军事管制模式</w:t>
      </w:r>
    </w:p>
    <w:p>
      <w:r>
        <w:rPr>
          <w:rFonts w:ascii="宋体" w:hAnsi="宋体" w:eastAsia="宋体"/>
          <w:b w:val="0"/>
          <w:sz w:val="22"/>
        </w:rPr>
        <w:t>答案：ABC　解析：罗斯曼提出地区发展、社会策划、社会行动，另有社区照顾模式。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第81题】下列属于正式社会支持网络的有（　）。</w:t>
      </w:r>
    </w:p>
    <w:p>
      <w:r>
        <w:rPr>
          <w:rFonts w:ascii="宋体" w:hAnsi="宋体" w:eastAsia="宋体"/>
          <w:b w:val="0"/>
          <w:sz w:val="22"/>
        </w:rPr>
        <w:t xml:space="preserve">　A. 民政局</w:t>
      </w:r>
    </w:p>
    <w:p>
      <w:r>
        <w:rPr>
          <w:rFonts w:ascii="宋体" w:hAnsi="宋体" w:eastAsia="宋体"/>
          <w:b w:val="0"/>
          <w:sz w:val="22"/>
        </w:rPr>
        <w:t xml:space="preserve">　B. 医院</w:t>
      </w:r>
    </w:p>
    <w:p>
      <w:r>
        <w:rPr>
          <w:rFonts w:ascii="宋体" w:hAnsi="宋体" w:eastAsia="宋体"/>
          <w:b w:val="0"/>
          <w:sz w:val="22"/>
        </w:rPr>
        <w:t xml:space="preserve">　C. 社工机构</w:t>
      </w:r>
    </w:p>
    <w:p>
      <w:r>
        <w:rPr>
          <w:rFonts w:ascii="宋体" w:hAnsi="宋体" w:eastAsia="宋体"/>
          <w:b w:val="0"/>
          <w:sz w:val="22"/>
        </w:rPr>
        <w:t xml:space="preserve">　D. 邻居</w:t>
      </w:r>
    </w:p>
    <w:p>
      <w:r>
        <w:rPr>
          <w:rFonts w:ascii="宋体" w:hAnsi="宋体" w:eastAsia="宋体"/>
          <w:b w:val="0"/>
          <w:sz w:val="22"/>
        </w:rPr>
        <w:t>答案：ABC　解析：政府、医院、机构是正式支持；邻居属非正式支持。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第82题】社会工作伦理难题可能涉及（　）。</w:t>
      </w:r>
    </w:p>
    <w:p>
      <w:r>
        <w:rPr>
          <w:rFonts w:ascii="宋体" w:hAnsi="宋体" w:eastAsia="宋体"/>
          <w:b w:val="0"/>
          <w:sz w:val="22"/>
        </w:rPr>
        <w:t xml:space="preserve">　A. 保密与知情权冲突</w:t>
      </w:r>
    </w:p>
    <w:p>
      <w:r>
        <w:rPr>
          <w:rFonts w:ascii="宋体" w:hAnsi="宋体" w:eastAsia="宋体"/>
          <w:b w:val="0"/>
          <w:sz w:val="22"/>
        </w:rPr>
        <w:t xml:space="preserve">　B. 自决与保护冲突</w:t>
      </w:r>
    </w:p>
    <w:p>
      <w:r>
        <w:rPr>
          <w:rFonts w:ascii="宋体" w:hAnsi="宋体" w:eastAsia="宋体"/>
          <w:b w:val="0"/>
          <w:sz w:val="22"/>
        </w:rPr>
        <w:t xml:space="preserve">　C. 专业界限</w:t>
      </w:r>
    </w:p>
    <w:p>
      <w:r>
        <w:rPr>
          <w:rFonts w:ascii="宋体" w:hAnsi="宋体" w:eastAsia="宋体"/>
          <w:b w:val="0"/>
          <w:sz w:val="22"/>
        </w:rPr>
        <w:t xml:space="preserve">　D. 资源分配</w:t>
      </w:r>
    </w:p>
    <w:p>
      <w:r>
        <w:rPr>
          <w:rFonts w:ascii="宋体" w:hAnsi="宋体" w:eastAsia="宋体"/>
          <w:b w:val="0"/>
          <w:sz w:val="22"/>
        </w:rPr>
        <w:t>答案：ABCD　解析：伦理难题常见于保密例外、自决与保护、双重关系、资源稀缺等。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第83题】下列属于老年社会工作服务内容的有（　）。</w:t>
      </w:r>
    </w:p>
    <w:p>
      <w:r>
        <w:rPr>
          <w:rFonts w:ascii="宋体" w:hAnsi="宋体" w:eastAsia="宋体"/>
          <w:b w:val="0"/>
          <w:sz w:val="22"/>
        </w:rPr>
        <w:t xml:space="preserve">　A. 生活照料</w:t>
      </w:r>
    </w:p>
    <w:p>
      <w:r>
        <w:rPr>
          <w:rFonts w:ascii="宋体" w:hAnsi="宋体" w:eastAsia="宋体"/>
          <w:b w:val="0"/>
          <w:sz w:val="22"/>
        </w:rPr>
        <w:t xml:space="preserve">　B. 精神慰藉</w:t>
      </w:r>
    </w:p>
    <w:p>
      <w:r>
        <w:rPr>
          <w:rFonts w:ascii="宋体" w:hAnsi="宋体" w:eastAsia="宋体"/>
          <w:b w:val="0"/>
          <w:sz w:val="22"/>
        </w:rPr>
        <w:t xml:space="preserve">　C. 权益维护</w:t>
      </w:r>
    </w:p>
    <w:p>
      <w:r>
        <w:rPr>
          <w:rFonts w:ascii="宋体" w:hAnsi="宋体" w:eastAsia="宋体"/>
          <w:b w:val="0"/>
          <w:sz w:val="22"/>
        </w:rPr>
        <w:t xml:space="preserve">　D. 临终关怀</w:t>
      </w:r>
    </w:p>
    <w:p>
      <w:r>
        <w:rPr>
          <w:rFonts w:ascii="宋体" w:hAnsi="宋体" w:eastAsia="宋体"/>
          <w:b w:val="0"/>
          <w:sz w:val="22"/>
        </w:rPr>
        <w:t>答案：ABCD　解析：老年社工覆盖照料、慰藉、维权、临终关怀及社会参与等。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第84题】接案阶段社工需要收集的资料包括（　）。</w:t>
      </w:r>
    </w:p>
    <w:p>
      <w:r>
        <w:rPr>
          <w:rFonts w:ascii="宋体" w:hAnsi="宋体" w:eastAsia="宋体"/>
          <w:b w:val="0"/>
          <w:sz w:val="22"/>
        </w:rPr>
        <w:t xml:space="preserve">　A. 服务对象基本情况</w:t>
      </w:r>
    </w:p>
    <w:p>
      <w:r>
        <w:rPr>
          <w:rFonts w:ascii="宋体" w:hAnsi="宋体" w:eastAsia="宋体"/>
          <w:b w:val="0"/>
          <w:sz w:val="22"/>
        </w:rPr>
        <w:t xml:space="preserve">　B. 问题成因</w:t>
      </w:r>
    </w:p>
    <w:p>
      <w:r>
        <w:rPr>
          <w:rFonts w:ascii="宋体" w:hAnsi="宋体" w:eastAsia="宋体"/>
          <w:b w:val="0"/>
          <w:sz w:val="22"/>
        </w:rPr>
        <w:t xml:space="preserve">　C. 所处环境资源</w:t>
      </w:r>
    </w:p>
    <w:p>
      <w:r>
        <w:rPr>
          <w:rFonts w:ascii="宋体" w:hAnsi="宋体" w:eastAsia="宋体"/>
          <w:b w:val="0"/>
          <w:sz w:val="22"/>
        </w:rPr>
        <w:t xml:space="preserve">　D. 家庭关系</w:t>
      </w:r>
    </w:p>
    <w:p>
      <w:r>
        <w:rPr>
          <w:rFonts w:ascii="宋体" w:hAnsi="宋体" w:eastAsia="宋体"/>
          <w:b w:val="0"/>
          <w:sz w:val="22"/>
        </w:rPr>
        <w:t>答案：ABCD　解析：接案预估需了解个人、家庭、环境与资源等多方面资料。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第85题】结案的类型可能包括（　）。</w:t>
      </w:r>
    </w:p>
    <w:p>
      <w:r>
        <w:rPr>
          <w:rFonts w:ascii="宋体" w:hAnsi="宋体" w:eastAsia="宋体"/>
          <w:b w:val="0"/>
          <w:sz w:val="22"/>
        </w:rPr>
        <w:t xml:space="preserve">　A. 目标达成结案</w:t>
      </w:r>
    </w:p>
    <w:p>
      <w:r>
        <w:rPr>
          <w:rFonts w:ascii="宋体" w:hAnsi="宋体" w:eastAsia="宋体"/>
          <w:b w:val="0"/>
          <w:sz w:val="22"/>
        </w:rPr>
        <w:t xml:space="preserve">　B. 服务对象不愿继续而结案</w:t>
      </w:r>
    </w:p>
    <w:p>
      <w:r>
        <w:rPr>
          <w:rFonts w:ascii="宋体" w:hAnsi="宋体" w:eastAsia="宋体"/>
          <w:b w:val="0"/>
          <w:sz w:val="22"/>
        </w:rPr>
        <w:t xml:space="preserve">　C. 社工或机构变动转介</w:t>
      </w:r>
    </w:p>
    <w:p>
      <w:r>
        <w:rPr>
          <w:rFonts w:ascii="宋体" w:hAnsi="宋体" w:eastAsia="宋体"/>
          <w:b w:val="0"/>
          <w:sz w:val="22"/>
        </w:rPr>
        <w:t xml:space="preserve">　D. 因故提前结束</w:t>
      </w:r>
    </w:p>
    <w:p>
      <w:r>
        <w:rPr>
          <w:rFonts w:ascii="宋体" w:hAnsi="宋体" w:eastAsia="宋体"/>
          <w:b w:val="0"/>
          <w:sz w:val="22"/>
        </w:rPr>
        <w:t>答案：ABCD　解析：结案包括目标达成、双方协议结束、转介或提前结束等情形。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第86题】社会工作者的间接服务角色包括（　）。</w:t>
      </w:r>
    </w:p>
    <w:p>
      <w:r>
        <w:rPr>
          <w:rFonts w:ascii="宋体" w:hAnsi="宋体" w:eastAsia="宋体"/>
          <w:b w:val="0"/>
          <w:sz w:val="22"/>
        </w:rPr>
        <w:t xml:space="preserve">　A. 行政管理者</w:t>
      </w:r>
    </w:p>
    <w:p>
      <w:r>
        <w:rPr>
          <w:rFonts w:ascii="宋体" w:hAnsi="宋体" w:eastAsia="宋体"/>
          <w:b w:val="0"/>
          <w:sz w:val="22"/>
        </w:rPr>
        <w:t xml:space="preserve">　B. 资源筹措者</w:t>
      </w:r>
    </w:p>
    <w:p>
      <w:r>
        <w:rPr>
          <w:rFonts w:ascii="宋体" w:hAnsi="宋体" w:eastAsia="宋体"/>
          <w:b w:val="0"/>
          <w:sz w:val="22"/>
        </w:rPr>
        <w:t xml:space="preserve">　C. 政策影响者</w:t>
      </w:r>
    </w:p>
    <w:p>
      <w:r>
        <w:rPr>
          <w:rFonts w:ascii="宋体" w:hAnsi="宋体" w:eastAsia="宋体"/>
          <w:b w:val="0"/>
          <w:sz w:val="22"/>
        </w:rPr>
        <w:t xml:space="preserve">　D. 研究者</w:t>
      </w:r>
    </w:p>
    <w:p>
      <w:r>
        <w:rPr>
          <w:rFonts w:ascii="宋体" w:hAnsi="宋体" w:eastAsia="宋体"/>
          <w:b w:val="0"/>
          <w:sz w:val="22"/>
        </w:rPr>
        <w:t>答案：ABCD　解析：间接角色有行政、资源筹措、政策影响、研究与督导咨询等。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第87题】下列属于定量研究特点的有（　）。</w:t>
      </w:r>
    </w:p>
    <w:p>
      <w:r>
        <w:rPr>
          <w:rFonts w:ascii="宋体" w:hAnsi="宋体" w:eastAsia="宋体"/>
          <w:b w:val="0"/>
          <w:sz w:val="22"/>
        </w:rPr>
        <w:t xml:space="preserve">　A. 用数字和统计</w:t>
      </w:r>
    </w:p>
    <w:p>
      <w:r>
        <w:rPr>
          <w:rFonts w:ascii="宋体" w:hAnsi="宋体" w:eastAsia="宋体"/>
          <w:b w:val="0"/>
          <w:sz w:val="22"/>
        </w:rPr>
        <w:t xml:space="preserve">　B. 问卷调查</w:t>
      </w:r>
    </w:p>
    <w:p>
      <w:r>
        <w:rPr>
          <w:rFonts w:ascii="宋体" w:hAnsi="宋体" w:eastAsia="宋体"/>
          <w:b w:val="0"/>
          <w:sz w:val="22"/>
        </w:rPr>
        <w:t xml:space="preserve">　C. 样本较大</w:t>
      </w:r>
    </w:p>
    <w:p>
      <w:r>
        <w:rPr>
          <w:rFonts w:ascii="宋体" w:hAnsi="宋体" w:eastAsia="宋体"/>
          <w:b w:val="0"/>
          <w:sz w:val="22"/>
        </w:rPr>
        <w:t xml:space="preserve">　D. 结果可推广</w:t>
      </w:r>
    </w:p>
    <w:p>
      <w:r>
        <w:rPr>
          <w:rFonts w:ascii="宋体" w:hAnsi="宋体" w:eastAsia="宋体"/>
          <w:b w:val="0"/>
          <w:sz w:val="22"/>
        </w:rPr>
        <w:t>答案：ABCD　解析：定量研究重数据、统计、大样本与可推广性。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第88题】儿童社会工作应特别注意（　）。</w:t>
      </w:r>
    </w:p>
    <w:p>
      <w:r>
        <w:rPr>
          <w:rFonts w:ascii="宋体" w:hAnsi="宋体" w:eastAsia="宋体"/>
          <w:b w:val="0"/>
          <w:sz w:val="22"/>
        </w:rPr>
        <w:t xml:space="preserve">　A. 儿童最大利益</w:t>
      </w:r>
    </w:p>
    <w:p>
      <w:r>
        <w:rPr>
          <w:rFonts w:ascii="宋体" w:hAnsi="宋体" w:eastAsia="宋体"/>
          <w:b w:val="0"/>
          <w:sz w:val="22"/>
        </w:rPr>
        <w:t xml:space="preserve">　B. 优先保护安全</w:t>
      </w:r>
    </w:p>
    <w:p>
      <w:r>
        <w:rPr>
          <w:rFonts w:ascii="宋体" w:hAnsi="宋体" w:eastAsia="宋体"/>
          <w:b w:val="0"/>
          <w:sz w:val="22"/>
        </w:rPr>
        <w:t xml:space="preserve">　C. 依法报告虐待</w:t>
      </w:r>
    </w:p>
    <w:p>
      <w:r>
        <w:rPr>
          <w:rFonts w:ascii="宋体" w:hAnsi="宋体" w:eastAsia="宋体"/>
          <w:b w:val="0"/>
          <w:sz w:val="22"/>
        </w:rPr>
        <w:t xml:space="preserve">　D. 尊重其表达</w:t>
      </w:r>
    </w:p>
    <w:p>
      <w:r>
        <w:rPr>
          <w:rFonts w:ascii="宋体" w:hAnsi="宋体" w:eastAsia="宋体"/>
          <w:b w:val="0"/>
          <w:sz w:val="22"/>
        </w:rPr>
        <w:t>答案：ABCD　解析：儿童社工遵循儿童利益最大化、安全优先、依法报告和倾听儿童原则。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第89题】社会工作督导的功能包括（　）。</w:t>
      </w:r>
    </w:p>
    <w:p>
      <w:r>
        <w:rPr>
          <w:rFonts w:ascii="宋体" w:hAnsi="宋体" w:eastAsia="宋体"/>
          <w:b w:val="0"/>
          <w:sz w:val="22"/>
        </w:rPr>
        <w:t xml:space="preserve">　A. 行政功能</w:t>
      </w:r>
    </w:p>
    <w:p>
      <w:r>
        <w:rPr>
          <w:rFonts w:ascii="宋体" w:hAnsi="宋体" w:eastAsia="宋体"/>
          <w:b w:val="0"/>
          <w:sz w:val="22"/>
        </w:rPr>
        <w:t xml:space="preserve">　B. 教育功能</w:t>
      </w:r>
    </w:p>
    <w:p>
      <w:r>
        <w:rPr>
          <w:rFonts w:ascii="宋体" w:hAnsi="宋体" w:eastAsia="宋体"/>
          <w:b w:val="0"/>
          <w:sz w:val="22"/>
        </w:rPr>
        <w:t xml:space="preserve">　C. 支持功能</w:t>
      </w:r>
    </w:p>
    <w:p>
      <w:r>
        <w:rPr>
          <w:rFonts w:ascii="宋体" w:hAnsi="宋体" w:eastAsia="宋体"/>
          <w:b w:val="0"/>
          <w:sz w:val="22"/>
        </w:rPr>
        <w:t xml:space="preserve">　D. 惩罚功能</w:t>
      </w:r>
    </w:p>
    <w:p>
      <w:r>
        <w:rPr>
          <w:rFonts w:ascii="宋体" w:hAnsi="宋体" w:eastAsia="宋体"/>
          <w:b w:val="0"/>
          <w:sz w:val="22"/>
        </w:rPr>
        <w:t>答案：ABC　解析：督导具有行政、教育（专业发展）和支持（情感支持）三大功能。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第90题】下列符合保密原则例外的情形有（　）。</w:t>
      </w:r>
    </w:p>
    <w:p>
      <w:r>
        <w:rPr>
          <w:rFonts w:ascii="宋体" w:hAnsi="宋体" w:eastAsia="宋体"/>
          <w:b w:val="0"/>
          <w:sz w:val="22"/>
        </w:rPr>
        <w:t xml:space="preserve">　A. 服务对象有自杀计划</w:t>
      </w:r>
    </w:p>
    <w:p>
      <w:r>
        <w:rPr>
          <w:rFonts w:ascii="宋体" w:hAnsi="宋体" w:eastAsia="宋体"/>
          <w:b w:val="0"/>
          <w:sz w:val="22"/>
        </w:rPr>
        <w:t xml:space="preserve">　B. 可能伤害他人</w:t>
      </w:r>
    </w:p>
    <w:p>
      <w:r>
        <w:rPr>
          <w:rFonts w:ascii="宋体" w:hAnsi="宋体" w:eastAsia="宋体"/>
          <w:b w:val="0"/>
          <w:sz w:val="22"/>
        </w:rPr>
        <w:t xml:space="preserve">　C. 涉及虐待儿童须报告</w:t>
      </w:r>
    </w:p>
    <w:p>
      <w:r>
        <w:rPr>
          <w:rFonts w:ascii="宋体" w:hAnsi="宋体" w:eastAsia="宋体"/>
          <w:b w:val="0"/>
          <w:sz w:val="22"/>
        </w:rPr>
        <w:t xml:space="preserve">　D. 法律要求披露</w:t>
      </w:r>
    </w:p>
    <w:p>
      <w:r>
        <w:rPr>
          <w:rFonts w:ascii="宋体" w:hAnsi="宋体" w:eastAsia="宋体"/>
          <w:b w:val="0"/>
          <w:sz w:val="22"/>
        </w:rPr>
        <w:t>答案：ABCD　解析：自伤、伤人、虐待、法定要求等情形可突破保密。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第91题】社区照顾模式的特点包括（　）。</w:t>
      </w:r>
    </w:p>
    <w:p>
      <w:r>
        <w:rPr>
          <w:rFonts w:ascii="宋体" w:hAnsi="宋体" w:eastAsia="宋体"/>
          <w:b w:val="0"/>
          <w:sz w:val="22"/>
        </w:rPr>
        <w:t xml:space="preserve">　A. 在社区内照顾</w:t>
      </w:r>
    </w:p>
    <w:p>
      <w:r>
        <w:rPr>
          <w:rFonts w:ascii="宋体" w:hAnsi="宋体" w:eastAsia="宋体"/>
          <w:b w:val="0"/>
          <w:sz w:val="22"/>
        </w:rPr>
        <w:t xml:space="preserve">　B. 由社区照顾</w:t>
      </w:r>
    </w:p>
    <w:p>
      <w:r>
        <w:rPr>
          <w:rFonts w:ascii="宋体" w:hAnsi="宋体" w:eastAsia="宋体"/>
          <w:b w:val="0"/>
          <w:sz w:val="22"/>
        </w:rPr>
        <w:t xml:space="preserve">　C. 对照顾者的照顾</w:t>
      </w:r>
    </w:p>
    <w:p>
      <w:r>
        <w:rPr>
          <w:rFonts w:ascii="宋体" w:hAnsi="宋体" w:eastAsia="宋体"/>
          <w:b w:val="0"/>
          <w:sz w:val="22"/>
        </w:rPr>
        <w:t xml:space="preserve">　D. 完全隔离机构</w:t>
      </w:r>
    </w:p>
    <w:p>
      <w:r>
        <w:rPr>
          <w:rFonts w:ascii="宋体" w:hAnsi="宋体" w:eastAsia="宋体"/>
          <w:b w:val="0"/>
          <w:sz w:val="22"/>
        </w:rPr>
        <w:t>答案：ABC　解析：社区照顾强调“在社区、由社区、为照顾者提供支持”。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第92题】下列属于人类行为与社会环境关系表述正确的有（　）。</w:t>
      </w:r>
    </w:p>
    <w:p>
      <w:r>
        <w:rPr>
          <w:rFonts w:ascii="宋体" w:hAnsi="宋体" w:eastAsia="宋体"/>
          <w:b w:val="0"/>
          <w:sz w:val="22"/>
        </w:rPr>
        <w:t xml:space="preserve">　A. 人影响环境</w:t>
      </w:r>
    </w:p>
    <w:p>
      <w:r>
        <w:rPr>
          <w:rFonts w:ascii="宋体" w:hAnsi="宋体" w:eastAsia="宋体"/>
          <w:b w:val="0"/>
          <w:sz w:val="22"/>
        </w:rPr>
        <w:t xml:space="preserve">　B. 环境影响人</w:t>
      </w:r>
    </w:p>
    <w:p>
      <w:r>
        <w:rPr>
          <w:rFonts w:ascii="宋体" w:hAnsi="宋体" w:eastAsia="宋体"/>
          <w:b w:val="0"/>
          <w:sz w:val="22"/>
        </w:rPr>
        <w:t xml:space="preserve">　C. 二者相互作用</w:t>
      </w:r>
    </w:p>
    <w:p>
      <w:r>
        <w:rPr>
          <w:rFonts w:ascii="宋体" w:hAnsi="宋体" w:eastAsia="宋体"/>
          <w:b w:val="0"/>
          <w:sz w:val="22"/>
        </w:rPr>
        <w:t xml:space="preserve">　D. 彼此毫无关系</w:t>
      </w:r>
    </w:p>
    <w:p>
      <w:r>
        <w:rPr>
          <w:rFonts w:ascii="宋体" w:hAnsi="宋体" w:eastAsia="宋体"/>
          <w:b w:val="0"/>
          <w:sz w:val="22"/>
        </w:rPr>
        <w:t>答案：ABC　解析：人与环境是相互影响、动态互动的关系，而非单向或无关。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【社工初级·多选题 第93题】社会工作者在服务中避免的做法有（　）。</w:t>
      </w:r>
    </w:p>
    <w:p>
      <w:r>
        <w:rPr>
          <w:rFonts w:ascii="宋体" w:hAnsi="宋体" w:eastAsia="宋体"/>
          <w:b w:val="0"/>
          <w:sz w:val="22"/>
        </w:rPr>
        <w:t xml:space="preserve">　A. 替服务对象做决定</w:t>
      </w:r>
    </w:p>
    <w:p>
      <w:r>
        <w:rPr>
          <w:rFonts w:ascii="宋体" w:hAnsi="宋体" w:eastAsia="宋体"/>
          <w:b w:val="0"/>
          <w:sz w:val="22"/>
        </w:rPr>
        <w:t xml:space="preserve">　B. 歧视偏见</w:t>
      </w:r>
    </w:p>
    <w:p>
      <w:r>
        <w:rPr>
          <w:rFonts w:ascii="宋体" w:hAnsi="宋体" w:eastAsia="宋体"/>
          <w:b w:val="0"/>
          <w:sz w:val="22"/>
        </w:rPr>
        <w:t xml:space="preserve">　C. 泄露隐私</w:t>
      </w:r>
    </w:p>
    <w:p>
      <w:r>
        <w:rPr>
          <w:rFonts w:ascii="宋体" w:hAnsi="宋体" w:eastAsia="宋体"/>
          <w:b w:val="0"/>
          <w:sz w:val="22"/>
        </w:rPr>
        <w:t xml:space="preserve">　D. 双重关系谋利</w:t>
      </w:r>
    </w:p>
    <w:p>
      <w:r>
        <w:rPr>
          <w:rFonts w:ascii="宋体" w:hAnsi="宋体" w:eastAsia="宋体"/>
          <w:b w:val="0"/>
          <w:sz w:val="22"/>
        </w:rPr>
        <w:t>答案：ABCD　解析：上述都是违反专业伦理、应避免的做法。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【社工初级·判断题 第94题】社会工作者可以代替服务对象做所有重要决定。</w:t>
      </w:r>
    </w:p>
    <w:p>
      <w:r>
        <w:rPr>
          <w:rFonts w:ascii="宋体" w:hAnsi="宋体" w:eastAsia="宋体"/>
          <w:b w:val="0"/>
          <w:sz w:val="22"/>
        </w:rPr>
        <w:t>答案：错　解析：应尊重服务对象自决权，社工只协助不包办。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【社工初级·判断题 第95题】保密原则在任何情况下都绝对不能打破。</w:t>
      </w:r>
    </w:p>
    <w:p>
      <w:r>
        <w:rPr>
          <w:rFonts w:ascii="宋体" w:hAnsi="宋体" w:eastAsia="宋体"/>
          <w:b w:val="0"/>
          <w:sz w:val="22"/>
        </w:rPr>
        <w:t>答案：错　解析：涉及自伤、伤人、虐待儿童等法定情形时应突破保密。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【社工初级·判断题 第96题】“助人自助”是社会工作的重要理念。</w:t>
      </w:r>
    </w:p>
    <w:p>
      <w:r>
        <w:rPr>
          <w:rFonts w:ascii="宋体" w:hAnsi="宋体" w:eastAsia="宋体"/>
          <w:b w:val="0"/>
          <w:sz w:val="22"/>
        </w:rPr>
        <w:t>答案：对　解析：帮助服务对象激发潜能、学会自我帮助。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【社工初级·判断题 第97题】个案工作、小组工作、社区工作是社会工作的三大直接方法。</w:t>
      </w:r>
    </w:p>
    <w:p>
      <w:r>
        <w:rPr>
          <w:rFonts w:ascii="宋体" w:hAnsi="宋体" w:eastAsia="宋体"/>
          <w:b w:val="0"/>
          <w:sz w:val="22"/>
        </w:rPr>
        <w:t>答案：对　解析：三者并称为社会工作直接服务方法。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【社工初级·判断题 第98题】社会工作者与志愿者没有任何区别。</w:t>
      </w:r>
    </w:p>
    <w:p>
      <w:r>
        <w:rPr>
          <w:rFonts w:ascii="宋体" w:hAnsi="宋体" w:eastAsia="宋体"/>
          <w:b w:val="0"/>
          <w:sz w:val="22"/>
        </w:rPr>
        <w:t>答案：错　解析：社工是职业化专业化并取酬的助人者，志愿者为自愿无偿。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【社工初级·判断题 第99题】马斯洛认为生理需要是人的基本需要。</w:t>
      </w:r>
    </w:p>
    <w:p>
      <w:r>
        <w:rPr>
          <w:rFonts w:ascii="宋体" w:hAnsi="宋体" w:eastAsia="宋体"/>
          <w:b w:val="0"/>
          <w:sz w:val="22"/>
        </w:rPr>
        <w:t>答案：对　解析：生理需要位于需要层次的最底层。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【社工初级·判断题 第100题】社区工作中的地区发展模式强调居民广泛参与。</w:t>
      </w:r>
    </w:p>
    <w:p>
      <w:r>
        <w:rPr>
          <w:rFonts w:ascii="宋体" w:hAnsi="宋体" w:eastAsia="宋体"/>
          <w:b w:val="0"/>
          <w:sz w:val="22"/>
        </w:rPr>
        <w:t>答案：对　解析：通过居民参与和自助合作促进社区发展。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【社工初级·判断题 第101题】社会工作记录可以随意公开张贴。</w:t>
      </w:r>
    </w:p>
    <w:p>
      <w:r>
        <w:rPr>
          <w:rFonts w:ascii="宋体" w:hAnsi="宋体" w:eastAsia="宋体"/>
          <w:b w:val="0"/>
          <w:sz w:val="22"/>
        </w:rPr>
        <w:t>答案：错　解析：记录含隐私，须保密保管，不得随意公开。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【社工初级·判断题 第102题】优势视角强调关注服务对象的能力与资源。</w:t>
      </w:r>
    </w:p>
    <w:p>
      <w:r>
        <w:rPr>
          <w:rFonts w:ascii="宋体" w:hAnsi="宋体" w:eastAsia="宋体"/>
          <w:b w:val="0"/>
          <w:sz w:val="22"/>
        </w:rPr>
        <w:t>答案：对　解析：优势视角看重潜能和资源，而非只看问题病理。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【社工初级·判断题 第103题】危机介入应尽量拖延、慢慢来。</w:t>
      </w:r>
    </w:p>
    <w:p>
      <w:r>
        <w:rPr>
          <w:rFonts w:ascii="宋体" w:hAnsi="宋体" w:eastAsia="宋体"/>
          <w:b w:val="0"/>
          <w:sz w:val="22"/>
        </w:rPr>
        <w:t>答案：错　解析：危机介入强调及时、主动、有限目标地处理。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/>
          <w:sz w:val="26"/>
        </w:rPr>
        <w:t>四、备考寄语</w:t>
      </w:r>
    </w:p>
    <w:p>
      <w:r>
        <w:rPr>
          <w:rFonts w:ascii="宋体" w:hAnsi="宋体" w:eastAsia="宋体"/>
          <w:b w:val="0"/>
          <w:sz w:val="22"/>
        </w:rPr>
        <w:t>我是老张，跑了半辈子出租车，去年边拉活边啃书把初级社工证拿下的。说实话这科不难，就是知识点碎，把综合能力那本教材过两遍、再拿真题和模拟卷反复刷，及格线60分并不难。这份100题模拟卷就是按真实题型出的，单选、多选、判断都有，答案解析写得细，建议打印出来掐时间做。祝大伙儿一次上岸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