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 w:eastAsia="宋体"/>
          <w:b/>
          <w:sz w:val="36"/>
        </w:rPr>
        <w:t>育婴员（职业技能等级认定）理论知识全真模拟试卷及答案解析（100题）</w:t>
      </w:r>
    </w:p>
    <w:p>
      <w:pPr>
        <w:jc w:val="center"/>
      </w:pPr>
      <w:r>
        <w:rPr>
          <w:rFonts w:ascii="宋体" w:hAnsi="宋体" w:eastAsia="宋体"/>
          <w:b w:val="0"/>
          <w:sz w:val="22"/>
        </w:rPr>
        <w:t>面向五级/初级、四级/中级｜含最新认定信息+100题｜网友投稿·呼伦贝尔土著王姐整理</w:t>
      </w:r>
    </w:p>
    <w:p>
      <w:r>
        <w:rPr>
          <w:rFonts w:ascii="宋体" w:hAnsi="宋体" w:eastAsia="宋体"/>
          <w:b/>
          <w:sz w:val="26"/>
        </w:rPr>
        <w:t>一、最新考试通知（2026年10月核实）</w:t>
      </w:r>
    </w:p>
    <w:p>
      <w:r>
        <w:rPr>
          <w:rFonts w:ascii="宋体" w:hAnsi="宋体" w:eastAsia="宋体"/>
          <w:b w:val="0"/>
          <w:sz w:val="22"/>
        </w:rPr>
        <w:t>1. 证书性质：育婴员（现亦称婴幼儿发展引导员）为水平评价类职业技能等级，由经人社部门备案的评价机构（技师学院、行业协会等）组织认定，证书纳入全国技能人才评价证书联网查询。</w:t>
      </w:r>
    </w:p>
    <w:p>
      <w:r>
        <w:rPr>
          <w:rFonts w:ascii="宋体" w:hAnsi="宋体" w:eastAsia="宋体"/>
          <w:b w:val="0"/>
          <w:sz w:val="22"/>
        </w:rPr>
        <w:t>2. 官方参考：国家职业技能标准见中国就业网 chinajob.mohrss.gov.cn《育婴员国家职业技能标准》；各地认定计划查询当地人社局/职业能力一体化平台（如浙江 zynl.rlsbt.zj.gov.cn）。</w:t>
      </w:r>
    </w:p>
    <w:p>
      <w:r>
        <w:rPr>
          <w:rFonts w:ascii="宋体" w:hAnsi="宋体" w:eastAsia="宋体"/>
          <w:b w:val="0"/>
          <w:sz w:val="22"/>
        </w:rPr>
        <w:t>3. 认定级别：五级/初级工、四级/中级工、三级/高级工。申报条件按从业年限或逐级晋升，具体以各评价机构公告为准。</w:t>
      </w:r>
    </w:p>
    <w:p>
      <w:r>
        <w:rPr>
          <w:rFonts w:ascii="宋体" w:hAnsi="宋体" w:eastAsia="宋体"/>
          <w:b w:val="0"/>
          <w:sz w:val="22"/>
        </w:rPr>
        <w:t>4. 考试形式：理论知识考试（机考/笔试）+ 操作技能考核，两项均合格方可取得相应等级证书。</w:t>
      </w:r>
    </w:p>
    <w:p>
      <w:r>
        <w:rPr>
          <w:rFonts w:ascii="宋体" w:hAnsi="宋体" w:eastAsia="宋体"/>
          <w:b w:val="0"/>
          <w:sz w:val="22"/>
        </w:rPr>
        <w:t>5. 时间安排：各地评价机构分批组织（如浙江宁波2026年10月17日有初级工认定计划，广东惠州2026年6—12月多批次），并非全国统一时间。报名直接向当地备案评价机构或人社局咨询，谨防收费培训贷陷阱。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二、模拟试卷说明</w:t>
      </w:r>
    </w:p>
    <w:p>
      <w:r>
        <w:rPr>
          <w:rFonts w:ascii="宋体" w:hAnsi="宋体" w:eastAsia="宋体"/>
          <w:b w:val="0"/>
          <w:sz w:val="22"/>
        </w:rPr>
        <w:t>本试卷依据该科目全国统一考试大纲的常见题型与分值结构编写，共100题，含单项选择题、多项选择题、判断题（部分科目含简答/案例分析）。建议闭卷计时完成后再对照答案解析。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三、试题</w:t>
      </w:r>
    </w:p>
    <w:p>
      <w:r>
        <w:rPr>
          <w:rFonts w:ascii="宋体" w:hAnsi="宋体" w:eastAsia="宋体"/>
          <w:b w:val="0"/>
          <w:sz w:val="22"/>
        </w:rPr>
        <w:t>【育婴员·单选题 第1题】育婴员的主要服务对象是（　）。</w:t>
      </w:r>
    </w:p>
    <w:p>
      <w:r>
        <w:rPr>
          <w:rFonts w:ascii="宋体" w:hAnsi="宋体" w:eastAsia="宋体"/>
          <w:b w:val="0"/>
          <w:sz w:val="22"/>
        </w:rPr>
        <w:t xml:space="preserve">　A. 0—3岁婴幼儿及其家庭</w:t>
      </w:r>
    </w:p>
    <w:p>
      <w:r>
        <w:rPr>
          <w:rFonts w:ascii="宋体" w:hAnsi="宋体" w:eastAsia="宋体"/>
          <w:b w:val="0"/>
          <w:sz w:val="22"/>
        </w:rPr>
        <w:t xml:space="preserve">　B. 学龄前儿童</w:t>
      </w:r>
    </w:p>
    <w:p>
      <w:r>
        <w:rPr>
          <w:rFonts w:ascii="宋体" w:hAnsi="宋体" w:eastAsia="宋体"/>
          <w:b w:val="0"/>
          <w:sz w:val="22"/>
        </w:rPr>
        <w:t xml:space="preserve">　C. 中小学生</w:t>
      </w:r>
    </w:p>
    <w:p>
      <w:r>
        <w:rPr>
          <w:rFonts w:ascii="宋体" w:hAnsi="宋体" w:eastAsia="宋体"/>
          <w:b w:val="0"/>
          <w:sz w:val="22"/>
        </w:rPr>
        <w:t xml:space="preserve">　D. 老年人</w:t>
      </w:r>
    </w:p>
    <w:p>
      <w:r>
        <w:rPr>
          <w:rFonts w:ascii="宋体" w:hAnsi="宋体" w:eastAsia="宋体"/>
          <w:b w:val="0"/>
          <w:sz w:val="22"/>
        </w:rPr>
        <w:t>答案：A　解析：育婴员主要面向0—3岁婴幼儿，提供照料、护理和早期发展支持。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第2题】婴儿出生后首选的食物是（　）。</w:t>
      </w:r>
    </w:p>
    <w:p>
      <w:r>
        <w:rPr>
          <w:rFonts w:ascii="宋体" w:hAnsi="宋体" w:eastAsia="宋体"/>
          <w:b w:val="0"/>
          <w:sz w:val="22"/>
        </w:rPr>
        <w:t xml:space="preserve">　A. 母乳</w:t>
      </w:r>
    </w:p>
    <w:p>
      <w:r>
        <w:rPr>
          <w:rFonts w:ascii="宋体" w:hAnsi="宋体" w:eastAsia="宋体"/>
          <w:b w:val="0"/>
          <w:sz w:val="22"/>
        </w:rPr>
        <w:t xml:space="preserve">　B. 纯牛奶</w:t>
      </w:r>
    </w:p>
    <w:p>
      <w:r>
        <w:rPr>
          <w:rFonts w:ascii="宋体" w:hAnsi="宋体" w:eastAsia="宋体"/>
          <w:b w:val="0"/>
          <w:sz w:val="22"/>
        </w:rPr>
        <w:t xml:space="preserve">　C. 米汤</w:t>
      </w:r>
    </w:p>
    <w:p>
      <w:r>
        <w:rPr>
          <w:rFonts w:ascii="宋体" w:hAnsi="宋体" w:eastAsia="宋体"/>
          <w:b w:val="0"/>
          <w:sz w:val="22"/>
        </w:rPr>
        <w:t xml:space="preserve">　D. 稀饭</w:t>
      </w:r>
    </w:p>
    <w:p>
      <w:r>
        <w:rPr>
          <w:rFonts w:ascii="宋体" w:hAnsi="宋体" w:eastAsia="宋体"/>
          <w:b w:val="0"/>
          <w:sz w:val="22"/>
        </w:rPr>
        <w:t>答案：A　解析：母乳是婴儿最理想的天然食物，应倡导纯母乳喂养至6个月。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第3题】世界卫生组织建议纯母乳喂养至少到（　）。</w:t>
      </w:r>
    </w:p>
    <w:p>
      <w:r>
        <w:rPr>
          <w:rFonts w:ascii="宋体" w:hAnsi="宋体" w:eastAsia="宋体"/>
          <w:b w:val="0"/>
          <w:sz w:val="22"/>
        </w:rPr>
        <w:t xml:space="preserve">　A. 6个月</w:t>
      </w:r>
    </w:p>
    <w:p>
      <w:r>
        <w:rPr>
          <w:rFonts w:ascii="宋体" w:hAnsi="宋体" w:eastAsia="宋体"/>
          <w:b w:val="0"/>
          <w:sz w:val="22"/>
        </w:rPr>
        <w:t xml:space="preserve">　B. 3个月</w:t>
      </w:r>
    </w:p>
    <w:p>
      <w:r>
        <w:rPr>
          <w:rFonts w:ascii="宋体" w:hAnsi="宋体" w:eastAsia="宋体"/>
          <w:b w:val="0"/>
          <w:sz w:val="22"/>
        </w:rPr>
        <w:t xml:space="preserve">　C. 1个月</w:t>
      </w:r>
    </w:p>
    <w:p>
      <w:r>
        <w:rPr>
          <w:rFonts w:ascii="宋体" w:hAnsi="宋体" w:eastAsia="宋体"/>
          <w:b w:val="0"/>
          <w:sz w:val="22"/>
        </w:rPr>
        <w:t xml:space="preserve">　D. 12个月后即可停</w:t>
      </w:r>
    </w:p>
    <w:p>
      <w:r>
        <w:rPr>
          <w:rFonts w:ascii="宋体" w:hAnsi="宋体" w:eastAsia="宋体"/>
          <w:b w:val="0"/>
          <w:sz w:val="22"/>
        </w:rPr>
        <w:t>答案：A　解析：WHO建议纯母乳喂养6个月，之后添加辅食并继续哺乳至2岁或更久。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第4题】给婴儿添加辅食一般开始于（　）。</w:t>
      </w:r>
    </w:p>
    <w:p>
      <w:r>
        <w:rPr>
          <w:rFonts w:ascii="宋体" w:hAnsi="宋体" w:eastAsia="宋体"/>
          <w:b w:val="0"/>
          <w:sz w:val="22"/>
        </w:rPr>
        <w:t xml:space="preserve">　A. 满6个月左右</w:t>
      </w:r>
    </w:p>
    <w:p>
      <w:r>
        <w:rPr>
          <w:rFonts w:ascii="宋体" w:hAnsi="宋体" w:eastAsia="宋体"/>
          <w:b w:val="0"/>
          <w:sz w:val="22"/>
        </w:rPr>
        <w:t xml:space="preserve">　B. 满1个月</w:t>
      </w:r>
    </w:p>
    <w:p>
      <w:r>
        <w:rPr>
          <w:rFonts w:ascii="宋体" w:hAnsi="宋体" w:eastAsia="宋体"/>
          <w:b w:val="0"/>
          <w:sz w:val="22"/>
        </w:rPr>
        <w:t xml:space="preserve">　C. 满2岁</w:t>
      </w:r>
    </w:p>
    <w:p>
      <w:r>
        <w:rPr>
          <w:rFonts w:ascii="宋体" w:hAnsi="宋体" w:eastAsia="宋体"/>
          <w:b w:val="0"/>
          <w:sz w:val="22"/>
        </w:rPr>
        <w:t xml:space="preserve">　D. 出生即可</w:t>
      </w:r>
    </w:p>
    <w:p>
      <w:r>
        <w:rPr>
          <w:rFonts w:ascii="宋体" w:hAnsi="宋体" w:eastAsia="宋体"/>
          <w:b w:val="0"/>
          <w:sz w:val="22"/>
        </w:rPr>
        <w:t>答案：A　解析：通常6月龄左右、具备吞咽和挺舌反射消失时开始添加辅食。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第5题】添加辅食应遵循的原则是（　）。</w:t>
      </w:r>
    </w:p>
    <w:p>
      <w:r>
        <w:rPr>
          <w:rFonts w:ascii="宋体" w:hAnsi="宋体" w:eastAsia="宋体"/>
          <w:b w:val="0"/>
          <w:sz w:val="22"/>
        </w:rPr>
        <w:t xml:space="preserve">　A. 由少到多、由稀到稠、由细到粗、由一种到多种</w:t>
      </w:r>
    </w:p>
    <w:p>
      <w:r>
        <w:rPr>
          <w:rFonts w:ascii="宋体" w:hAnsi="宋体" w:eastAsia="宋体"/>
          <w:b w:val="0"/>
          <w:sz w:val="22"/>
        </w:rPr>
        <w:t xml:space="preserve">　B. 一次加多</w:t>
      </w:r>
    </w:p>
    <w:p>
      <w:r>
        <w:rPr>
          <w:rFonts w:ascii="宋体" w:hAnsi="宋体" w:eastAsia="宋体"/>
          <w:b w:val="0"/>
          <w:sz w:val="22"/>
        </w:rPr>
        <w:t xml:space="preserve">　C. 先加肉后加菜</w:t>
      </w:r>
    </w:p>
    <w:p>
      <w:r>
        <w:rPr>
          <w:rFonts w:ascii="宋体" w:hAnsi="宋体" w:eastAsia="宋体"/>
          <w:b w:val="0"/>
          <w:sz w:val="22"/>
        </w:rPr>
        <w:t xml:space="preserve">　D. 由粗到细</w:t>
      </w:r>
    </w:p>
    <w:p>
      <w:r>
        <w:rPr>
          <w:rFonts w:ascii="宋体" w:hAnsi="宋体" w:eastAsia="宋体"/>
          <w:b w:val="0"/>
          <w:sz w:val="22"/>
        </w:rPr>
        <w:t>答案：A　解析：辅食添加循序渐进，单一、少量、适应后再递进。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第6题】下列适合作为婴儿第一种辅食的是（　）。</w:t>
      </w:r>
    </w:p>
    <w:p>
      <w:r>
        <w:rPr>
          <w:rFonts w:ascii="宋体" w:hAnsi="宋体" w:eastAsia="宋体"/>
          <w:b w:val="0"/>
          <w:sz w:val="22"/>
        </w:rPr>
        <w:t xml:space="preserve">　A. 强化铁的婴儿米粉</w:t>
      </w:r>
    </w:p>
    <w:p>
      <w:r>
        <w:rPr>
          <w:rFonts w:ascii="宋体" w:hAnsi="宋体" w:eastAsia="宋体"/>
          <w:b w:val="0"/>
          <w:sz w:val="22"/>
        </w:rPr>
        <w:t xml:space="preserve">　B. 整颗煮鸡蛋</w:t>
      </w:r>
    </w:p>
    <w:p>
      <w:r>
        <w:rPr>
          <w:rFonts w:ascii="宋体" w:hAnsi="宋体" w:eastAsia="宋体"/>
          <w:b w:val="0"/>
          <w:sz w:val="22"/>
        </w:rPr>
        <w:t xml:space="preserve">　C. 爆米花</w:t>
      </w:r>
    </w:p>
    <w:p>
      <w:r>
        <w:rPr>
          <w:rFonts w:ascii="宋体" w:hAnsi="宋体" w:eastAsia="宋体"/>
          <w:b w:val="0"/>
          <w:sz w:val="22"/>
        </w:rPr>
        <w:t xml:space="preserve">　D. 蜂蜜水</w:t>
      </w:r>
    </w:p>
    <w:p>
      <w:r>
        <w:rPr>
          <w:rFonts w:ascii="宋体" w:hAnsi="宋体" w:eastAsia="宋体"/>
          <w:b w:val="0"/>
          <w:sz w:val="22"/>
        </w:rPr>
        <w:t>答案：A　解析：强化铁米粉易吸收、过敏风险低，常作为首选辅食。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第7题】1岁以内婴儿食物中不应添加（　）。</w:t>
      </w:r>
    </w:p>
    <w:p>
      <w:r>
        <w:rPr>
          <w:rFonts w:ascii="宋体" w:hAnsi="宋体" w:eastAsia="宋体"/>
          <w:b w:val="0"/>
          <w:sz w:val="22"/>
        </w:rPr>
        <w:t xml:space="preserve">　A. 盐和过多糖</w:t>
      </w:r>
    </w:p>
    <w:p>
      <w:r>
        <w:rPr>
          <w:rFonts w:ascii="宋体" w:hAnsi="宋体" w:eastAsia="宋体"/>
          <w:b w:val="0"/>
          <w:sz w:val="22"/>
        </w:rPr>
        <w:t xml:space="preserve">　B. 高铁米粉</w:t>
      </w:r>
    </w:p>
    <w:p>
      <w:r>
        <w:rPr>
          <w:rFonts w:ascii="宋体" w:hAnsi="宋体" w:eastAsia="宋体"/>
          <w:b w:val="0"/>
          <w:sz w:val="22"/>
        </w:rPr>
        <w:t xml:space="preserve">　C. 菜泥</w:t>
      </w:r>
    </w:p>
    <w:p>
      <w:r>
        <w:rPr>
          <w:rFonts w:ascii="宋体" w:hAnsi="宋体" w:eastAsia="宋体"/>
          <w:b w:val="0"/>
          <w:sz w:val="22"/>
        </w:rPr>
        <w:t xml:space="preserve">　D. 果泥</w:t>
      </w:r>
    </w:p>
    <w:p>
      <w:r>
        <w:rPr>
          <w:rFonts w:ascii="宋体" w:hAnsi="宋体" w:eastAsia="宋体"/>
          <w:b w:val="0"/>
          <w:sz w:val="22"/>
        </w:rPr>
        <w:t>答案：A　解析：1岁内婴儿肾脏和味觉未成熟，应少盐无糖，避免加重负担。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第8题】给婴儿喂奶后应采取的正确体位是（　）。</w:t>
      </w:r>
    </w:p>
    <w:p>
      <w:r>
        <w:rPr>
          <w:rFonts w:ascii="宋体" w:hAnsi="宋体" w:eastAsia="宋体"/>
          <w:b w:val="0"/>
          <w:sz w:val="22"/>
        </w:rPr>
        <w:t xml:space="preserve">　A. 竖抱拍嗝</w:t>
      </w:r>
    </w:p>
    <w:p>
      <w:r>
        <w:rPr>
          <w:rFonts w:ascii="宋体" w:hAnsi="宋体" w:eastAsia="宋体"/>
          <w:b w:val="0"/>
          <w:sz w:val="22"/>
        </w:rPr>
        <w:t xml:space="preserve">　B. 平放仰卧</w:t>
      </w:r>
    </w:p>
    <w:p>
      <w:r>
        <w:rPr>
          <w:rFonts w:ascii="宋体" w:hAnsi="宋体" w:eastAsia="宋体"/>
          <w:b w:val="0"/>
          <w:sz w:val="22"/>
        </w:rPr>
        <w:t xml:space="preserve">　C. 倒立</w:t>
      </w:r>
    </w:p>
    <w:p>
      <w:r>
        <w:rPr>
          <w:rFonts w:ascii="宋体" w:hAnsi="宋体" w:eastAsia="宋体"/>
          <w:b w:val="0"/>
          <w:sz w:val="22"/>
        </w:rPr>
        <w:t xml:space="preserve">　D. 趴着立即睡</w:t>
      </w:r>
    </w:p>
    <w:p>
      <w:r>
        <w:rPr>
          <w:rFonts w:ascii="宋体" w:hAnsi="宋体" w:eastAsia="宋体"/>
          <w:b w:val="0"/>
          <w:sz w:val="22"/>
        </w:rPr>
        <w:t>答案：A　解析：喂奶后竖抱轻拍背部排出空气，防吐奶溢奶。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第9题】婴儿发生溢奶时，正确处理是（　）。</w:t>
      </w:r>
    </w:p>
    <w:p>
      <w:r>
        <w:rPr>
          <w:rFonts w:ascii="宋体" w:hAnsi="宋体" w:eastAsia="宋体"/>
          <w:b w:val="0"/>
          <w:sz w:val="22"/>
        </w:rPr>
        <w:t xml:space="preserve">　A. 竖抱拍嗝、头偏向一侧</w:t>
      </w:r>
    </w:p>
    <w:p>
      <w:r>
        <w:rPr>
          <w:rFonts w:ascii="宋体" w:hAnsi="宋体" w:eastAsia="宋体"/>
          <w:b w:val="0"/>
          <w:sz w:val="22"/>
        </w:rPr>
        <w:t xml:space="preserve">　B. 立即平放</w:t>
      </w:r>
    </w:p>
    <w:p>
      <w:r>
        <w:rPr>
          <w:rFonts w:ascii="宋体" w:hAnsi="宋体" w:eastAsia="宋体"/>
          <w:b w:val="0"/>
          <w:sz w:val="22"/>
        </w:rPr>
        <w:t xml:space="preserve">　C. 剧烈摇晃</w:t>
      </w:r>
    </w:p>
    <w:p>
      <w:r>
        <w:rPr>
          <w:rFonts w:ascii="宋体" w:hAnsi="宋体" w:eastAsia="宋体"/>
          <w:b w:val="0"/>
          <w:sz w:val="22"/>
        </w:rPr>
        <w:t xml:space="preserve">　D. 喂更多奶</w:t>
      </w:r>
    </w:p>
    <w:p>
      <w:r>
        <w:rPr>
          <w:rFonts w:ascii="宋体" w:hAnsi="宋体" w:eastAsia="宋体"/>
          <w:b w:val="0"/>
          <w:sz w:val="22"/>
        </w:rPr>
        <w:t>答案：A　解析：拍嗝并使头侧偏，避免奶液误吸。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第10题】测量婴儿体温最安全常用的部位是（　）。</w:t>
      </w:r>
    </w:p>
    <w:p>
      <w:r>
        <w:rPr>
          <w:rFonts w:ascii="宋体" w:hAnsi="宋体" w:eastAsia="宋体"/>
          <w:b w:val="0"/>
          <w:sz w:val="22"/>
        </w:rPr>
        <w:t xml:space="preserve">　A. 腋下</w:t>
      </w:r>
    </w:p>
    <w:p>
      <w:r>
        <w:rPr>
          <w:rFonts w:ascii="宋体" w:hAnsi="宋体" w:eastAsia="宋体"/>
          <w:b w:val="0"/>
          <w:sz w:val="22"/>
        </w:rPr>
        <w:t xml:space="preserve">　B. 肛门深处</w:t>
      </w:r>
    </w:p>
    <w:p>
      <w:r>
        <w:rPr>
          <w:rFonts w:ascii="宋体" w:hAnsi="宋体" w:eastAsia="宋体"/>
          <w:b w:val="0"/>
          <w:sz w:val="22"/>
        </w:rPr>
        <w:t xml:space="preserve">　C. 口中</w:t>
      </w:r>
    </w:p>
    <w:p>
      <w:r>
        <w:rPr>
          <w:rFonts w:ascii="宋体" w:hAnsi="宋体" w:eastAsia="宋体"/>
          <w:b w:val="0"/>
          <w:sz w:val="22"/>
        </w:rPr>
        <w:t xml:space="preserve">　D. 耳朵随便测</w:t>
      </w:r>
    </w:p>
    <w:p>
      <w:r>
        <w:rPr>
          <w:rFonts w:ascii="宋体" w:hAnsi="宋体" w:eastAsia="宋体"/>
          <w:b w:val="0"/>
          <w:sz w:val="22"/>
        </w:rPr>
        <w:t>答案：A　解析：腋温安全易操作，是居家常用测量方式。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第11题】婴儿正常腋下体温参考范围是（　）。</w:t>
      </w:r>
    </w:p>
    <w:p>
      <w:r>
        <w:rPr>
          <w:rFonts w:ascii="宋体" w:hAnsi="宋体" w:eastAsia="宋体"/>
          <w:b w:val="0"/>
          <w:sz w:val="22"/>
        </w:rPr>
        <w:t xml:space="preserve">　A. 36.0—37.2℃</w:t>
      </w:r>
    </w:p>
    <w:p>
      <w:r>
        <w:rPr>
          <w:rFonts w:ascii="宋体" w:hAnsi="宋体" w:eastAsia="宋体"/>
          <w:b w:val="0"/>
          <w:sz w:val="22"/>
        </w:rPr>
        <w:t xml:space="preserve">　B. 39℃以上</w:t>
      </w:r>
    </w:p>
    <w:p>
      <w:r>
        <w:rPr>
          <w:rFonts w:ascii="宋体" w:hAnsi="宋体" w:eastAsia="宋体"/>
          <w:b w:val="0"/>
          <w:sz w:val="22"/>
        </w:rPr>
        <w:t xml:space="preserve">　C. 35℃以下</w:t>
      </w:r>
    </w:p>
    <w:p>
      <w:r>
        <w:rPr>
          <w:rFonts w:ascii="宋体" w:hAnsi="宋体" w:eastAsia="宋体"/>
          <w:b w:val="0"/>
          <w:sz w:val="22"/>
        </w:rPr>
        <w:t xml:space="preserve">　D. 40℃</w:t>
      </w:r>
    </w:p>
    <w:p>
      <w:r>
        <w:rPr>
          <w:rFonts w:ascii="宋体" w:hAnsi="宋体" w:eastAsia="宋体"/>
          <w:b w:val="0"/>
          <w:sz w:val="22"/>
        </w:rPr>
        <w:t>答案：A　解析：婴儿腋温约36—37.2℃，超过37.5℃通常视为发热。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第12题】婴儿发热时，下列做法正确的是（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适当减少衣被、多喂水、监测体温</w:t>
      </w:r>
    </w:p>
    <w:p>
      <w:r>
        <w:rPr>
          <w:rFonts w:ascii="宋体" w:hAnsi="宋体" w:eastAsia="宋体"/>
          <w:b w:val="0"/>
          <w:sz w:val="22"/>
        </w:rPr>
        <w:t xml:space="preserve">　B. 捂厚被子发汗</w:t>
      </w:r>
    </w:p>
    <w:p>
      <w:r>
        <w:rPr>
          <w:rFonts w:ascii="宋体" w:hAnsi="宋体" w:eastAsia="宋体"/>
          <w:b w:val="0"/>
          <w:sz w:val="22"/>
        </w:rPr>
        <w:t xml:space="preserve">　C. 酒精擦身</w:t>
      </w:r>
    </w:p>
    <w:p>
      <w:r>
        <w:rPr>
          <w:rFonts w:ascii="宋体" w:hAnsi="宋体" w:eastAsia="宋体"/>
          <w:b w:val="0"/>
          <w:sz w:val="22"/>
        </w:rPr>
        <w:t xml:space="preserve">　D. 立即喂成人退烧药</w:t>
      </w:r>
    </w:p>
    <w:p>
      <w:r>
        <w:rPr>
          <w:rFonts w:ascii="宋体" w:hAnsi="宋体" w:eastAsia="宋体"/>
          <w:b w:val="0"/>
          <w:sz w:val="22"/>
        </w:rPr>
        <w:t>答案：A　解析：物理降温、补水、观察；禁用酒精擦浴，用药须遵医嘱。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第13题】新生儿生理性黄疸通常出现于生后（　）。</w:t>
      </w:r>
    </w:p>
    <w:p>
      <w:r>
        <w:rPr>
          <w:rFonts w:ascii="宋体" w:hAnsi="宋体" w:eastAsia="宋体"/>
          <w:b w:val="0"/>
          <w:sz w:val="22"/>
        </w:rPr>
        <w:t xml:space="preserve">　A. 2—3天</w:t>
      </w:r>
    </w:p>
    <w:p>
      <w:r>
        <w:rPr>
          <w:rFonts w:ascii="宋体" w:hAnsi="宋体" w:eastAsia="宋体"/>
          <w:b w:val="0"/>
          <w:sz w:val="22"/>
        </w:rPr>
        <w:t xml:space="preserve">　B. 当天</w:t>
      </w:r>
    </w:p>
    <w:p>
      <w:r>
        <w:rPr>
          <w:rFonts w:ascii="宋体" w:hAnsi="宋体" w:eastAsia="宋体"/>
          <w:b w:val="0"/>
          <w:sz w:val="22"/>
        </w:rPr>
        <w:t xml:space="preserve">　C. 满月后</w:t>
      </w:r>
    </w:p>
    <w:p>
      <w:r>
        <w:rPr>
          <w:rFonts w:ascii="宋体" w:hAnsi="宋体" w:eastAsia="宋体"/>
          <w:b w:val="0"/>
          <w:sz w:val="22"/>
        </w:rPr>
        <w:t xml:space="preserve">　D. 半年后</w:t>
      </w:r>
    </w:p>
    <w:p>
      <w:r>
        <w:rPr>
          <w:rFonts w:ascii="宋体" w:hAnsi="宋体" w:eastAsia="宋体"/>
          <w:b w:val="0"/>
          <w:sz w:val="22"/>
        </w:rPr>
        <w:t>答案：A　解析：足月儿生后2—3天出现生理性黄疸，4—5天达峰，一般2周内消退。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第14题】婴儿居室适宜的相对湿度一般为（　）。</w:t>
      </w:r>
    </w:p>
    <w:p>
      <w:r>
        <w:rPr>
          <w:rFonts w:ascii="宋体" w:hAnsi="宋体" w:eastAsia="宋体"/>
          <w:b w:val="0"/>
          <w:sz w:val="22"/>
        </w:rPr>
        <w:t xml:space="preserve">　A. 50%—60%</w:t>
      </w:r>
    </w:p>
    <w:p>
      <w:r>
        <w:rPr>
          <w:rFonts w:ascii="宋体" w:hAnsi="宋体" w:eastAsia="宋体"/>
          <w:b w:val="0"/>
          <w:sz w:val="22"/>
        </w:rPr>
        <w:t xml:space="preserve">　B. 20%</w:t>
      </w:r>
    </w:p>
    <w:p>
      <w:r>
        <w:rPr>
          <w:rFonts w:ascii="宋体" w:hAnsi="宋体" w:eastAsia="宋体"/>
          <w:b w:val="0"/>
          <w:sz w:val="22"/>
        </w:rPr>
        <w:t xml:space="preserve">　C. 90%以上</w:t>
      </w:r>
    </w:p>
    <w:p>
      <w:r>
        <w:rPr>
          <w:rFonts w:ascii="宋体" w:hAnsi="宋体" w:eastAsia="宋体"/>
          <w:b w:val="0"/>
          <w:sz w:val="22"/>
        </w:rPr>
        <w:t xml:space="preserve">　D. 越干越好</w:t>
      </w:r>
    </w:p>
    <w:p>
      <w:r>
        <w:rPr>
          <w:rFonts w:ascii="宋体" w:hAnsi="宋体" w:eastAsia="宋体"/>
          <w:b w:val="0"/>
          <w:sz w:val="22"/>
        </w:rPr>
        <w:t>答案：A　解析：婴幼儿居室湿度50%—60%、温度20—24℃较适宜。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第15题】婴幼儿皮肤护理应做到（　）。</w:t>
      </w:r>
    </w:p>
    <w:p>
      <w:r>
        <w:rPr>
          <w:rFonts w:ascii="宋体" w:hAnsi="宋体" w:eastAsia="宋体"/>
          <w:b w:val="0"/>
          <w:sz w:val="22"/>
        </w:rPr>
        <w:t xml:space="preserve">　A. 勤换尿布、保持干爽</w:t>
      </w:r>
    </w:p>
    <w:p>
      <w:r>
        <w:rPr>
          <w:rFonts w:ascii="宋体" w:hAnsi="宋体" w:eastAsia="宋体"/>
          <w:b w:val="0"/>
          <w:sz w:val="22"/>
        </w:rPr>
        <w:t xml:space="preserve">　B. 长时间不换尿布</w:t>
      </w:r>
    </w:p>
    <w:p>
      <w:r>
        <w:rPr>
          <w:rFonts w:ascii="宋体" w:hAnsi="宋体" w:eastAsia="宋体"/>
          <w:b w:val="0"/>
          <w:sz w:val="22"/>
        </w:rPr>
        <w:t xml:space="preserve">　C. 用力擦拭</w:t>
      </w:r>
    </w:p>
    <w:p>
      <w:r>
        <w:rPr>
          <w:rFonts w:ascii="宋体" w:hAnsi="宋体" w:eastAsia="宋体"/>
          <w:b w:val="0"/>
          <w:sz w:val="22"/>
        </w:rPr>
        <w:t xml:space="preserve">　D. 涂爽身粉入阴道</w:t>
      </w:r>
    </w:p>
    <w:p>
      <w:r>
        <w:rPr>
          <w:rFonts w:ascii="宋体" w:hAnsi="宋体" w:eastAsia="宋体"/>
          <w:b w:val="0"/>
          <w:sz w:val="22"/>
        </w:rPr>
        <w:t>答案：A　解析：及时换尿布、清洗拍干，预防红臀；爽身粉避免进入女婴生殖道。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第16题】预防婴幼儿红臀（尿布疹）的关键是（　）。</w:t>
      </w:r>
    </w:p>
    <w:p>
      <w:r>
        <w:rPr>
          <w:rFonts w:ascii="宋体" w:hAnsi="宋体" w:eastAsia="宋体"/>
          <w:b w:val="0"/>
          <w:sz w:val="22"/>
        </w:rPr>
        <w:t xml:space="preserve">　A. 保持臀部清洁干燥</w:t>
      </w:r>
    </w:p>
    <w:p>
      <w:r>
        <w:rPr>
          <w:rFonts w:ascii="宋体" w:hAnsi="宋体" w:eastAsia="宋体"/>
          <w:b w:val="0"/>
          <w:sz w:val="22"/>
        </w:rPr>
        <w:t xml:space="preserve">　B. 多涂油</w:t>
      </w:r>
    </w:p>
    <w:p>
      <w:r>
        <w:rPr>
          <w:rFonts w:ascii="宋体" w:hAnsi="宋体" w:eastAsia="宋体"/>
          <w:b w:val="0"/>
          <w:sz w:val="22"/>
        </w:rPr>
        <w:t xml:space="preserve">　C. 少洗澡</w:t>
      </w:r>
    </w:p>
    <w:p>
      <w:r>
        <w:rPr>
          <w:rFonts w:ascii="宋体" w:hAnsi="宋体" w:eastAsia="宋体"/>
          <w:b w:val="0"/>
          <w:sz w:val="22"/>
        </w:rPr>
        <w:t xml:space="preserve">　D. 包裹更紧</w:t>
      </w:r>
    </w:p>
    <w:p>
      <w:r>
        <w:rPr>
          <w:rFonts w:ascii="宋体" w:hAnsi="宋体" w:eastAsia="宋体"/>
          <w:b w:val="0"/>
          <w:sz w:val="22"/>
        </w:rPr>
        <w:t>答案：A　解析：勤换尿布、清水清洗、拍干透气是预防尿布疹的关键。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第17题】婴幼儿大动作发展顺序一般是（　）。</w:t>
      </w:r>
    </w:p>
    <w:p>
      <w:r>
        <w:rPr>
          <w:rFonts w:ascii="宋体" w:hAnsi="宋体" w:eastAsia="宋体"/>
          <w:b w:val="0"/>
          <w:sz w:val="22"/>
        </w:rPr>
        <w:t xml:space="preserve">　A. 抬头—翻身—坐—爬—站—走</w:t>
      </w:r>
    </w:p>
    <w:p>
      <w:r>
        <w:rPr>
          <w:rFonts w:ascii="宋体" w:hAnsi="宋体" w:eastAsia="宋体"/>
          <w:b w:val="0"/>
          <w:sz w:val="22"/>
        </w:rPr>
        <w:t xml:space="preserve">　B. 走—站—爬</w:t>
      </w:r>
    </w:p>
    <w:p>
      <w:r>
        <w:rPr>
          <w:rFonts w:ascii="宋体" w:hAnsi="宋体" w:eastAsia="宋体"/>
          <w:b w:val="0"/>
          <w:sz w:val="22"/>
        </w:rPr>
        <w:t xml:space="preserve">　C. 坐—抬头—走</w:t>
      </w:r>
    </w:p>
    <w:p>
      <w:r>
        <w:rPr>
          <w:rFonts w:ascii="宋体" w:hAnsi="宋体" w:eastAsia="宋体"/>
          <w:b w:val="0"/>
          <w:sz w:val="22"/>
        </w:rPr>
        <w:t xml:space="preserve">　D. 爬—翻身—抬头</w:t>
      </w:r>
    </w:p>
    <w:p>
      <w:r>
        <w:rPr>
          <w:rFonts w:ascii="宋体" w:hAnsi="宋体" w:eastAsia="宋体"/>
          <w:b w:val="0"/>
          <w:sz w:val="22"/>
        </w:rPr>
        <w:t>答案：A　解析：动作发展从头到脚、从整体到分化，依次抬头、翻身、坐、爬、站、走。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第18题】多数婴儿独立坐稳大约在（　）。</w:t>
      </w:r>
    </w:p>
    <w:p>
      <w:r>
        <w:rPr>
          <w:rFonts w:ascii="宋体" w:hAnsi="宋体" w:eastAsia="宋体"/>
          <w:b w:val="0"/>
          <w:sz w:val="22"/>
        </w:rPr>
        <w:t xml:space="preserve">　A. 6—8个月</w:t>
      </w:r>
    </w:p>
    <w:p>
      <w:r>
        <w:rPr>
          <w:rFonts w:ascii="宋体" w:hAnsi="宋体" w:eastAsia="宋体"/>
          <w:b w:val="0"/>
          <w:sz w:val="22"/>
        </w:rPr>
        <w:t xml:space="preserve">　B. 1个月</w:t>
      </w:r>
    </w:p>
    <w:p>
      <w:r>
        <w:rPr>
          <w:rFonts w:ascii="宋体" w:hAnsi="宋体" w:eastAsia="宋体"/>
          <w:b w:val="0"/>
          <w:sz w:val="22"/>
        </w:rPr>
        <w:t xml:space="preserve">　C. 2岁</w:t>
      </w:r>
    </w:p>
    <w:p>
      <w:r>
        <w:rPr>
          <w:rFonts w:ascii="宋体" w:hAnsi="宋体" w:eastAsia="宋体"/>
          <w:b w:val="0"/>
          <w:sz w:val="22"/>
        </w:rPr>
        <w:t xml:space="preserve">　D. 3个月</w:t>
      </w:r>
    </w:p>
    <w:p>
      <w:r>
        <w:rPr>
          <w:rFonts w:ascii="宋体" w:hAnsi="宋体" w:eastAsia="宋体"/>
          <w:b w:val="0"/>
          <w:sz w:val="22"/>
        </w:rPr>
        <w:t>答案：A　解析：婴儿约6个月能扶坐，7—8个月可独立坐。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第19题】婴幼儿爬行的重要意义在于（　）。</w:t>
      </w:r>
    </w:p>
    <w:p>
      <w:r>
        <w:rPr>
          <w:rFonts w:ascii="宋体" w:hAnsi="宋体" w:eastAsia="宋体"/>
          <w:b w:val="0"/>
          <w:sz w:val="22"/>
        </w:rPr>
        <w:t xml:space="preserve">　A. 促进协调、探索空间和脑发育</w:t>
      </w:r>
    </w:p>
    <w:p>
      <w:r>
        <w:rPr>
          <w:rFonts w:ascii="宋体" w:hAnsi="宋体" w:eastAsia="宋体"/>
          <w:b w:val="0"/>
          <w:sz w:val="22"/>
        </w:rPr>
        <w:t xml:space="preserve">　B. 没有意义</w:t>
      </w:r>
    </w:p>
    <w:p>
      <w:r>
        <w:rPr>
          <w:rFonts w:ascii="宋体" w:hAnsi="宋体" w:eastAsia="宋体"/>
          <w:b w:val="0"/>
          <w:sz w:val="22"/>
        </w:rPr>
        <w:t xml:space="preserve">　C. 容易脏</w:t>
      </w:r>
    </w:p>
    <w:p>
      <w:r>
        <w:rPr>
          <w:rFonts w:ascii="宋体" w:hAnsi="宋体" w:eastAsia="宋体"/>
          <w:b w:val="0"/>
          <w:sz w:val="22"/>
        </w:rPr>
        <w:t xml:space="preserve">　D. 影响睡眠</w:t>
      </w:r>
    </w:p>
    <w:p>
      <w:r>
        <w:rPr>
          <w:rFonts w:ascii="宋体" w:hAnsi="宋体" w:eastAsia="宋体"/>
          <w:b w:val="0"/>
          <w:sz w:val="22"/>
        </w:rPr>
        <w:t>答案：A　解析：爬行促进感觉统合、手眼协调和空间认知发展。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第20题】给婴幼儿洗澡时，水温宜控制在（　）。</w:t>
      </w:r>
    </w:p>
    <w:p>
      <w:r>
        <w:rPr>
          <w:rFonts w:ascii="宋体" w:hAnsi="宋体" w:eastAsia="宋体"/>
          <w:b w:val="0"/>
          <w:sz w:val="22"/>
        </w:rPr>
        <w:t xml:space="preserve">　A. 37—40℃</w:t>
      </w:r>
    </w:p>
    <w:p>
      <w:r>
        <w:rPr>
          <w:rFonts w:ascii="宋体" w:hAnsi="宋体" w:eastAsia="宋体"/>
          <w:b w:val="0"/>
          <w:sz w:val="22"/>
        </w:rPr>
        <w:t xml:space="preserve">　B. 50℃以上</w:t>
      </w:r>
    </w:p>
    <w:p>
      <w:r>
        <w:rPr>
          <w:rFonts w:ascii="宋体" w:hAnsi="宋体" w:eastAsia="宋体"/>
          <w:b w:val="0"/>
          <w:sz w:val="22"/>
        </w:rPr>
        <w:t xml:space="preserve">　C. 30℃以下</w:t>
      </w:r>
    </w:p>
    <w:p>
      <w:r>
        <w:rPr>
          <w:rFonts w:ascii="宋体" w:hAnsi="宋体" w:eastAsia="宋体"/>
          <w:b w:val="0"/>
          <w:sz w:val="22"/>
        </w:rPr>
        <w:t xml:space="preserve">　D. 越烫越好</w:t>
      </w:r>
    </w:p>
    <w:p>
      <w:r>
        <w:rPr>
          <w:rFonts w:ascii="宋体" w:hAnsi="宋体" w:eastAsia="宋体"/>
          <w:b w:val="0"/>
          <w:sz w:val="22"/>
        </w:rPr>
        <w:t>答案：A　解析：洗澡水温37—40℃，先用手腕内侧试温，防烫伤。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第21题】婴幼儿洗澡时间一般控制在（　）。</w:t>
      </w:r>
    </w:p>
    <w:p>
      <w:r>
        <w:rPr>
          <w:rFonts w:ascii="宋体" w:hAnsi="宋体" w:eastAsia="宋体"/>
          <w:b w:val="0"/>
          <w:sz w:val="22"/>
        </w:rPr>
        <w:t xml:space="preserve">　A. 5—10分钟</w:t>
      </w:r>
    </w:p>
    <w:p>
      <w:r>
        <w:rPr>
          <w:rFonts w:ascii="宋体" w:hAnsi="宋体" w:eastAsia="宋体"/>
          <w:b w:val="0"/>
          <w:sz w:val="22"/>
        </w:rPr>
        <w:t xml:space="preserve">　B. 1小时</w:t>
      </w:r>
    </w:p>
    <w:p>
      <w:r>
        <w:rPr>
          <w:rFonts w:ascii="宋体" w:hAnsi="宋体" w:eastAsia="宋体"/>
          <w:b w:val="0"/>
          <w:sz w:val="22"/>
        </w:rPr>
        <w:t xml:space="preserve">　C. 半小时以上</w:t>
      </w:r>
    </w:p>
    <w:p>
      <w:r>
        <w:rPr>
          <w:rFonts w:ascii="宋体" w:hAnsi="宋体" w:eastAsia="宋体"/>
          <w:b w:val="0"/>
          <w:sz w:val="22"/>
        </w:rPr>
        <w:t xml:space="preserve">　D. 20分钟以上</w:t>
      </w:r>
    </w:p>
    <w:p>
      <w:r>
        <w:rPr>
          <w:rFonts w:ascii="宋体" w:hAnsi="宋体" w:eastAsia="宋体"/>
          <w:b w:val="0"/>
          <w:sz w:val="22"/>
        </w:rPr>
        <w:t>答案：A　解析：洗澡时间不宜过长，5—10分钟为宜，防着凉和疲劳。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第22题】婴幼儿衣物选择应优先（　）。</w:t>
      </w:r>
    </w:p>
    <w:p>
      <w:r>
        <w:rPr>
          <w:rFonts w:ascii="宋体" w:hAnsi="宋体" w:eastAsia="宋体"/>
          <w:b w:val="0"/>
          <w:sz w:val="22"/>
        </w:rPr>
        <w:t xml:space="preserve">　A. 纯棉、透气、宽松</w:t>
      </w:r>
    </w:p>
    <w:p>
      <w:r>
        <w:rPr>
          <w:rFonts w:ascii="宋体" w:hAnsi="宋体" w:eastAsia="宋体"/>
          <w:b w:val="0"/>
          <w:sz w:val="22"/>
        </w:rPr>
        <w:t xml:space="preserve">　B. 紧身化纤</w:t>
      </w:r>
    </w:p>
    <w:p>
      <w:r>
        <w:rPr>
          <w:rFonts w:ascii="宋体" w:hAnsi="宋体" w:eastAsia="宋体"/>
          <w:b w:val="0"/>
          <w:sz w:val="22"/>
        </w:rPr>
        <w:t xml:space="preserve">　C. 带长绳装饰</w:t>
      </w:r>
    </w:p>
    <w:p>
      <w:r>
        <w:rPr>
          <w:rFonts w:ascii="宋体" w:hAnsi="宋体" w:eastAsia="宋体"/>
          <w:b w:val="0"/>
          <w:sz w:val="22"/>
        </w:rPr>
        <w:t xml:space="preserve">　D. 紧身牛仔裤</w:t>
      </w:r>
    </w:p>
    <w:p>
      <w:r>
        <w:rPr>
          <w:rFonts w:ascii="宋体" w:hAnsi="宋体" w:eastAsia="宋体"/>
          <w:b w:val="0"/>
          <w:sz w:val="22"/>
        </w:rPr>
        <w:t>答案：A　解析：纯棉透气柔软衣物利于皮肤健康，避免绳带缠绕风险。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第23题】婴儿抚触的主要作用是（　）。</w:t>
      </w:r>
    </w:p>
    <w:p>
      <w:r>
        <w:rPr>
          <w:rFonts w:ascii="宋体" w:hAnsi="宋体" w:eastAsia="宋体"/>
          <w:b w:val="0"/>
          <w:sz w:val="22"/>
        </w:rPr>
        <w:t xml:space="preserve">　A. 促进情感联结与生长发育</w:t>
      </w:r>
    </w:p>
    <w:p>
      <w:r>
        <w:rPr>
          <w:rFonts w:ascii="宋体" w:hAnsi="宋体" w:eastAsia="宋体"/>
          <w:b w:val="0"/>
          <w:sz w:val="22"/>
        </w:rPr>
        <w:t xml:space="preserve">　B. 治疗感冒</w:t>
      </w:r>
    </w:p>
    <w:p>
      <w:r>
        <w:rPr>
          <w:rFonts w:ascii="宋体" w:hAnsi="宋体" w:eastAsia="宋体"/>
          <w:b w:val="0"/>
          <w:sz w:val="22"/>
        </w:rPr>
        <w:t xml:space="preserve">　C. 代替喂养</w:t>
      </w:r>
    </w:p>
    <w:p>
      <w:r>
        <w:rPr>
          <w:rFonts w:ascii="宋体" w:hAnsi="宋体" w:eastAsia="宋体"/>
          <w:b w:val="0"/>
          <w:sz w:val="22"/>
        </w:rPr>
        <w:t xml:space="preserve">　D. 增加体重一倍</w:t>
      </w:r>
    </w:p>
    <w:p>
      <w:r>
        <w:rPr>
          <w:rFonts w:ascii="宋体" w:hAnsi="宋体" w:eastAsia="宋体"/>
          <w:b w:val="0"/>
          <w:sz w:val="22"/>
        </w:rPr>
        <w:t>答案：A　解析：抚触促进亲子依恋、改善睡眠和生长发育。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第24题】婴幼儿视觉训练可采用（　）。</w:t>
      </w:r>
    </w:p>
    <w:p>
      <w:r>
        <w:rPr>
          <w:rFonts w:ascii="宋体" w:hAnsi="宋体" w:eastAsia="宋体"/>
          <w:b w:val="0"/>
          <w:sz w:val="22"/>
        </w:rPr>
        <w:t xml:space="preserve">　A. 黑白/彩色追视卡</w:t>
      </w:r>
    </w:p>
    <w:p>
      <w:r>
        <w:rPr>
          <w:rFonts w:ascii="宋体" w:hAnsi="宋体" w:eastAsia="宋体"/>
          <w:b w:val="0"/>
          <w:sz w:val="22"/>
        </w:rPr>
        <w:t xml:space="preserve">　B. 强光直射眼睛</w:t>
      </w:r>
    </w:p>
    <w:p>
      <w:r>
        <w:rPr>
          <w:rFonts w:ascii="宋体" w:hAnsi="宋体" w:eastAsia="宋体"/>
          <w:b w:val="0"/>
          <w:sz w:val="22"/>
        </w:rPr>
        <w:t xml:space="preserve">　C. 长时间看手机</w:t>
      </w:r>
    </w:p>
    <w:p>
      <w:r>
        <w:rPr>
          <w:rFonts w:ascii="宋体" w:hAnsi="宋体" w:eastAsia="宋体"/>
          <w:b w:val="0"/>
          <w:sz w:val="22"/>
        </w:rPr>
        <w:t xml:space="preserve">　D. 看模糊黑影</w:t>
      </w:r>
    </w:p>
    <w:p>
      <w:r>
        <w:rPr>
          <w:rFonts w:ascii="宋体" w:hAnsi="宋体" w:eastAsia="宋体"/>
          <w:b w:val="0"/>
          <w:sz w:val="22"/>
        </w:rPr>
        <w:t>答案：A　解析：用适龄追视卡进行视觉刺激训练，避免强光和电子屏。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第25题】下列关于婴幼儿睡眠说法正确的是（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保证充足睡眠、规律作息</w:t>
      </w:r>
    </w:p>
    <w:p>
      <w:r>
        <w:rPr>
          <w:rFonts w:ascii="宋体" w:hAnsi="宋体" w:eastAsia="宋体"/>
          <w:b w:val="0"/>
          <w:sz w:val="22"/>
        </w:rPr>
        <w:t xml:space="preserve">　B. 越少睡越好</w:t>
      </w:r>
    </w:p>
    <w:p>
      <w:r>
        <w:rPr>
          <w:rFonts w:ascii="宋体" w:hAnsi="宋体" w:eastAsia="宋体"/>
          <w:b w:val="0"/>
          <w:sz w:val="22"/>
        </w:rPr>
        <w:t xml:space="preserve">　C. 白天不睡晚上才睡</w:t>
      </w:r>
    </w:p>
    <w:p>
      <w:r>
        <w:rPr>
          <w:rFonts w:ascii="宋体" w:hAnsi="宋体" w:eastAsia="宋体"/>
          <w:b w:val="0"/>
          <w:sz w:val="22"/>
        </w:rPr>
        <w:t xml:space="preserve">　D. 含奶瓶睡</w:t>
      </w:r>
    </w:p>
    <w:p>
      <w:r>
        <w:rPr>
          <w:rFonts w:ascii="宋体" w:hAnsi="宋体" w:eastAsia="宋体"/>
          <w:b w:val="0"/>
          <w:sz w:val="22"/>
        </w:rPr>
        <w:t>答案：A　解析：婴幼儿需充足且规律的睡眠，避免奶睡和抱睡依赖。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第26题】为预防婴儿猝死综合征（SIDS），睡眠时应（　）。</w:t>
      </w:r>
    </w:p>
    <w:p>
      <w:r>
        <w:rPr>
          <w:rFonts w:ascii="宋体" w:hAnsi="宋体" w:eastAsia="宋体"/>
          <w:b w:val="0"/>
          <w:sz w:val="22"/>
        </w:rPr>
        <w:t xml:space="preserve">　A. 仰卧、床上不放松软物品</w:t>
      </w:r>
    </w:p>
    <w:p>
      <w:r>
        <w:rPr>
          <w:rFonts w:ascii="宋体" w:hAnsi="宋体" w:eastAsia="宋体"/>
          <w:b w:val="0"/>
          <w:sz w:val="22"/>
        </w:rPr>
        <w:t xml:space="preserve">　B. 俯卧</w:t>
      </w:r>
    </w:p>
    <w:p>
      <w:r>
        <w:rPr>
          <w:rFonts w:ascii="宋体" w:hAnsi="宋体" w:eastAsia="宋体"/>
          <w:b w:val="0"/>
          <w:sz w:val="22"/>
        </w:rPr>
        <w:t xml:space="preserve">　C. 床上堆满毛绒玩具</w:t>
      </w:r>
    </w:p>
    <w:p>
      <w:r>
        <w:rPr>
          <w:rFonts w:ascii="宋体" w:hAnsi="宋体" w:eastAsia="宋体"/>
          <w:b w:val="0"/>
          <w:sz w:val="22"/>
        </w:rPr>
        <w:t xml:space="preserve">　D. 与成人同被紧贴</w:t>
      </w:r>
    </w:p>
    <w:p>
      <w:r>
        <w:rPr>
          <w:rFonts w:ascii="宋体" w:hAnsi="宋体" w:eastAsia="宋体"/>
          <w:b w:val="0"/>
          <w:sz w:val="22"/>
        </w:rPr>
        <w:t>答案：A　解析：仰卧睡眠、硬质床垫、床上少杂物可降低SIDS风险。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第27题】婴幼儿出现哭闹不止，首先应（　）。</w:t>
      </w:r>
    </w:p>
    <w:p>
      <w:r>
        <w:rPr>
          <w:rFonts w:ascii="宋体" w:hAnsi="宋体" w:eastAsia="宋体"/>
          <w:b w:val="0"/>
          <w:sz w:val="22"/>
        </w:rPr>
        <w:t xml:space="preserve">　A. 排查饥饿、尿布、不适、疾病等原因</w:t>
      </w:r>
    </w:p>
    <w:p>
      <w:r>
        <w:rPr>
          <w:rFonts w:ascii="宋体" w:hAnsi="宋体" w:eastAsia="宋体"/>
          <w:b w:val="0"/>
          <w:sz w:val="22"/>
        </w:rPr>
        <w:t xml:space="preserve">　B. 任其哭</w:t>
      </w:r>
    </w:p>
    <w:p>
      <w:r>
        <w:rPr>
          <w:rFonts w:ascii="宋体" w:hAnsi="宋体" w:eastAsia="宋体"/>
          <w:b w:val="0"/>
          <w:sz w:val="22"/>
        </w:rPr>
        <w:t xml:space="preserve">　C. 剧烈摇晃</w:t>
      </w:r>
    </w:p>
    <w:p>
      <w:r>
        <w:rPr>
          <w:rFonts w:ascii="宋体" w:hAnsi="宋体" w:eastAsia="宋体"/>
          <w:b w:val="0"/>
          <w:sz w:val="22"/>
        </w:rPr>
        <w:t xml:space="preserve">　D. 立即喂药</w:t>
      </w:r>
    </w:p>
    <w:p>
      <w:r>
        <w:rPr>
          <w:rFonts w:ascii="宋体" w:hAnsi="宋体" w:eastAsia="宋体"/>
          <w:b w:val="0"/>
          <w:sz w:val="22"/>
        </w:rPr>
        <w:t>答案：A　解析：系统排查生理需求与身体不适，持续异常及时就医。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第28题】被称为“婴幼儿肠道第一剂益生菌”的是（　）。</w:t>
      </w:r>
    </w:p>
    <w:p>
      <w:r>
        <w:rPr>
          <w:rFonts w:ascii="宋体" w:hAnsi="宋体" w:eastAsia="宋体"/>
          <w:b w:val="0"/>
          <w:sz w:val="22"/>
        </w:rPr>
        <w:t xml:space="preserve">　A. 母乳</w:t>
      </w:r>
    </w:p>
    <w:p>
      <w:r>
        <w:rPr>
          <w:rFonts w:ascii="宋体" w:hAnsi="宋体" w:eastAsia="宋体"/>
          <w:b w:val="0"/>
          <w:sz w:val="22"/>
        </w:rPr>
        <w:t xml:space="preserve">　B. 配方奶</w:t>
      </w:r>
    </w:p>
    <w:p>
      <w:r>
        <w:rPr>
          <w:rFonts w:ascii="宋体" w:hAnsi="宋体" w:eastAsia="宋体"/>
          <w:b w:val="0"/>
          <w:sz w:val="22"/>
        </w:rPr>
        <w:t xml:space="preserve">　C. 果汁</w:t>
      </w:r>
    </w:p>
    <w:p>
      <w:r>
        <w:rPr>
          <w:rFonts w:ascii="宋体" w:hAnsi="宋体" w:eastAsia="宋体"/>
          <w:b w:val="0"/>
          <w:sz w:val="22"/>
        </w:rPr>
        <w:t xml:space="preserve">　D. 米汤</w:t>
      </w:r>
    </w:p>
    <w:p>
      <w:r>
        <w:rPr>
          <w:rFonts w:ascii="宋体" w:hAnsi="宋体" w:eastAsia="宋体"/>
          <w:b w:val="0"/>
          <w:sz w:val="22"/>
        </w:rPr>
        <w:t>答案：A　解析：母乳喂养有助于建立婴儿正常肠道菌群。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第29题】婴幼儿添加蛋黄的适宜时间一般在（　）。</w:t>
      </w:r>
    </w:p>
    <w:p>
      <w:r>
        <w:rPr>
          <w:rFonts w:ascii="宋体" w:hAnsi="宋体" w:eastAsia="宋体"/>
          <w:b w:val="0"/>
          <w:sz w:val="22"/>
        </w:rPr>
        <w:t xml:space="preserve">　A. 7—9个月尝试</w:t>
      </w:r>
    </w:p>
    <w:p>
      <w:r>
        <w:rPr>
          <w:rFonts w:ascii="宋体" w:hAnsi="宋体" w:eastAsia="宋体"/>
          <w:b w:val="0"/>
          <w:sz w:val="22"/>
        </w:rPr>
        <w:t xml:space="preserve">　B. 1个月</w:t>
      </w:r>
    </w:p>
    <w:p>
      <w:r>
        <w:rPr>
          <w:rFonts w:ascii="宋体" w:hAnsi="宋体" w:eastAsia="宋体"/>
          <w:b w:val="0"/>
          <w:sz w:val="22"/>
        </w:rPr>
        <w:t xml:space="preserve">　C. 出生即加</w:t>
      </w:r>
    </w:p>
    <w:p>
      <w:r>
        <w:rPr>
          <w:rFonts w:ascii="宋体" w:hAnsi="宋体" w:eastAsia="宋体"/>
          <w:b w:val="0"/>
          <w:sz w:val="22"/>
        </w:rPr>
        <w:t xml:space="preserve">　D. 2岁后</w:t>
      </w:r>
    </w:p>
    <w:p>
      <w:r>
        <w:rPr>
          <w:rFonts w:ascii="宋体" w:hAnsi="宋体" w:eastAsia="宋体"/>
          <w:b w:val="0"/>
          <w:sz w:val="22"/>
        </w:rPr>
        <w:t>答案：A　解析：通常7月龄后逐步添加蛋黄，观察过敏反应。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第30题】婴幼儿发生轻微呛奶，应立即（　）。</w:t>
      </w:r>
    </w:p>
    <w:p>
      <w:r>
        <w:rPr>
          <w:rFonts w:ascii="宋体" w:hAnsi="宋体" w:eastAsia="宋体"/>
          <w:b w:val="0"/>
          <w:sz w:val="22"/>
        </w:rPr>
        <w:t xml:space="preserve">　A. 侧身、清理口鼻、轻拍背部</w:t>
      </w:r>
    </w:p>
    <w:p>
      <w:r>
        <w:rPr>
          <w:rFonts w:ascii="宋体" w:hAnsi="宋体" w:eastAsia="宋体"/>
          <w:b w:val="0"/>
          <w:sz w:val="22"/>
        </w:rPr>
        <w:t xml:space="preserve">　B. 竖抱猛晃</w:t>
      </w:r>
    </w:p>
    <w:p>
      <w:r>
        <w:rPr>
          <w:rFonts w:ascii="宋体" w:hAnsi="宋体" w:eastAsia="宋体"/>
          <w:b w:val="0"/>
          <w:sz w:val="22"/>
        </w:rPr>
        <w:t xml:space="preserve">　C. 灌水</w:t>
      </w:r>
    </w:p>
    <w:p>
      <w:r>
        <w:rPr>
          <w:rFonts w:ascii="宋体" w:hAnsi="宋体" w:eastAsia="宋体"/>
          <w:b w:val="0"/>
          <w:sz w:val="22"/>
        </w:rPr>
        <w:t xml:space="preserve">　D. 按压腹部到底</w:t>
      </w:r>
    </w:p>
    <w:p>
      <w:r>
        <w:rPr>
          <w:rFonts w:ascii="宋体" w:hAnsi="宋体" w:eastAsia="宋体"/>
          <w:b w:val="0"/>
          <w:sz w:val="22"/>
        </w:rPr>
        <w:t>答案：A　解析：侧身清理呼吸道并轻拍，严重时按海姆立克并就医。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第31题】海姆立克急救法适用于（　）。</w:t>
      </w:r>
    </w:p>
    <w:p>
      <w:r>
        <w:rPr>
          <w:rFonts w:ascii="宋体" w:hAnsi="宋体" w:eastAsia="宋体"/>
          <w:b w:val="0"/>
          <w:sz w:val="22"/>
        </w:rPr>
        <w:t xml:space="preserve">　A. 气道异物梗阻</w:t>
      </w:r>
    </w:p>
    <w:p>
      <w:r>
        <w:rPr>
          <w:rFonts w:ascii="宋体" w:hAnsi="宋体" w:eastAsia="宋体"/>
          <w:b w:val="0"/>
          <w:sz w:val="22"/>
        </w:rPr>
        <w:t xml:space="preserve">　B. 发烧</w:t>
      </w:r>
    </w:p>
    <w:p>
      <w:r>
        <w:rPr>
          <w:rFonts w:ascii="宋体" w:hAnsi="宋体" w:eastAsia="宋体"/>
          <w:b w:val="0"/>
          <w:sz w:val="22"/>
        </w:rPr>
        <w:t xml:space="preserve">　C. 腹泻</w:t>
      </w:r>
    </w:p>
    <w:p>
      <w:r>
        <w:rPr>
          <w:rFonts w:ascii="宋体" w:hAnsi="宋体" w:eastAsia="宋体"/>
          <w:b w:val="0"/>
          <w:sz w:val="22"/>
        </w:rPr>
        <w:t xml:space="preserve">　D. 皮疹</w:t>
      </w:r>
    </w:p>
    <w:p>
      <w:r>
        <w:rPr>
          <w:rFonts w:ascii="宋体" w:hAnsi="宋体" w:eastAsia="宋体"/>
          <w:b w:val="0"/>
          <w:sz w:val="22"/>
        </w:rPr>
        <w:t>答案：A　解析：海姆立克法用于排出气道异物，婴儿采用背部拍击+胸部冲击。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第32题】婴幼儿用药应遵循（　）。</w:t>
      </w:r>
    </w:p>
    <w:p>
      <w:r>
        <w:rPr>
          <w:rFonts w:ascii="宋体" w:hAnsi="宋体" w:eastAsia="宋体"/>
          <w:b w:val="0"/>
          <w:sz w:val="22"/>
        </w:rPr>
        <w:t xml:space="preserve">　A. 遵医嘱、按体重计算剂量</w:t>
      </w:r>
    </w:p>
    <w:p>
      <w:r>
        <w:rPr>
          <w:rFonts w:ascii="宋体" w:hAnsi="宋体" w:eastAsia="宋体"/>
          <w:b w:val="0"/>
          <w:sz w:val="22"/>
        </w:rPr>
        <w:t xml:space="preserve">　B. 凭经验减半</w:t>
      </w:r>
    </w:p>
    <w:p>
      <w:r>
        <w:rPr>
          <w:rFonts w:ascii="宋体" w:hAnsi="宋体" w:eastAsia="宋体"/>
          <w:b w:val="0"/>
          <w:sz w:val="22"/>
        </w:rPr>
        <w:t xml:space="preserve">　C. 成人药掰开</w:t>
      </w:r>
    </w:p>
    <w:p>
      <w:r>
        <w:rPr>
          <w:rFonts w:ascii="宋体" w:hAnsi="宋体" w:eastAsia="宋体"/>
          <w:b w:val="0"/>
          <w:sz w:val="22"/>
        </w:rPr>
        <w:t xml:space="preserve">　D. 越多越好</w:t>
      </w:r>
    </w:p>
    <w:p>
      <w:r>
        <w:rPr>
          <w:rFonts w:ascii="宋体" w:hAnsi="宋体" w:eastAsia="宋体"/>
          <w:b w:val="0"/>
          <w:sz w:val="22"/>
        </w:rPr>
        <w:t>答案：A　解析：婴幼儿用药须遵医嘱、按体重精确计算，不可自行用成人药。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第33题】疫苗接种的主要作用是（　）。</w:t>
      </w:r>
    </w:p>
    <w:p>
      <w:r>
        <w:rPr>
          <w:rFonts w:ascii="宋体" w:hAnsi="宋体" w:eastAsia="宋体"/>
          <w:b w:val="0"/>
          <w:sz w:val="22"/>
        </w:rPr>
        <w:t xml:space="preserve">　A. 预防相应传染病</w:t>
      </w:r>
    </w:p>
    <w:p>
      <w:r>
        <w:rPr>
          <w:rFonts w:ascii="宋体" w:hAnsi="宋体" w:eastAsia="宋体"/>
          <w:b w:val="0"/>
          <w:sz w:val="22"/>
        </w:rPr>
        <w:t xml:space="preserve">　B. 治疗感冒</w:t>
      </w:r>
    </w:p>
    <w:p>
      <w:r>
        <w:rPr>
          <w:rFonts w:ascii="宋体" w:hAnsi="宋体" w:eastAsia="宋体"/>
          <w:b w:val="0"/>
          <w:sz w:val="22"/>
        </w:rPr>
        <w:t xml:space="preserve">　C. 增加食欲</w:t>
      </w:r>
    </w:p>
    <w:p>
      <w:r>
        <w:rPr>
          <w:rFonts w:ascii="宋体" w:hAnsi="宋体" w:eastAsia="宋体"/>
          <w:b w:val="0"/>
          <w:sz w:val="22"/>
        </w:rPr>
        <w:t xml:space="preserve">　D. 替代喂养</w:t>
      </w:r>
    </w:p>
    <w:p>
      <w:r>
        <w:rPr>
          <w:rFonts w:ascii="宋体" w:hAnsi="宋体" w:eastAsia="宋体"/>
          <w:b w:val="0"/>
          <w:sz w:val="22"/>
        </w:rPr>
        <w:t>答案：A　解析：计划免疫通过接种疫苗使机体产生特异性免疫力。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第34题】卡介苗主要预防的疾病是（　）。</w:t>
      </w:r>
    </w:p>
    <w:p>
      <w:r>
        <w:rPr>
          <w:rFonts w:ascii="宋体" w:hAnsi="宋体" w:eastAsia="宋体"/>
          <w:b w:val="0"/>
          <w:sz w:val="22"/>
        </w:rPr>
        <w:t xml:space="preserve">　A. 结核病</w:t>
      </w:r>
    </w:p>
    <w:p>
      <w:r>
        <w:rPr>
          <w:rFonts w:ascii="宋体" w:hAnsi="宋体" w:eastAsia="宋体"/>
          <w:b w:val="0"/>
          <w:sz w:val="22"/>
        </w:rPr>
        <w:t xml:space="preserve">　B. 麻疹</w:t>
      </w:r>
    </w:p>
    <w:p>
      <w:r>
        <w:rPr>
          <w:rFonts w:ascii="宋体" w:hAnsi="宋体" w:eastAsia="宋体"/>
          <w:b w:val="0"/>
          <w:sz w:val="22"/>
        </w:rPr>
        <w:t xml:space="preserve">　C. 小儿麻痹</w:t>
      </w:r>
    </w:p>
    <w:p>
      <w:r>
        <w:rPr>
          <w:rFonts w:ascii="宋体" w:hAnsi="宋体" w:eastAsia="宋体"/>
          <w:b w:val="0"/>
          <w:sz w:val="22"/>
        </w:rPr>
        <w:t xml:space="preserve">　D. 乙肝</w:t>
      </w:r>
    </w:p>
    <w:p>
      <w:r>
        <w:rPr>
          <w:rFonts w:ascii="宋体" w:hAnsi="宋体" w:eastAsia="宋体"/>
          <w:b w:val="0"/>
          <w:sz w:val="22"/>
        </w:rPr>
        <w:t>答案：A　解析：卡介苗用于预防结核病，出生时接种。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第35题】脊髓灰质炎疫苗预防的疾病是（　）。</w:t>
      </w:r>
    </w:p>
    <w:p>
      <w:r>
        <w:rPr>
          <w:rFonts w:ascii="宋体" w:hAnsi="宋体" w:eastAsia="宋体"/>
          <w:b w:val="0"/>
          <w:sz w:val="22"/>
        </w:rPr>
        <w:t xml:space="preserve">　A. 脊髓灰质炎（小儿麻痹）</w:t>
      </w:r>
    </w:p>
    <w:p>
      <w:r>
        <w:rPr>
          <w:rFonts w:ascii="宋体" w:hAnsi="宋体" w:eastAsia="宋体"/>
          <w:b w:val="0"/>
          <w:sz w:val="22"/>
        </w:rPr>
        <w:t xml:space="preserve">　B. 破伤风</w:t>
      </w:r>
    </w:p>
    <w:p>
      <w:r>
        <w:rPr>
          <w:rFonts w:ascii="宋体" w:hAnsi="宋体" w:eastAsia="宋体"/>
          <w:b w:val="0"/>
          <w:sz w:val="22"/>
        </w:rPr>
        <w:t xml:space="preserve">　C. 白喉</w:t>
      </w:r>
    </w:p>
    <w:p>
      <w:r>
        <w:rPr>
          <w:rFonts w:ascii="宋体" w:hAnsi="宋体" w:eastAsia="宋体"/>
          <w:b w:val="0"/>
          <w:sz w:val="22"/>
        </w:rPr>
        <w:t xml:space="preserve">　D. 百日咳</w:t>
      </w:r>
    </w:p>
    <w:p>
      <w:r>
        <w:rPr>
          <w:rFonts w:ascii="宋体" w:hAnsi="宋体" w:eastAsia="宋体"/>
          <w:b w:val="0"/>
          <w:sz w:val="22"/>
        </w:rPr>
        <w:t>答案：A　解析：脊灰疫苗预防脊髓灰质炎，俗称小儿麻痹症。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第36题】婴幼儿大动作“独走”一般出现在（　）。</w:t>
      </w:r>
    </w:p>
    <w:p>
      <w:r>
        <w:rPr>
          <w:rFonts w:ascii="宋体" w:hAnsi="宋体" w:eastAsia="宋体"/>
          <w:b w:val="0"/>
          <w:sz w:val="22"/>
        </w:rPr>
        <w:t xml:space="preserve">　A. 12—15个月</w:t>
      </w:r>
    </w:p>
    <w:p>
      <w:r>
        <w:rPr>
          <w:rFonts w:ascii="宋体" w:hAnsi="宋体" w:eastAsia="宋体"/>
          <w:b w:val="0"/>
          <w:sz w:val="22"/>
        </w:rPr>
        <w:t xml:space="preserve">　B. 6个月</w:t>
      </w:r>
    </w:p>
    <w:p>
      <w:r>
        <w:rPr>
          <w:rFonts w:ascii="宋体" w:hAnsi="宋体" w:eastAsia="宋体"/>
          <w:b w:val="0"/>
          <w:sz w:val="22"/>
        </w:rPr>
        <w:t xml:space="preserve">　C. 3个月</w:t>
      </w:r>
    </w:p>
    <w:p>
      <w:r>
        <w:rPr>
          <w:rFonts w:ascii="宋体" w:hAnsi="宋体" w:eastAsia="宋体"/>
          <w:b w:val="0"/>
          <w:sz w:val="22"/>
        </w:rPr>
        <w:t xml:space="preserve">　D. 2岁半</w:t>
      </w:r>
    </w:p>
    <w:p>
      <w:r>
        <w:rPr>
          <w:rFonts w:ascii="宋体" w:hAnsi="宋体" w:eastAsia="宋体"/>
          <w:b w:val="0"/>
          <w:sz w:val="22"/>
        </w:rPr>
        <w:t>答案：A　解析：多数幼儿1岁左右独走，12—15个月为常见区间。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第37题】与婴幼儿沟通时，育婴员应（　）。</w:t>
      </w:r>
    </w:p>
    <w:p>
      <w:r>
        <w:rPr>
          <w:rFonts w:ascii="宋体" w:hAnsi="宋体" w:eastAsia="宋体"/>
          <w:b w:val="0"/>
          <w:sz w:val="22"/>
        </w:rPr>
        <w:t xml:space="preserve">　A. 蹲下来、平视、用简单语言</w:t>
      </w:r>
    </w:p>
    <w:p>
      <w:r>
        <w:rPr>
          <w:rFonts w:ascii="宋体" w:hAnsi="宋体" w:eastAsia="宋体"/>
          <w:b w:val="0"/>
          <w:sz w:val="22"/>
        </w:rPr>
        <w:t xml:space="preserve">　B. 居高临下</w:t>
      </w:r>
    </w:p>
    <w:p>
      <w:r>
        <w:rPr>
          <w:rFonts w:ascii="宋体" w:hAnsi="宋体" w:eastAsia="宋体"/>
          <w:b w:val="0"/>
          <w:sz w:val="22"/>
        </w:rPr>
        <w:t xml:space="preserve">　C. 用复杂词汇</w:t>
      </w:r>
    </w:p>
    <w:p>
      <w:r>
        <w:rPr>
          <w:rFonts w:ascii="宋体" w:hAnsi="宋体" w:eastAsia="宋体"/>
          <w:b w:val="0"/>
          <w:sz w:val="22"/>
        </w:rPr>
        <w:t xml:space="preserve">　D. 不理不睬</w:t>
      </w:r>
    </w:p>
    <w:p>
      <w:r>
        <w:rPr>
          <w:rFonts w:ascii="宋体" w:hAnsi="宋体" w:eastAsia="宋体"/>
          <w:b w:val="0"/>
          <w:sz w:val="22"/>
        </w:rPr>
        <w:t>答案：A　解析：平等姿态、简明语言、丰富表情利于与婴幼儿沟通。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第38题】婴幼儿语言发展关键期，成人应（　）。</w:t>
      </w:r>
    </w:p>
    <w:p>
      <w:r>
        <w:rPr>
          <w:rFonts w:ascii="宋体" w:hAnsi="宋体" w:eastAsia="宋体"/>
          <w:b w:val="0"/>
          <w:sz w:val="22"/>
        </w:rPr>
        <w:t xml:space="preserve">　A. 多与孩子说话、念儿歌、读绘本</w:t>
      </w:r>
    </w:p>
    <w:p>
      <w:r>
        <w:rPr>
          <w:rFonts w:ascii="宋体" w:hAnsi="宋体" w:eastAsia="宋体"/>
          <w:b w:val="0"/>
          <w:sz w:val="22"/>
        </w:rPr>
        <w:t xml:space="preserve">　B. 少说话</w:t>
      </w:r>
    </w:p>
    <w:p>
      <w:r>
        <w:rPr>
          <w:rFonts w:ascii="宋体" w:hAnsi="宋体" w:eastAsia="宋体"/>
          <w:b w:val="0"/>
          <w:sz w:val="22"/>
        </w:rPr>
        <w:t xml:space="preserve">　C. 让其独自看视频</w:t>
      </w:r>
    </w:p>
    <w:p>
      <w:r>
        <w:rPr>
          <w:rFonts w:ascii="宋体" w:hAnsi="宋体" w:eastAsia="宋体"/>
          <w:b w:val="0"/>
          <w:sz w:val="22"/>
        </w:rPr>
        <w:t xml:space="preserve">　D. 用方言吼叫</w:t>
      </w:r>
    </w:p>
    <w:p>
      <w:r>
        <w:rPr>
          <w:rFonts w:ascii="宋体" w:hAnsi="宋体" w:eastAsia="宋体"/>
          <w:b w:val="0"/>
          <w:sz w:val="22"/>
        </w:rPr>
        <w:t>答案：A　解析：丰富的语言输入和互动交流促进语言发展。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第39题】1岁以内婴幼儿不宜喝鲜牛奶的主要原因是（　）。</w:t>
      </w:r>
    </w:p>
    <w:p>
      <w:r>
        <w:rPr>
          <w:rFonts w:ascii="宋体" w:hAnsi="宋体" w:eastAsia="宋体"/>
          <w:b w:val="0"/>
          <w:sz w:val="22"/>
        </w:rPr>
        <w:t xml:space="preserve">　A. 蛋白质和矿物质比例不适合、易加重肾脏负担</w:t>
      </w:r>
    </w:p>
    <w:p>
      <w:r>
        <w:rPr>
          <w:rFonts w:ascii="宋体" w:hAnsi="宋体" w:eastAsia="宋体"/>
          <w:b w:val="0"/>
          <w:sz w:val="22"/>
        </w:rPr>
        <w:t xml:space="preserve">　B. 太贵</w:t>
      </w:r>
    </w:p>
    <w:p>
      <w:r>
        <w:rPr>
          <w:rFonts w:ascii="宋体" w:hAnsi="宋体" w:eastAsia="宋体"/>
          <w:b w:val="0"/>
          <w:sz w:val="22"/>
        </w:rPr>
        <w:t xml:space="preserve">　C. 不好喝</w:t>
      </w:r>
    </w:p>
    <w:p>
      <w:r>
        <w:rPr>
          <w:rFonts w:ascii="宋体" w:hAnsi="宋体" w:eastAsia="宋体"/>
          <w:b w:val="0"/>
          <w:sz w:val="22"/>
        </w:rPr>
        <w:t xml:space="preserve">　D. 颜色不好</w:t>
      </w:r>
    </w:p>
    <w:p>
      <w:r>
        <w:rPr>
          <w:rFonts w:ascii="宋体" w:hAnsi="宋体" w:eastAsia="宋体"/>
          <w:b w:val="0"/>
          <w:sz w:val="22"/>
        </w:rPr>
        <w:t>答案：A　解析：鲜牛奶不适合1岁内婴儿消化与肾脏，应母乳或配方奶喂养。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第40题】婴幼儿发生腹泻时，重点观察（　）。</w:t>
      </w:r>
    </w:p>
    <w:p>
      <w:r>
        <w:rPr>
          <w:rFonts w:ascii="宋体" w:hAnsi="宋体" w:eastAsia="宋体"/>
          <w:b w:val="0"/>
          <w:sz w:val="22"/>
        </w:rPr>
        <w:t xml:space="preserve">　A. 尿量、精神状态、有无脱水</w:t>
      </w:r>
    </w:p>
    <w:p>
      <w:r>
        <w:rPr>
          <w:rFonts w:ascii="宋体" w:hAnsi="宋体" w:eastAsia="宋体"/>
          <w:b w:val="0"/>
          <w:sz w:val="22"/>
        </w:rPr>
        <w:t xml:space="preserve">　B. 只看次数</w:t>
      </w:r>
    </w:p>
    <w:p>
      <w:r>
        <w:rPr>
          <w:rFonts w:ascii="宋体" w:hAnsi="宋体" w:eastAsia="宋体"/>
          <w:b w:val="0"/>
          <w:sz w:val="22"/>
        </w:rPr>
        <w:t xml:space="preserve">　C. 不补水</w:t>
      </w:r>
    </w:p>
    <w:p>
      <w:r>
        <w:rPr>
          <w:rFonts w:ascii="宋体" w:hAnsi="宋体" w:eastAsia="宋体"/>
          <w:b w:val="0"/>
          <w:sz w:val="22"/>
        </w:rPr>
        <w:t xml:space="preserve">　D. 立即止泻药</w:t>
      </w:r>
    </w:p>
    <w:p>
      <w:r>
        <w:rPr>
          <w:rFonts w:ascii="宋体" w:hAnsi="宋体" w:eastAsia="宋体"/>
          <w:b w:val="0"/>
          <w:sz w:val="22"/>
        </w:rPr>
        <w:t>答案：A　解析：腹泻防脱水关键，观察尿量、皮肤弹性、精神，必要时口服补液盐。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第41题】预防婴幼儿缺铁性贫血应（　）。</w:t>
      </w:r>
    </w:p>
    <w:p>
      <w:r>
        <w:rPr>
          <w:rFonts w:ascii="宋体" w:hAnsi="宋体" w:eastAsia="宋体"/>
          <w:b w:val="0"/>
          <w:sz w:val="22"/>
        </w:rPr>
        <w:t xml:space="preserve">　A. 及时添加富铁辅食</w:t>
      </w:r>
    </w:p>
    <w:p>
      <w:r>
        <w:rPr>
          <w:rFonts w:ascii="宋体" w:hAnsi="宋体" w:eastAsia="宋体"/>
          <w:b w:val="0"/>
          <w:sz w:val="22"/>
        </w:rPr>
        <w:t xml:space="preserve">　B. 只喝米汤</w:t>
      </w:r>
    </w:p>
    <w:p>
      <w:r>
        <w:rPr>
          <w:rFonts w:ascii="宋体" w:hAnsi="宋体" w:eastAsia="宋体"/>
          <w:b w:val="0"/>
          <w:sz w:val="22"/>
        </w:rPr>
        <w:t xml:space="preserve">　C. 长期纯母乳不加辅食</w:t>
      </w:r>
    </w:p>
    <w:p>
      <w:r>
        <w:rPr>
          <w:rFonts w:ascii="宋体" w:hAnsi="宋体" w:eastAsia="宋体"/>
          <w:b w:val="0"/>
          <w:sz w:val="22"/>
        </w:rPr>
        <w:t xml:space="preserve">　D. 挑食偏食</w:t>
      </w:r>
    </w:p>
    <w:p>
      <w:r>
        <w:rPr>
          <w:rFonts w:ascii="宋体" w:hAnsi="宋体" w:eastAsia="宋体"/>
          <w:b w:val="0"/>
          <w:sz w:val="22"/>
        </w:rPr>
        <w:t>答案：A　解析：6月龄后及时添加高铁辅食，预防缺铁性贫血。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第42题】婴幼儿餐具消毒常用方法是（　）。</w:t>
      </w:r>
    </w:p>
    <w:p>
      <w:r>
        <w:rPr>
          <w:rFonts w:ascii="宋体" w:hAnsi="宋体" w:eastAsia="宋体"/>
          <w:b w:val="0"/>
          <w:sz w:val="22"/>
        </w:rPr>
        <w:t xml:space="preserve">　A. 煮沸或蒸汽消毒</w:t>
      </w:r>
    </w:p>
    <w:p>
      <w:r>
        <w:rPr>
          <w:rFonts w:ascii="宋体" w:hAnsi="宋体" w:eastAsia="宋体"/>
          <w:b w:val="0"/>
          <w:sz w:val="22"/>
        </w:rPr>
        <w:t xml:space="preserve">　B. 只用清水冲</w:t>
      </w:r>
    </w:p>
    <w:p>
      <w:r>
        <w:rPr>
          <w:rFonts w:ascii="宋体" w:hAnsi="宋体" w:eastAsia="宋体"/>
          <w:b w:val="0"/>
          <w:sz w:val="22"/>
        </w:rPr>
        <w:t xml:space="preserve">　C. 抹布擦</w:t>
      </w:r>
    </w:p>
    <w:p>
      <w:r>
        <w:rPr>
          <w:rFonts w:ascii="宋体" w:hAnsi="宋体" w:eastAsia="宋体"/>
          <w:b w:val="0"/>
          <w:sz w:val="22"/>
        </w:rPr>
        <w:t xml:space="preserve">　D. 放入脏堆</w:t>
      </w:r>
    </w:p>
    <w:p>
      <w:r>
        <w:rPr>
          <w:rFonts w:ascii="宋体" w:hAnsi="宋体" w:eastAsia="宋体"/>
          <w:b w:val="0"/>
          <w:sz w:val="22"/>
        </w:rPr>
        <w:t>答案：A　解析：餐具煮沸或蒸汽消毒，预防病从口入。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第43题】下列属于育婴员职业道德要求的是（　）。</w:t>
      </w:r>
    </w:p>
    <w:p>
      <w:r>
        <w:rPr>
          <w:rFonts w:ascii="宋体" w:hAnsi="宋体" w:eastAsia="宋体"/>
          <w:b w:val="0"/>
          <w:sz w:val="22"/>
        </w:rPr>
        <w:t xml:space="preserve">　A. 爱心、耐心、责任心</w:t>
      </w:r>
    </w:p>
    <w:p>
      <w:r>
        <w:rPr>
          <w:rFonts w:ascii="宋体" w:hAnsi="宋体" w:eastAsia="宋体"/>
          <w:b w:val="0"/>
          <w:sz w:val="22"/>
        </w:rPr>
        <w:t xml:space="preserve">　B. 敷衍了事</w:t>
      </w:r>
    </w:p>
    <w:p>
      <w:r>
        <w:rPr>
          <w:rFonts w:ascii="宋体" w:hAnsi="宋体" w:eastAsia="宋体"/>
          <w:b w:val="0"/>
          <w:sz w:val="22"/>
        </w:rPr>
        <w:t xml:space="preserve">　C. 随意打骂</w:t>
      </w:r>
    </w:p>
    <w:p>
      <w:r>
        <w:rPr>
          <w:rFonts w:ascii="宋体" w:hAnsi="宋体" w:eastAsia="宋体"/>
          <w:b w:val="0"/>
          <w:sz w:val="22"/>
        </w:rPr>
        <w:t xml:space="preserve">　D. 泄露家庭隐私</w:t>
      </w:r>
    </w:p>
    <w:p>
      <w:r>
        <w:rPr>
          <w:rFonts w:ascii="宋体" w:hAnsi="宋体" w:eastAsia="宋体"/>
          <w:b w:val="0"/>
          <w:sz w:val="22"/>
        </w:rPr>
        <w:t>答案：A　解析：爱心耐心责任心、尊重家庭和保护隐私是职业操守。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第44题】婴幼儿测量身长（卧位）应（　）。</w:t>
      </w:r>
    </w:p>
    <w:p>
      <w:r>
        <w:rPr>
          <w:rFonts w:ascii="宋体" w:hAnsi="宋体" w:eastAsia="宋体"/>
          <w:b w:val="0"/>
          <w:sz w:val="22"/>
        </w:rPr>
        <w:t xml:space="preserve">　A. 头顶至足底拉直测量</w:t>
      </w:r>
    </w:p>
    <w:p>
      <w:r>
        <w:rPr>
          <w:rFonts w:ascii="宋体" w:hAnsi="宋体" w:eastAsia="宋体"/>
          <w:b w:val="0"/>
          <w:sz w:val="22"/>
        </w:rPr>
        <w:t xml:space="preserve">　B. 弯腰量</w:t>
      </w:r>
    </w:p>
    <w:p>
      <w:r>
        <w:rPr>
          <w:rFonts w:ascii="宋体" w:hAnsi="宋体" w:eastAsia="宋体"/>
          <w:b w:val="0"/>
          <w:sz w:val="22"/>
        </w:rPr>
        <w:t xml:space="preserve">　C. 凭感觉</w:t>
      </w:r>
    </w:p>
    <w:p>
      <w:r>
        <w:rPr>
          <w:rFonts w:ascii="宋体" w:hAnsi="宋体" w:eastAsia="宋体"/>
          <w:b w:val="0"/>
          <w:sz w:val="22"/>
        </w:rPr>
        <w:t xml:space="preserve">　D. 只量上半身</w:t>
      </w:r>
    </w:p>
    <w:p>
      <w:r>
        <w:rPr>
          <w:rFonts w:ascii="宋体" w:hAnsi="宋体" w:eastAsia="宋体"/>
          <w:b w:val="0"/>
          <w:sz w:val="22"/>
        </w:rPr>
        <w:t>答案：A　解析：卧位身长需头顶抵住量板、双腿拉直测量足底。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第45题】婴幼儿早期教育应强调（　）。</w:t>
      </w:r>
    </w:p>
    <w:p>
      <w:r>
        <w:rPr>
          <w:rFonts w:ascii="宋体" w:hAnsi="宋体" w:eastAsia="宋体"/>
          <w:b w:val="0"/>
          <w:sz w:val="22"/>
        </w:rPr>
        <w:t xml:space="preserve">　A. 在游戏和生活中学习</w:t>
      </w:r>
    </w:p>
    <w:p>
      <w:r>
        <w:rPr>
          <w:rFonts w:ascii="宋体" w:hAnsi="宋体" w:eastAsia="宋体"/>
          <w:b w:val="0"/>
          <w:sz w:val="22"/>
        </w:rPr>
        <w:t xml:space="preserve">　B. 提前机械识字计算</w:t>
      </w:r>
    </w:p>
    <w:p>
      <w:r>
        <w:rPr>
          <w:rFonts w:ascii="宋体" w:hAnsi="宋体" w:eastAsia="宋体"/>
          <w:b w:val="0"/>
          <w:sz w:val="22"/>
        </w:rPr>
        <w:t xml:space="preserve">　C. 加重学业负担</w:t>
      </w:r>
    </w:p>
    <w:p>
      <w:r>
        <w:rPr>
          <w:rFonts w:ascii="宋体" w:hAnsi="宋体" w:eastAsia="宋体"/>
          <w:b w:val="0"/>
          <w:sz w:val="22"/>
        </w:rPr>
        <w:t xml:space="preserve">　D. 强迫训练</w:t>
      </w:r>
    </w:p>
    <w:p>
      <w:r>
        <w:rPr>
          <w:rFonts w:ascii="宋体" w:hAnsi="宋体" w:eastAsia="宋体"/>
          <w:b w:val="0"/>
          <w:sz w:val="22"/>
        </w:rPr>
        <w:t>答案：A　解析：早教遵循儿童发展规律，以游戏和生活体验为主，不拔苗助长。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第46题】婴幼儿预防接种前，育婴员应（　）。</w:t>
      </w:r>
    </w:p>
    <w:p>
      <w:r>
        <w:rPr>
          <w:rFonts w:ascii="宋体" w:hAnsi="宋体" w:eastAsia="宋体"/>
          <w:b w:val="0"/>
          <w:sz w:val="22"/>
        </w:rPr>
        <w:t xml:space="preserve">　A. 了解健康状况、携带接种证</w:t>
      </w:r>
    </w:p>
    <w:p>
      <w:r>
        <w:rPr>
          <w:rFonts w:ascii="宋体" w:hAnsi="宋体" w:eastAsia="宋体"/>
          <w:b w:val="0"/>
          <w:sz w:val="22"/>
        </w:rPr>
        <w:t xml:space="preserve">　B. 隐瞒感冒</w:t>
      </w:r>
    </w:p>
    <w:p>
      <w:r>
        <w:rPr>
          <w:rFonts w:ascii="宋体" w:hAnsi="宋体" w:eastAsia="宋体"/>
          <w:b w:val="0"/>
          <w:sz w:val="22"/>
        </w:rPr>
        <w:t xml:space="preserve">　C. 空腹去</w:t>
      </w:r>
    </w:p>
    <w:p>
      <w:r>
        <w:rPr>
          <w:rFonts w:ascii="宋体" w:hAnsi="宋体" w:eastAsia="宋体"/>
          <w:b w:val="0"/>
          <w:sz w:val="22"/>
        </w:rPr>
        <w:t xml:space="preserve">　D. 不做记录</w:t>
      </w:r>
    </w:p>
    <w:p>
      <w:r>
        <w:rPr>
          <w:rFonts w:ascii="宋体" w:hAnsi="宋体" w:eastAsia="宋体"/>
          <w:b w:val="0"/>
          <w:sz w:val="22"/>
        </w:rPr>
        <w:t>答案：A　解析：接种前确认健康、带好预防接种证，接种后留观30分钟。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第47题】婴幼儿居室通风一般建议（　）。</w:t>
      </w:r>
    </w:p>
    <w:p>
      <w:r>
        <w:rPr>
          <w:rFonts w:ascii="宋体" w:hAnsi="宋体" w:eastAsia="宋体"/>
          <w:b w:val="0"/>
          <w:sz w:val="22"/>
        </w:rPr>
        <w:t xml:space="preserve">　A. 每天开窗通风2—3次</w:t>
      </w:r>
    </w:p>
    <w:p>
      <w:r>
        <w:rPr>
          <w:rFonts w:ascii="宋体" w:hAnsi="宋体" w:eastAsia="宋体"/>
          <w:b w:val="0"/>
          <w:sz w:val="22"/>
        </w:rPr>
        <w:t xml:space="preserve">　B. 常年关窗</w:t>
      </w:r>
    </w:p>
    <w:p>
      <w:r>
        <w:rPr>
          <w:rFonts w:ascii="宋体" w:hAnsi="宋体" w:eastAsia="宋体"/>
          <w:b w:val="0"/>
          <w:sz w:val="22"/>
        </w:rPr>
        <w:t xml:space="preserve">　C. 只在夏天通风</w:t>
      </w:r>
    </w:p>
    <w:p>
      <w:r>
        <w:rPr>
          <w:rFonts w:ascii="宋体" w:hAnsi="宋体" w:eastAsia="宋体"/>
          <w:b w:val="0"/>
          <w:sz w:val="22"/>
        </w:rPr>
        <w:t xml:space="preserve">　D. 完全不通风</w:t>
      </w:r>
    </w:p>
    <w:p>
      <w:r>
        <w:rPr>
          <w:rFonts w:ascii="宋体" w:hAnsi="宋体" w:eastAsia="宋体"/>
          <w:b w:val="0"/>
          <w:sz w:val="22"/>
        </w:rPr>
        <w:t>答案：A　解析：定时通风换气保持空气新鲜，避免直吹婴儿。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第48题】下列关于婴幼儿抚触时间较合适的是（　）。</w:t>
      </w:r>
    </w:p>
    <w:p>
      <w:r>
        <w:rPr>
          <w:rFonts w:ascii="宋体" w:hAnsi="宋体" w:eastAsia="宋体"/>
          <w:b w:val="0"/>
          <w:sz w:val="22"/>
        </w:rPr>
        <w:t xml:space="preserve">　A. 喂奶后1小时、清醒情绪好时</w:t>
      </w:r>
    </w:p>
    <w:p>
      <w:r>
        <w:rPr>
          <w:rFonts w:ascii="宋体" w:hAnsi="宋体" w:eastAsia="宋体"/>
          <w:b w:val="0"/>
          <w:sz w:val="22"/>
        </w:rPr>
        <w:t xml:space="preserve">　B. 刚喂完奶立即</w:t>
      </w:r>
    </w:p>
    <w:p>
      <w:r>
        <w:rPr>
          <w:rFonts w:ascii="宋体" w:hAnsi="宋体" w:eastAsia="宋体"/>
          <w:b w:val="0"/>
          <w:sz w:val="22"/>
        </w:rPr>
        <w:t xml:space="preserve">　C. 孩子哭闹时</w:t>
      </w:r>
    </w:p>
    <w:p>
      <w:r>
        <w:rPr>
          <w:rFonts w:ascii="宋体" w:hAnsi="宋体" w:eastAsia="宋体"/>
          <w:b w:val="0"/>
          <w:sz w:val="22"/>
        </w:rPr>
        <w:t xml:space="preserve">　D. 睡着后</w:t>
      </w:r>
    </w:p>
    <w:p>
      <w:r>
        <w:rPr>
          <w:rFonts w:ascii="宋体" w:hAnsi="宋体" w:eastAsia="宋体"/>
          <w:b w:val="0"/>
          <w:sz w:val="22"/>
        </w:rPr>
        <w:t>答案：A　解析：选择清醒、安静、非饥饿非饱腹时段进行抚触。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第49题】婴幼儿被蚊虫叮咬后，正确处理是（　）。</w:t>
      </w:r>
    </w:p>
    <w:p>
      <w:r>
        <w:rPr>
          <w:rFonts w:ascii="宋体" w:hAnsi="宋体" w:eastAsia="宋体"/>
          <w:b w:val="0"/>
          <w:sz w:val="22"/>
        </w:rPr>
        <w:t xml:space="preserve">　A. 清洁止痒、避免抓挠</w:t>
      </w:r>
    </w:p>
    <w:p>
      <w:r>
        <w:rPr>
          <w:rFonts w:ascii="宋体" w:hAnsi="宋体" w:eastAsia="宋体"/>
          <w:b w:val="0"/>
          <w:sz w:val="22"/>
        </w:rPr>
        <w:t xml:space="preserve">　B. 挤破</w:t>
      </w:r>
    </w:p>
    <w:p>
      <w:r>
        <w:rPr>
          <w:rFonts w:ascii="宋体" w:hAnsi="宋体" w:eastAsia="宋体"/>
          <w:b w:val="0"/>
          <w:sz w:val="22"/>
        </w:rPr>
        <w:t xml:space="preserve">　C. 涂成人风油精入眼</w:t>
      </w:r>
    </w:p>
    <w:p>
      <w:r>
        <w:rPr>
          <w:rFonts w:ascii="宋体" w:hAnsi="宋体" w:eastAsia="宋体"/>
          <w:b w:val="0"/>
          <w:sz w:val="22"/>
        </w:rPr>
        <w:t xml:space="preserve">　D. 不管不处理</w:t>
      </w:r>
    </w:p>
    <w:p>
      <w:r>
        <w:rPr>
          <w:rFonts w:ascii="宋体" w:hAnsi="宋体" w:eastAsia="宋体"/>
          <w:b w:val="0"/>
          <w:sz w:val="22"/>
        </w:rPr>
        <w:t>答案：A　解析：清洁局部、冷敷止痒、防止抓破感染。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第50题】婴幼儿乳牙萌出一般始于（　）。</w:t>
      </w:r>
    </w:p>
    <w:p>
      <w:r>
        <w:rPr>
          <w:rFonts w:ascii="宋体" w:hAnsi="宋体" w:eastAsia="宋体"/>
          <w:b w:val="0"/>
          <w:sz w:val="22"/>
        </w:rPr>
        <w:t xml:space="preserve">　A. 6个月左右</w:t>
      </w:r>
    </w:p>
    <w:p>
      <w:r>
        <w:rPr>
          <w:rFonts w:ascii="宋体" w:hAnsi="宋体" w:eastAsia="宋体"/>
          <w:b w:val="0"/>
          <w:sz w:val="22"/>
        </w:rPr>
        <w:t xml:space="preserve">　B. 出生即有</w:t>
      </w:r>
    </w:p>
    <w:p>
      <w:r>
        <w:rPr>
          <w:rFonts w:ascii="宋体" w:hAnsi="宋体" w:eastAsia="宋体"/>
          <w:b w:val="0"/>
          <w:sz w:val="22"/>
        </w:rPr>
        <w:t xml:space="preserve">　C. 3岁后</w:t>
      </w:r>
    </w:p>
    <w:p>
      <w:r>
        <w:rPr>
          <w:rFonts w:ascii="宋体" w:hAnsi="宋体" w:eastAsia="宋体"/>
          <w:b w:val="0"/>
          <w:sz w:val="22"/>
        </w:rPr>
        <w:t xml:space="preserve">　D. 1岁半后</w:t>
      </w:r>
    </w:p>
    <w:p>
      <w:r>
        <w:rPr>
          <w:rFonts w:ascii="宋体" w:hAnsi="宋体" w:eastAsia="宋体"/>
          <w:b w:val="0"/>
          <w:sz w:val="22"/>
        </w:rPr>
        <w:t>答案：A　解析：多数婴儿6个月左右开始出牙，个体差异较大。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第51题】婴幼儿口腔护理，出牙后应（　）。</w:t>
      </w:r>
    </w:p>
    <w:p>
      <w:r>
        <w:rPr>
          <w:rFonts w:ascii="宋体" w:hAnsi="宋体" w:eastAsia="宋体"/>
          <w:b w:val="0"/>
          <w:sz w:val="22"/>
        </w:rPr>
        <w:t xml:space="preserve">　A. 用软纱布或指套牙刷清洁</w:t>
      </w:r>
    </w:p>
    <w:p>
      <w:r>
        <w:rPr>
          <w:rFonts w:ascii="宋体" w:hAnsi="宋体" w:eastAsia="宋体"/>
          <w:b w:val="0"/>
          <w:sz w:val="22"/>
        </w:rPr>
        <w:t xml:space="preserve">　B. 从不清洁</w:t>
      </w:r>
    </w:p>
    <w:p>
      <w:r>
        <w:rPr>
          <w:rFonts w:ascii="宋体" w:hAnsi="宋体" w:eastAsia="宋体"/>
          <w:b w:val="0"/>
          <w:sz w:val="22"/>
        </w:rPr>
        <w:t xml:space="preserve">　C. 用成人牙膏</w:t>
      </w:r>
    </w:p>
    <w:p>
      <w:r>
        <w:rPr>
          <w:rFonts w:ascii="宋体" w:hAnsi="宋体" w:eastAsia="宋体"/>
          <w:b w:val="0"/>
          <w:sz w:val="22"/>
        </w:rPr>
        <w:t xml:space="preserve">　D. 含糖睡觉</w:t>
      </w:r>
    </w:p>
    <w:p>
      <w:r>
        <w:rPr>
          <w:rFonts w:ascii="宋体" w:hAnsi="宋体" w:eastAsia="宋体"/>
          <w:b w:val="0"/>
          <w:sz w:val="22"/>
        </w:rPr>
        <w:t>答案：A　解析：出牙后即开始清洁口腔，预防龋齿。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第52题】给婴幼儿选择玩具应（　）。</w:t>
      </w:r>
    </w:p>
    <w:p>
      <w:r>
        <w:rPr>
          <w:rFonts w:ascii="宋体" w:hAnsi="宋体" w:eastAsia="宋体"/>
          <w:b w:val="0"/>
          <w:sz w:val="22"/>
        </w:rPr>
        <w:t xml:space="preserve">　A. 适龄、安全、无毒、无小零件</w:t>
      </w:r>
    </w:p>
    <w:p>
      <w:r>
        <w:rPr>
          <w:rFonts w:ascii="宋体" w:hAnsi="宋体" w:eastAsia="宋体"/>
          <w:b w:val="0"/>
          <w:sz w:val="22"/>
        </w:rPr>
        <w:t xml:space="preserve">　B. 带尖锐边角</w:t>
      </w:r>
    </w:p>
    <w:p>
      <w:r>
        <w:rPr>
          <w:rFonts w:ascii="宋体" w:hAnsi="宋体" w:eastAsia="宋体"/>
          <w:b w:val="0"/>
          <w:sz w:val="22"/>
        </w:rPr>
        <w:t xml:space="preserve">　C. 易脱落小零件</w:t>
      </w:r>
    </w:p>
    <w:p>
      <w:r>
        <w:rPr>
          <w:rFonts w:ascii="宋体" w:hAnsi="宋体" w:eastAsia="宋体"/>
          <w:b w:val="0"/>
          <w:sz w:val="22"/>
        </w:rPr>
        <w:t xml:space="preserve">　D. 有刺鼻气味</w:t>
      </w:r>
    </w:p>
    <w:p>
      <w:r>
        <w:rPr>
          <w:rFonts w:ascii="宋体" w:hAnsi="宋体" w:eastAsia="宋体"/>
          <w:b w:val="0"/>
          <w:sz w:val="22"/>
        </w:rPr>
        <w:t>答案：A　解析：玩具须适龄安全、无毒、无易吞小零件和尖锐边角。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第53题】婴幼儿发生烫伤后首先应（　）。</w:t>
      </w:r>
    </w:p>
    <w:p>
      <w:r>
        <w:rPr>
          <w:rFonts w:ascii="宋体" w:hAnsi="宋体" w:eastAsia="宋体"/>
          <w:b w:val="0"/>
          <w:sz w:val="22"/>
        </w:rPr>
        <w:t xml:space="preserve">　A. 流动冷水冲洗降温</w:t>
      </w:r>
    </w:p>
    <w:p>
      <w:r>
        <w:rPr>
          <w:rFonts w:ascii="宋体" w:hAnsi="宋体" w:eastAsia="宋体"/>
          <w:b w:val="0"/>
          <w:sz w:val="22"/>
        </w:rPr>
        <w:t xml:space="preserve">　B. 涂牙膏酱油</w:t>
      </w:r>
    </w:p>
    <w:p>
      <w:r>
        <w:rPr>
          <w:rFonts w:ascii="宋体" w:hAnsi="宋体" w:eastAsia="宋体"/>
          <w:b w:val="0"/>
          <w:sz w:val="22"/>
        </w:rPr>
        <w:t xml:space="preserve">　C. 挑破水泡</w:t>
      </w:r>
    </w:p>
    <w:p>
      <w:r>
        <w:rPr>
          <w:rFonts w:ascii="宋体" w:hAnsi="宋体" w:eastAsia="宋体"/>
          <w:b w:val="0"/>
          <w:sz w:val="22"/>
        </w:rPr>
        <w:t xml:space="preserve">　D. 不处理</w:t>
      </w:r>
    </w:p>
    <w:p>
      <w:r>
        <w:rPr>
          <w:rFonts w:ascii="宋体" w:hAnsi="宋体" w:eastAsia="宋体"/>
          <w:b w:val="0"/>
          <w:sz w:val="22"/>
        </w:rPr>
        <w:t>答案：A　解析：冲脱泡盖送：先用流动冷水冲15—20分钟降温，勿涂牙膏酱油。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第54题】婴幼儿从高处坠落，下列做法正确的是（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观察意识呕吐，不随意搬动并就医</w:t>
      </w:r>
    </w:p>
    <w:p>
      <w:r>
        <w:rPr>
          <w:rFonts w:ascii="宋体" w:hAnsi="宋体" w:eastAsia="宋体"/>
          <w:b w:val="0"/>
          <w:sz w:val="22"/>
        </w:rPr>
        <w:t xml:space="preserve">　B. 立即抱起摇晃</w:t>
      </w:r>
    </w:p>
    <w:p>
      <w:r>
        <w:rPr>
          <w:rFonts w:ascii="宋体" w:hAnsi="宋体" w:eastAsia="宋体"/>
          <w:b w:val="0"/>
          <w:sz w:val="22"/>
        </w:rPr>
        <w:t xml:space="preserve">　C. 喂水</w:t>
      </w:r>
    </w:p>
    <w:p>
      <w:r>
        <w:rPr>
          <w:rFonts w:ascii="宋体" w:hAnsi="宋体" w:eastAsia="宋体"/>
          <w:b w:val="0"/>
          <w:sz w:val="22"/>
        </w:rPr>
        <w:t xml:space="preserve">　D. 不管继续玩</w:t>
      </w:r>
    </w:p>
    <w:p>
      <w:r>
        <w:rPr>
          <w:rFonts w:ascii="宋体" w:hAnsi="宋体" w:eastAsia="宋体"/>
          <w:b w:val="0"/>
          <w:sz w:val="22"/>
        </w:rPr>
        <w:t>答案：A　解析：坠落后观察神志、有无呕吐出血，疑似伤颈背应制动就医。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第55题】“三浴”锻炼不包括（　）。</w:t>
      </w:r>
    </w:p>
    <w:p>
      <w:r>
        <w:rPr>
          <w:rFonts w:ascii="宋体" w:hAnsi="宋体" w:eastAsia="宋体"/>
          <w:b w:val="0"/>
          <w:sz w:val="22"/>
        </w:rPr>
        <w:t xml:space="preserve">　A. 水浴</w:t>
      </w:r>
    </w:p>
    <w:p>
      <w:r>
        <w:rPr>
          <w:rFonts w:ascii="宋体" w:hAnsi="宋体" w:eastAsia="宋体"/>
          <w:b w:val="0"/>
          <w:sz w:val="22"/>
        </w:rPr>
        <w:t xml:space="preserve">　B. 空气浴</w:t>
      </w:r>
    </w:p>
    <w:p>
      <w:r>
        <w:rPr>
          <w:rFonts w:ascii="宋体" w:hAnsi="宋体" w:eastAsia="宋体"/>
          <w:b w:val="0"/>
          <w:sz w:val="22"/>
        </w:rPr>
        <w:t xml:space="preserve">　C. 日光浴</w:t>
      </w:r>
    </w:p>
    <w:p>
      <w:r>
        <w:rPr>
          <w:rFonts w:ascii="宋体" w:hAnsi="宋体" w:eastAsia="宋体"/>
          <w:b w:val="0"/>
          <w:sz w:val="22"/>
        </w:rPr>
        <w:t xml:space="preserve">　D. 岩浆浴</w:t>
      </w:r>
    </w:p>
    <w:p>
      <w:r>
        <w:rPr>
          <w:rFonts w:ascii="宋体" w:hAnsi="宋体" w:eastAsia="宋体"/>
          <w:b w:val="0"/>
          <w:sz w:val="22"/>
        </w:rPr>
        <w:t>答案：D　解析：三浴指空气浴、日光浴、水浴，增强体质适应力。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第56题】婴幼儿进行日光浴应避免（　）。</w:t>
      </w:r>
    </w:p>
    <w:p>
      <w:r>
        <w:rPr>
          <w:rFonts w:ascii="宋体" w:hAnsi="宋体" w:eastAsia="宋体"/>
          <w:b w:val="0"/>
          <w:sz w:val="22"/>
        </w:rPr>
        <w:t xml:space="preserve">　A. 正午强光直射</w:t>
      </w:r>
    </w:p>
    <w:p>
      <w:r>
        <w:rPr>
          <w:rFonts w:ascii="宋体" w:hAnsi="宋体" w:eastAsia="宋体"/>
          <w:b w:val="0"/>
          <w:sz w:val="22"/>
        </w:rPr>
        <w:t xml:space="preserve">　B. 早晨温和阳光</w:t>
      </w:r>
    </w:p>
    <w:p>
      <w:r>
        <w:rPr>
          <w:rFonts w:ascii="宋体" w:hAnsi="宋体" w:eastAsia="宋体"/>
          <w:b w:val="0"/>
          <w:sz w:val="22"/>
        </w:rPr>
        <w:t xml:space="preserve">　C. 遮挡眼睛</w:t>
      </w:r>
    </w:p>
    <w:p>
      <w:r>
        <w:rPr>
          <w:rFonts w:ascii="宋体" w:hAnsi="宋体" w:eastAsia="宋体"/>
          <w:b w:val="0"/>
          <w:sz w:val="22"/>
        </w:rPr>
        <w:t xml:space="preserve">　D. 短时进行</w:t>
      </w:r>
    </w:p>
    <w:p>
      <w:r>
        <w:rPr>
          <w:rFonts w:ascii="宋体" w:hAnsi="宋体" w:eastAsia="宋体"/>
          <w:b w:val="0"/>
          <w:sz w:val="22"/>
        </w:rPr>
        <w:t>答案：A　解析：日光浴选温和时段、护眼，避免正午暴晒。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第57题】育婴员对家长的指导主要是（　）。</w:t>
      </w:r>
    </w:p>
    <w:p>
      <w:r>
        <w:rPr>
          <w:rFonts w:ascii="宋体" w:hAnsi="宋体" w:eastAsia="宋体"/>
          <w:b w:val="0"/>
          <w:sz w:val="22"/>
        </w:rPr>
        <w:t xml:space="preserve">　A. 科学喂养、护理和早期教育方法</w:t>
      </w:r>
    </w:p>
    <w:p>
      <w:r>
        <w:rPr>
          <w:rFonts w:ascii="宋体" w:hAnsi="宋体" w:eastAsia="宋体"/>
          <w:b w:val="0"/>
          <w:sz w:val="22"/>
        </w:rPr>
        <w:t xml:space="preserve">　B. 推销产品</w:t>
      </w:r>
    </w:p>
    <w:p>
      <w:r>
        <w:rPr>
          <w:rFonts w:ascii="宋体" w:hAnsi="宋体" w:eastAsia="宋体"/>
          <w:b w:val="0"/>
          <w:sz w:val="22"/>
        </w:rPr>
        <w:t xml:space="preserve">　C. 吓唬焦虑</w:t>
      </w:r>
    </w:p>
    <w:p>
      <w:r>
        <w:rPr>
          <w:rFonts w:ascii="宋体" w:hAnsi="宋体" w:eastAsia="宋体"/>
          <w:b w:val="0"/>
          <w:sz w:val="22"/>
        </w:rPr>
        <w:t xml:space="preserve">　D. 代做决定</w:t>
      </w:r>
    </w:p>
    <w:p>
      <w:r>
        <w:rPr>
          <w:rFonts w:ascii="宋体" w:hAnsi="宋体" w:eastAsia="宋体"/>
          <w:b w:val="0"/>
          <w:sz w:val="22"/>
        </w:rPr>
        <w:t>答案：A　解析：育婴员应向家长传递科学育儿知识和技能。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第58题】婴幼儿蛋白质摄入的优质来源是（　）。</w:t>
      </w:r>
    </w:p>
    <w:p>
      <w:r>
        <w:rPr>
          <w:rFonts w:ascii="宋体" w:hAnsi="宋体" w:eastAsia="宋体"/>
          <w:b w:val="0"/>
          <w:sz w:val="22"/>
        </w:rPr>
        <w:t xml:space="preserve">　A. 母乳、蛋、鱼、肉、豆制品</w:t>
      </w:r>
    </w:p>
    <w:p>
      <w:r>
        <w:rPr>
          <w:rFonts w:ascii="宋体" w:hAnsi="宋体" w:eastAsia="宋体"/>
          <w:b w:val="0"/>
          <w:sz w:val="22"/>
        </w:rPr>
        <w:t xml:space="preserve">　B. 油炸零食</w:t>
      </w:r>
    </w:p>
    <w:p>
      <w:r>
        <w:rPr>
          <w:rFonts w:ascii="宋体" w:hAnsi="宋体" w:eastAsia="宋体"/>
          <w:b w:val="0"/>
          <w:sz w:val="22"/>
        </w:rPr>
        <w:t xml:space="preserve">　C. 碳酸饮料</w:t>
      </w:r>
    </w:p>
    <w:p>
      <w:r>
        <w:rPr>
          <w:rFonts w:ascii="宋体" w:hAnsi="宋体" w:eastAsia="宋体"/>
          <w:b w:val="0"/>
          <w:sz w:val="22"/>
        </w:rPr>
        <w:t xml:space="preserve">　D. 辣条</w:t>
      </w:r>
    </w:p>
    <w:p>
      <w:r>
        <w:rPr>
          <w:rFonts w:ascii="宋体" w:hAnsi="宋体" w:eastAsia="宋体"/>
          <w:b w:val="0"/>
          <w:sz w:val="22"/>
        </w:rPr>
        <w:t>答案：A　解析：优质蛋白如乳类、蛋、鱼、瘦肉、豆制品利于生长。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第59题】关于婴幼儿饮水，正确的是（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少量多次、白开水为宜</w:t>
      </w:r>
    </w:p>
    <w:p>
      <w:r>
        <w:rPr>
          <w:rFonts w:ascii="宋体" w:hAnsi="宋体" w:eastAsia="宋体"/>
          <w:b w:val="0"/>
          <w:sz w:val="22"/>
        </w:rPr>
        <w:t xml:space="preserve">　B. 以甜饮料代水</w:t>
      </w:r>
    </w:p>
    <w:p>
      <w:r>
        <w:rPr>
          <w:rFonts w:ascii="宋体" w:hAnsi="宋体" w:eastAsia="宋体"/>
          <w:b w:val="0"/>
          <w:sz w:val="22"/>
        </w:rPr>
        <w:t xml:space="preserve">　C. 一次猛灌</w:t>
      </w:r>
    </w:p>
    <w:p>
      <w:r>
        <w:rPr>
          <w:rFonts w:ascii="宋体" w:hAnsi="宋体" w:eastAsia="宋体"/>
          <w:b w:val="0"/>
          <w:sz w:val="22"/>
        </w:rPr>
        <w:t xml:space="preserve">　D. 不喝水</w:t>
      </w:r>
    </w:p>
    <w:p>
      <w:r>
        <w:rPr>
          <w:rFonts w:ascii="宋体" w:hAnsi="宋体" w:eastAsia="宋体"/>
          <w:b w:val="0"/>
          <w:sz w:val="22"/>
        </w:rPr>
        <w:t>答案：A　解析：鼓励少量多次喝白开水，不用含糖饮料代替。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第60题】婴幼儿情绪不安时，有效的安抚方式是（　）。</w:t>
      </w:r>
    </w:p>
    <w:p>
      <w:r>
        <w:rPr>
          <w:rFonts w:ascii="宋体" w:hAnsi="宋体" w:eastAsia="宋体"/>
          <w:b w:val="0"/>
          <w:sz w:val="22"/>
        </w:rPr>
        <w:t xml:space="preserve">　A. 拥抱、轻声安抚、肌肤接触</w:t>
      </w:r>
    </w:p>
    <w:p>
      <w:r>
        <w:rPr>
          <w:rFonts w:ascii="宋体" w:hAnsi="宋体" w:eastAsia="宋体"/>
          <w:b w:val="0"/>
          <w:sz w:val="22"/>
        </w:rPr>
        <w:t xml:space="preserve">　B. 大声训斥</w:t>
      </w:r>
    </w:p>
    <w:p>
      <w:r>
        <w:rPr>
          <w:rFonts w:ascii="宋体" w:hAnsi="宋体" w:eastAsia="宋体"/>
          <w:b w:val="0"/>
          <w:sz w:val="22"/>
        </w:rPr>
        <w:t xml:space="preserve">　C. 置之不理</w:t>
      </w:r>
    </w:p>
    <w:p>
      <w:r>
        <w:rPr>
          <w:rFonts w:ascii="宋体" w:hAnsi="宋体" w:eastAsia="宋体"/>
          <w:b w:val="0"/>
          <w:sz w:val="22"/>
        </w:rPr>
        <w:t xml:space="preserve">　D. 摇晃</w:t>
      </w:r>
    </w:p>
    <w:p>
      <w:r>
        <w:rPr>
          <w:rFonts w:ascii="宋体" w:hAnsi="宋体" w:eastAsia="宋体"/>
          <w:b w:val="0"/>
          <w:sz w:val="22"/>
        </w:rPr>
        <w:t>答案：A　解析：温柔拥抱、轻声语调和肌肤接触能有效安抚情绪。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第61题】婴幼儿发生过敏（如湿疹），应（　）。</w:t>
      </w:r>
    </w:p>
    <w:p>
      <w:r>
        <w:rPr>
          <w:rFonts w:ascii="宋体" w:hAnsi="宋体" w:eastAsia="宋体"/>
          <w:b w:val="0"/>
          <w:sz w:val="22"/>
        </w:rPr>
        <w:t xml:space="preserve">　A. 查找并回避过敏原、遵医嘱护理</w:t>
      </w:r>
    </w:p>
    <w:p>
      <w:r>
        <w:rPr>
          <w:rFonts w:ascii="宋体" w:hAnsi="宋体" w:eastAsia="宋体"/>
          <w:b w:val="0"/>
          <w:sz w:val="22"/>
        </w:rPr>
        <w:t xml:space="preserve">　B. 自行涂激素</w:t>
      </w:r>
    </w:p>
    <w:p>
      <w:r>
        <w:rPr>
          <w:rFonts w:ascii="宋体" w:hAnsi="宋体" w:eastAsia="宋体"/>
          <w:b w:val="0"/>
          <w:sz w:val="22"/>
        </w:rPr>
        <w:t xml:space="preserve">　C. 热水烫洗</w:t>
      </w:r>
    </w:p>
    <w:p>
      <w:r>
        <w:rPr>
          <w:rFonts w:ascii="宋体" w:hAnsi="宋体" w:eastAsia="宋体"/>
          <w:b w:val="0"/>
          <w:sz w:val="22"/>
        </w:rPr>
        <w:t xml:space="preserve">　D. 抓挠</w:t>
      </w:r>
    </w:p>
    <w:p>
      <w:r>
        <w:rPr>
          <w:rFonts w:ascii="宋体" w:hAnsi="宋体" w:eastAsia="宋体"/>
          <w:b w:val="0"/>
          <w:sz w:val="22"/>
        </w:rPr>
        <w:t>答案：A　解析：寻找过敏原、皮肤保湿护理，用药遵医嘱。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第62题】婴幼儿如厕训练一般开始于（　）。</w:t>
      </w:r>
    </w:p>
    <w:p>
      <w:r>
        <w:rPr>
          <w:rFonts w:ascii="宋体" w:hAnsi="宋体" w:eastAsia="宋体"/>
          <w:b w:val="0"/>
          <w:sz w:val="22"/>
        </w:rPr>
        <w:t xml:space="preserve">　A. 18—24个月具备准备信号时</w:t>
      </w:r>
    </w:p>
    <w:p>
      <w:r>
        <w:rPr>
          <w:rFonts w:ascii="宋体" w:hAnsi="宋体" w:eastAsia="宋体"/>
          <w:b w:val="0"/>
          <w:sz w:val="22"/>
        </w:rPr>
        <w:t xml:space="preserve">　B. 6个月</w:t>
      </w:r>
    </w:p>
    <w:p>
      <w:r>
        <w:rPr>
          <w:rFonts w:ascii="宋体" w:hAnsi="宋体" w:eastAsia="宋体"/>
          <w:b w:val="0"/>
          <w:sz w:val="22"/>
        </w:rPr>
        <w:t xml:space="preserve">　C. 3个月</w:t>
      </w:r>
    </w:p>
    <w:p>
      <w:r>
        <w:rPr>
          <w:rFonts w:ascii="宋体" w:hAnsi="宋体" w:eastAsia="宋体"/>
          <w:b w:val="0"/>
          <w:sz w:val="22"/>
        </w:rPr>
        <w:t xml:space="preserve">　D. 出生即训练</w:t>
      </w:r>
    </w:p>
    <w:p>
      <w:r>
        <w:rPr>
          <w:rFonts w:ascii="宋体" w:hAnsi="宋体" w:eastAsia="宋体"/>
          <w:b w:val="0"/>
          <w:sz w:val="22"/>
        </w:rPr>
        <w:t>答案：A　解析：如厕训练需孩子具备生理和心理准备信号，约1.5—2岁开始。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第63题】下列关于婴幼儿安全用药正确的是（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药品妥善存放、防止误服</w:t>
      </w:r>
    </w:p>
    <w:p>
      <w:r>
        <w:rPr>
          <w:rFonts w:ascii="宋体" w:hAnsi="宋体" w:eastAsia="宋体"/>
          <w:b w:val="0"/>
          <w:sz w:val="22"/>
        </w:rPr>
        <w:t xml:space="preserve">　B. 药品放地上随手拿</w:t>
      </w:r>
    </w:p>
    <w:p>
      <w:r>
        <w:rPr>
          <w:rFonts w:ascii="宋体" w:hAnsi="宋体" w:eastAsia="宋体"/>
          <w:b w:val="0"/>
          <w:sz w:val="22"/>
        </w:rPr>
        <w:t xml:space="preserve">　C. 把药说成糖</w:t>
      </w:r>
    </w:p>
    <w:p>
      <w:r>
        <w:rPr>
          <w:rFonts w:ascii="宋体" w:hAnsi="宋体" w:eastAsia="宋体"/>
          <w:b w:val="0"/>
          <w:sz w:val="22"/>
        </w:rPr>
        <w:t xml:space="preserve">　D. 过期药照吃</w:t>
      </w:r>
    </w:p>
    <w:p>
      <w:r>
        <w:rPr>
          <w:rFonts w:ascii="宋体" w:hAnsi="宋体" w:eastAsia="宋体"/>
          <w:b w:val="0"/>
          <w:sz w:val="22"/>
        </w:rPr>
        <w:t>答案：A　解析：药品上锁存放防误服，过期药品及时清理。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第64题】婴幼儿大动作训练应（　）。</w:t>
      </w:r>
    </w:p>
    <w:p>
      <w:r>
        <w:rPr>
          <w:rFonts w:ascii="宋体" w:hAnsi="宋体" w:eastAsia="宋体"/>
          <w:b w:val="0"/>
          <w:sz w:val="22"/>
        </w:rPr>
        <w:t xml:space="preserve">　A. 顺应发育规律、循序渐进</w:t>
      </w:r>
    </w:p>
    <w:p>
      <w:r>
        <w:rPr>
          <w:rFonts w:ascii="宋体" w:hAnsi="宋体" w:eastAsia="宋体"/>
          <w:b w:val="0"/>
          <w:sz w:val="22"/>
        </w:rPr>
        <w:t xml:space="preserve">　B. 超前强迫</w:t>
      </w:r>
    </w:p>
    <w:p>
      <w:r>
        <w:rPr>
          <w:rFonts w:ascii="宋体" w:hAnsi="宋体" w:eastAsia="宋体"/>
          <w:b w:val="0"/>
          <w:sz w:val="22"/>
        </w:rPr>
        <w:t xml:space="preserve">　C. 完全不训练</w:t>
      </w:r>
    </w:p>
    <w:p>
      <w:r>
        <w:rPr>
          <w:rFonts w:ascii="宋体" w:hAnsi="宋体" w:eastAsia="宋体"/>
          <w:b w:val="0"/>
          <w:sz w:val="22"/>
        </w:rPr>
        <w:t xml:space="preserve">　D. 训练越难越好</w:t>
      </w:r>
    </w:p>
    <w:p>
      <w:r>
        <w:rPr>
          <w:rFonts w:ascii="宋体" w:hAnsi="宋体" w:eastAsia="宋体"/>
          <w:b w:val="0"/>
          <w:sz w:val="22"/>
        </w:rPr>
        <w:t>答案：A　解析：尊重发育顺序和个体差异，顺势引导不超前加压。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第65题】下列环境因素对婴幼儿最不利的是（　）。</w:t>
      </w:r>
    </w:p>
    <w:p>
      <w:r>
        <w:rPr>
          <w:rFonts w:ascii="宋体" w:hAnsi="宋体" w:eastAsia="宋体"/>
          <w:b w:val="0"/>
          <w:sz w:val="22"/>
        </w:rPr>
        <w:t xml:space="preserve">　A. 二手烟环境</w:t>
      </w:r>
    </w:p>
    <w:p>
      <w:r>
        <w:rPr>
          <w:rFonts w:ascii="宋体" w:hAnsi="宋体" w:eastAsia="宋体"/>
          <w:b w:val="0"/>
          <w:sz w:val="22"/>
        </w:rPr>
        <w:t xml:space="preserve">　B. 通风良好</w:t>
      </w:r>
    </w:p>
    <w:p>
      <w:r>
        <w:rPr>
          <w:rFonts w:ascii="宋体" w:hAnsi="宋体" w:eastAsia="宋体"/>
          <w:b w:val="0"/>
          <w:sz w:val="22"/>
        </w:rPr>
        <w:t xml:space="preserve">　C. 安静整洁</w:t>
      </w:r>
    </w:p>
    <w:p>
      <w:r>
        <w:rPr>
          <w:rFonts w:ascii="宋体" w:hAnsi="宋体" w:eastAsia="宋体"/>
          <w:b w:val="0"/>
          <w:sz w:val="22"/>
        </w:rPr>
        <w:t xml:space="preserve">　D. 光线柔和</w:t>
      </w:r>
    </w:p>
    <w:p>
      <w:r>
        <w:rPr>
          <w:rFonts w:ascii="宋体" w:hAnsi="宋体" w:eastAsia="宋体"/>
          <w:b w:val="0"/>
          <w:sz w:val="22"/>
        </w:rPr>
        <w:t>答案：A　解析：二手烟危害婴幼儿呼吸道和健康，应避免。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第66题】婴幼儿发生高热惊厥，应（　）。</w:t>
      </w:r>
    </w:p>
    <w:p>
      <w:r>
        <w:rPr>
          <w:rFonts w:ascii="宋体" w:hAnsi="宋体" w:eastAsia="宋体"/>
          <w:b w:val="0"/>
          <w:sz w:val="22"/>
        </w:rPr>
        <w:t xml:space="preserve">　A. 侧卧防误吸、记录时长、及时就医</w:t>
      </w:r>
    </w:p>
    <w:p>
      <w:r>
        <w:rPr>
          <w:rFonts w:ascii="宋体" w:hAnsi="宋体" w:eastAsia="宋体"/>
          <w:b w:val="0"/>
          <w:sz w:val="22"/>
        </w:rPr>
        <w:t xml:space="preserve">　B. 掐人中猛按</w:t>
      </w:r>
    </w:p>
    <w:p>
      <w:r>
        <w:rPr>
          <w:rFonts w:ascii="宋体" w:hAnsi="宋体" w:eastAsia="宋体"/>
          <w:b w:val="0"/>
          <w:sz w:val="22"/>
        </w:rPr>
        <w:t xml:space="preserve">　C. 往嘴里塞东西</w:t>
      </w:r>
    </w:p>
    <w:p>
      <w:r>
        <w:rPr>
          <w:rFonts w:ascii="宋体" w:hAnsi="宋体" w:eastAsia="宋体"/>
          <w:b w:val="0"/>
          <w:sz w:val="22"/>
        </w:rPr>
        <w:t xml:space="preserve">　D. 摇醒</w:t>
      </w:r>
    </w:p>
    <w:p>
      <w:r>
        <w:rPr>
          <w:rFonts w:ascii="宋体" w:hAnsi="宋体" w:eastAsia="宋体"/>
          <w:b w:val="0"/>
          <w:sz w:val="22"/>
        </w:rPr>
        <w:t>答案：A　解析：惊厥时侧卧、清理口鼻、不塞物不按压，记录并就医。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第67题】婴幼儿早期阅读适宜方式是（　）。</w:t>
      </w:r>
    </w:p>
    <w:p>
      <w:r>
        <w:rPr>
          <w:rFonts w:ascii="宋体" w:hAnsi="宋体" w:eastAsia="宋体"/>
          <w:b w:val="0"/>
          <w:sz w:val="22"/>
        </w:rPr>
        <w:t xml:space="preserve">　A. 亲子共读、看图说话</w:t>
      </w:r>
    </w:p>
    <w:p>
      <w:r>
        <w:rPr>
          <w:rFonts w:ascii="宋体" w:hAnsi="宋体" w:eastAsia="宋体"/>
          <w:b w:val="0"/>
          <w:sz w:val="22"/>
        </w:rPr>
        <w:t xml:space="preserve">　B. 长时间看平板</w:t>
      </w:r>
    </w:p>
    <w:p>
      <w:r>
        <w:rPr>
          <w:rFonts w:ascii="宋体" w:hAnsi="宋体" w:eastAsia="宋体"/>
          <w:b w:val="0"/>
          <w:sz w:val="22"/>
        </w:rPr>
        <w:t xml:space="preserve">　C. 强迫认字</w:t>
      </w:r>
    </w:p>
    <w:p>
      <w:r>
        <w:rPr>
          <w:rFonts w:ascii="宋体" w:hAnsi="宋体" w:eastAsia="宋体"/>
          <w:b w:val="0"/>
          <w:sz w:val="22"/>
        </w:rPr>
        <w:t xml:space="preserve">　D. 不接触书本</w:t>
      </w:r>
    </w:p>
    <w:p>
      <w:r>
        <w:rPr>
          <w:rFonts w:ascii="宋体" w:hAnsi="宋体" w:eastAsia="宋体"/>
          <w:b w:val="0"/>
          <w:sz w:val="22"/>
        </w:rPr>
        <w:t>答案：A　解析：亲子共读绘本培养阅读兴趣和语言能力。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第68题】育婴员应具备的急救知识不包括（　）。</w:t>
      </w:r>
    </w:p>
    <w:p>
      <w:r>
        <w:rPr>
          <w:rFonts w:ascii="宋体" w:hAnsi="宋体" w:eastAsia="宋体"/>
          <w:b w:val="0"/>
          <w:sz w:val="22"/>
        </w:rPr>
        <w:t xml:space="preserve">　A. 心肺复苏、海姆立克</w:t>
      </w:r>
    </w:p>
    <w:p>
      <w:r>
        <w:rPr>
          <w:rFonts w:ascii="宋体" w:hAnsi="宋体" w:eastAsia="宋体"/>
          <w:b w:val="0"/>
          <w:sz w:val="22"/>
        </w:rPr>
        <w:t xml:space="preserve">　B. 呛奶处理</w:t>
      </w:r>
    </w:p>
    <w:p>
      <w:r>
        <w:rPr>
          <w:rFonts w:ascii="宋体" w:hAnsi="宋体" w:eastAsia="宋体"/>
          <w:b w:val="0"/>
          <w:sz w:val="22"/>
        </w:rPr>
        <w:t xml:space="preserve">　C. 烫伤处理</w:t>
      </w:r>
    </w:p>
    <w:p>
      <w:r>
        <w:rPr>
          <w:rFonts w:ascii="宋体" w:hAnsi="宋体" w:eastAsia="宋体"/>
          <w:b w:val="0"/>
          <w:sz w:val="22"/>
        </w:rPr>
        <w:t xml:space="preserve">　D. 开膛手术</w:t>
      </w:r>
    </w:p>
    <w:p>
      <w:r>
        <w:rPr>
          <w:rFonts w:ascii="宋体" w:hAnsi="宋体" w:eastAsia="宋体"/>
          <w:b w:val="0"/>
          <w:sz w:val="22"/>
        </w:rPr>
        <w:t>答案：D　解析：育婴员需掌握常见意外急救常识，但不实施外科手术。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第69题】关于婴幼儿生长监测，正确的是（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定期测量身高体重并绘制生长曲线</w:t>
      </w:r>
    </w:p>
    <w:p>
      <w:r>
        <w:rPr>
          <w:rFonts w:ascii="宋体" w:hAnsi="宋体" w:eastAsia="宋体"/>
          <w:b w:val="0"/>
          <w:sz w:val="22"/>
        </w:rPr>
        <w:t xml:space="preserve">　B. 不测不问</w:t>
      </w:r>
    </w:p>
    <w:p>
      <w:r>
        <w:rPr>
          <w:rFonts w:ascii="宋体" w:hAnsi="宋体" w:eastAsia="宋体"/>
          <w:b w:val="0"/>
          <w:sz w:val="22"/>
        </w:rPr>
        <w:t xml:space="preserve">　C. 凭肉眼判断</w:t>
      </w:r>
    </w:p>
    <w:p>
      <w:r>
        <w:rPr>
          <w:rFonts w:ascii="宋体" w:hAnsi="宋体" w:eastAsia="宋体"/>
          <w:b w:val="0"/>
          <w:sz w:val="22"/>
        </w:rPr>
        <w:t xml:space="preserve">　D. 只比胖瘦</w:t>
      </w:r>
    </w:p>
    <w:p>
      <w:r>
        <w:rPr>
          <w:rFonts w:ascii="宋体" w:hAnsi="宋体" w:eastAsia="宋体"/>
          <w:b w:val="0"/>
          <w:sz w:val="22"/>
        </w:rPr>
        <w:t>答案：A　解析：定期测量并对照生长曲线，及时发现生长偏离。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第70题】婴幼儿平衡膳食要求（　）。</w:t>
      </w:r>
    </w:p>
    <w:p>
      <w:r>
        <w:rPr>
          <w:rFonts w:ascii="宋体" w:hAnsi="宋体" w:eastAsia="宋体"/>
          <w:b w:val="0"/>
          <w:sz w:val="22"/>
        </w:rPr>
        <w:t xml:space="preserve">　A. 食物多样、合理搭配</w:t>
      </w:r>
    </w:p>
    <w:p>
      <w:r>
        <w:rPr>
          <w:rFonts w:ascii="宋体" w:hAnsi="宋体" w:eastAsia="宋体"/>
          <w:b w:val="0"/>
          <w:sz w:val="22"/>
        </w:rPr>
        <w:t xml:space="preserve">　B. 只吃肉</w:t>
      </w:r>
    </w:p>
    <w:p>
      <w:r>
        <w:rPr>
          <w:rFonts w:ascii="宋体" w:hAnsi="宋体" w:eastAsia="宋体"/>
          <w:b w:val="0"/>
          <w:sz w:val="22"/>
        </w:rPr>
        <w:t xml:space="preserve">　C. 只吃零食</w:t>
      </w:r>
    </w:p>
    <w:p>
      <w:r>
        <w:rPr>
          <w:rFonts w:ascii="宋体" w:hAnsi="宋体" w:eastAsia="宋体"/>
          <w:b w:val="0"/>
          <w:sz w:val="22"/>
        </w:rPr>
        <w:t xml:space="preserve">　D. 挑食偏食</w:t>
      </w:r>
    </w:p>
    <w:p>
      <w:r>
        <w:rPr>
          <w:rFonts w:ascii="宋体" w:hAnsi="宋体" w:eastAsia="宋体"/>
          <w:b w:val="0"/>
          <w:sz w:val="22"/>
        </w:rPr>
        <w:t>答案：A　解析：谷薯、蔬果、肉蛋豆、奶合理搭配，食物多样化。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【育婴员·单选题 第71题】育婴员与雇主家庭沟通应（　）。</w:t>
      </w:r>
    </w:p>
    <w:p>
      <w:r>
        <w:rPr>
          <w:rFonts w:ascii="宋体" w:hAnsi="宋体" w:eastAsia="宋体"/>
          <w:b w:val="0"/>
          <w:sz w:val="22"/>
        </w:rPr>
        <w:t xml:space="preserve">　A. 尊重、坦诚、守边界</w:t>
      </w:r>
    </w:p>
    <w:p>
      <w:r>
        <w:rPr>
          <w:rFonts w:ascii="宋体" w:hAnsi="宋体" w:eastAsia="宋体"/>
          <w:b w:val="0"/>
          <w:sz w:val="22"/>
        </w:rPr>
        <w:t xml:space="preserve">　B. 搬弄是非</w:t>
      </w:r>
    </w:p>
    <w:p>
      <w:r>
        <w:rPr>
          <w:rFonts w:ascii="宋体" w:hAnsi="宋体" w:eastAsia="宋体"/>
          <w:b w:val="0"/>
          <w:sz w:val="22"/>
        </w:rPr>
        <w:t xml:space="preserve">　C. 泄露隐私</w:t>
      </w:r>
    </w:p>
    <w:p>
      <w:r>
        <w:rPr>
          <w:rFonts w:ascii="宋体" w:hAnsi="宋体" w:eastAsia="宋体"/>
          <w:b w:val="0"/>
          <w:sz w:val="22"/>
        </w:rPr>
        <w:t xml:space="preserve">　D. 越权干涉</w:t>
      </w:r>
    </w:p>
    <w:p>
      <w:r>
        <w:rPr>
          <w:rFonts w:ascii="宋体" w:hAnsi="宋体" w:eastAsia="宋体"/>
          <w:b w:val="0"/>
          <w:sz w:val="22"/>
        </w:rPr>
        <w:t>答案：A　解析：专业沟通、尊重家庭、保护隐私、守住职业边界。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第72题】育婴员的工作内容主要包括（　）。</w:t>
      </w:r>
    </w:p>
    <w:p>
      <w:r>
        <w:rPr>
          <w:rFonts w:ascii="宋体" w:hAnsi="宋体" w:eastAsia="宋体"/>
          <w:b w:val="0"/>
          <w:sz w:val="22"/>
        </w:rPr>
        <w:t xml:space="preserve">　A. 生活照料</w:t>
      </w:r>
    </w:p>
    <w:p>
      <w:r>
        <w:rPr>
          <w:rFonts w:ascii="宋体" w:hAnsi="宋体" w:eastAsia="宋体"/>
          <w:b w:val="0"/>
          <w:sz w:val="22"/>
        </w:rPr>
        <w:t xml:space="preserve">　B. 保健护理</w:t>
      </w:r>
    </w:p>
    <w:p>
      <w:r>
        <w:rPr>
          <w:rFonts w:ascii="宋体" w:hAnsi="宋体" w:eastAsia="宋体"/>
          <w:b w:val="0"/>
          <w:sz w:val="22"/>
        </w:rPr>
        <w:t xml:space="preserve">　C. 早期教育</w:t>
      </w:r>
    </w:p>
    <w:p>
      <w:r>
        <w:rPr>
          <w:rFonts w:ascii="宋体" w:hAnsi="宋体" w:eastAsia="宋体"/>
          <w:b w:val="0"/>
          <w:sz w:val="22"/>
        </w:rPr>
        <w:t xml:space="preserve">　D. 家庭理财</w:t>
      </w:r>
    </w:p>
    <w:p>
      <w:r>
        <w:rPr>
          <w:rFonts w:ascii="宋体" w:hAnsi="宋体" w:eastAsia="宋体"/>
          <w:b w:val="0"/>
          <w:sz w:val="22"/>
        </w:rPr>
        <w:t>答案：ABC　解析：育婴员负责照料、护理和早期发展支持，不负责理财。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第73题】下列符合辅食添加原则的有（　）。</w:t>
      </w:r>
    </w:p>
    <w:p>
      <w:r>
        <w:rPr>
          <w:rFonts w:ascii="宋体" w:hAnsi="宋体" w:eastAsia="宋体"/>
          <w:b w:val="0"/>
          <w:sz w:val="22"/>
        </w:rPr>
        <w:t xml:space="preserve">　A. 由少到多</w:t>
      </w:r>
    </w:p>
    <w:p>
      <w:r>
        <w:rPr>
          <w:rFonts w:ascii="宋体" w:hAnsi="宋体" w:eastAsia="宋体"/>
          <w:b w:val="0"/>
          <w:sz w:val="22"/>
        </w:rPr>
        <w:t xml:space="preserve">　B. 由稀到稠</w:t>
      </w:r>
    </w:p>
    <w:p>
      <w:r>
        <w:rPr>
          <w:rFonts w:ascii="宋体" w:hAnsi="宋体" w:eastAsia="宋体"/>
          <w:b w:val="0"/>
          <w:sz w:val="22"/>
        </w:rPr>
        <w:t xml:space="preserve">　C. 由一种到多种</w:t>
      </w:r>
    </w:p>
    <w:p>
      <w:r>
        <w:rPr>
          <w:rFonts w:ascii="宋体" w:hAnsi="宋体" w:eastAsia="宋体"/>
          <w:b w:val="0"/>
          <w:sz w:val="22"/>
        </w:rPr>
        <w:t xml:space="preserve">　D. 由粗到细</w:t>
      </w:r>
    </w:p>
    <w:p>
      <w:r>
        <w:rPr>
          <w:rFonts w:ascii="宋体" w:hAnsi="宋体" w:eastAsia="宋体"/>
          <w:b w:val="0"/>
          <w:sz w:val="22"/>
        </w:rPr>
        <w:t>答案：ABC　解析：辅食应循序渐进、由细到粗，D方向相反。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第74题】预防婴儿红臀的措施有（　）。</w:t>
      </w:r>
    </w:p>
    <w:p>
      <w:r>
        <w:rPr>
          <w:rFonts w:ascii="宋体" w:hAnsi="宋体" w:eastAsia="宋体"/>
          <w:b w:val="0"/>
          <w:sz w:val="22"/>
        </w:rPr>
        <w:t xml:space="preserve">　A. 勤换尿布</w:t>
      </w:r>
    </w:p>
    <w:p>
      <w:r>
        <w:rPr>
          <w:rFonts w:ascii="宋体" w:hAnsi="宋体" w:eastAsia="宋体"/>
          <w:b w:val="0"/>
          <w:sz w:val="22"/>
        </w:rPr>
        <w:t xml:space="preserve">　B. 清水清洗</w:t>
      </w:r>
    </w:p>
    <w:p>
      <w:r>
        <w:rPr>
          <w:rFonts w:ascii="宋体" w:hAnsi="宋体" w:eastAsia="宋体"/>
          <w:b w:val="0"/>
          <w:sz w:val="22"/>
        </w:rPr>
        <w:t xml:space="preserve">　C. 保持干燥</w:t>
      </w:r>
    </w:p>
    <w:p>
      <w:r>
        <w:rPr>
          <w:rFonts w:ascii="宋体" w:hAnsi="宋体" w:eastAsia="宋体"/>
          <w:b w:val="0"/>
          <w:sz w:val="22"/>
        </w:rPr>
        <w:t xml:space="preserve">　D. 包裹不透气</w:t>
      </w:r>
    </w:p>
    <w:p>
      <w:r>
        <w:rPr>
          <w:rFonts w:ascii="宋体" w:hAnsi="宋体" w:eastAsia="宋体"/>
          <w:b w:val="0"/>
          <w:sz w:val="22"/>
        </w:rPr>
        <w:t>答案：ABC　解析：勤换、清洗、透气干燥可预防尿布疹。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第75题】婴幼儿安全睡眠应做到（　）。</w:t>
      </w:r>
    </w:p>
    <w:p>
      <w:r>
        <w:rPr>
          <w:rFonts w:ascii="宋体" w:hAnsi="宋体" w:eastAsia="宋体"/>
          <w:b w:val="0"/>
          <w:sz w:val="22"/>
        </w:rPr>
        <w:t xml:space="preserve">　A. 仰卧</w:t>
      </w:r>
    </w:p>
    <w:p>
      <w:r>
        <w:rPr>
          <w:rFonts w:ascii="宋体" w:hAnsi="宋体" w:eastAsia="宋体"/>
          <w:b w:val="0"/>
          <w:sz w:val="22"/>
        </w:rPr>
        <w:t xml:space="preserve">　B. 硬质床垫</w:t>
      </w:r>
    </w:p>
    <w:p>
      <w:r>
        <w:rPr>
          <w:rFonts w:ascii="宋体" w:hAnsi="宋体" w:eastAsia="宋体"/>
          <w:b w:val="0"/>
          <w:sz w:val="22"/>
        </w:rPr>
        <w:t xml:space="preserve">　C. 床上少松软物</w:t>
      </w:r>
    </w:p>
    <w:p>
      <w:r>
        <w:rPr>
          <w:rFonts w:ascii="宋体" w:hAnsi="宋体" w:eastAsia="宋体"/>
          <w:b w:val="0"/>
          <w:sz w:val="22"/>
        </w:rPr>
        <w:t xml:space="preserve">　D. 与成人紧贴同被</w:t>
      </w:r>
    </w:p>
    <w:p>
      <w:r>
        <w:rPr>
          <w:rFonts w:ascii="宋体" w:hAnsi="宋体" w:eastAsia="宋体"/>
          <w:b w:val="0"/>
          <w:sz w:val="22"/>
        </w:rPr>
        <w:t>答案：ABC　解析：仰卧、硬床、少杂物降低猝死风险。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第76题】下列属于婴幼儿意外急救措施的有（　）。</w:t>
      </w:r>
    </w:p>
    <w:p>
      <w:r>
        <w:rPr>
          <w:rFonts w:ascii="宋体" w:hAnsi="宋体" w:eastAsia="宋体"/>
          <w:b w:val="0"/>
          <w:sz w:val="22"/>
        </w:rPr>
        <w:t xml:space="preserve">　A. 海姆立克法</w:t>
      </w:r>
    </w:p>
    <w:p>
      <w:r>
        <w:rPr>
          <w:rFonts w:ascii="宋体" w:hAnsi="宋体" w:eastAsia="宋体"/>
          <w:b w:val="0"/>
          <w:sz w:val="22"/>
        </w:rPr>
        <w:t xml:space="preserve">　B. 烫伤冷水冲洗</w:t>
      </w:r>
    </w:p>
    <w:p>
      <w:r>
        <w:rPr>
          <w:rFonts w:ascii="宋体" w:hAnsi="宋体" w:eastAsia="宋体"/>
          <w:b w:val="0"/>
          <w:sz w:val="22"/>
        </w:rPr>
        <w:t xml:space="preserve">　C. 呛奶侧身清理</w:t>
      </w:r>
    </w:p>
    <w:p>
      <w:r>
        <w:rPr>
          <w:rFonts w:ascii="宋体" w:hAnsi="宋体" w:eastAsia="宋体"/>
          <w:b w:val="0"/>
          <w:sz w:val="22"/>
        </w:rPr>
        <w:t xml:space="preserve">　D. 坠落后制动就医</w:t>
      </w:r>
    </w:p>
    <w:p>
      <w:r>
        <w:rPr>
          <w:rFonts w:ascii="宋体" w:hAnsi="宋体" w:eastAsia="宋体"/>
          <w:b w:val="0"/>
          <w:sz w:val="22"/>
        </w:rPr>
        <w:t>答案：ABCD　解析：均为婴幼儿常见意外的正确初步处理。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第77题】婴幼儿心理行为发展良好的表现包括（　）。</w:t>
      </w:r>
    </w:p>
    <w:p>
      <w:r>
        <w:rPr>
          <w:rFonts w:ascii="宋体" w:hAnsi="宋体" w:eastAsia="宋体"/>
          <w:b w:val="0"/>
          <w:sz w:val="22"/>
        </w:rPr>
        <w:t xml:space="preserve">　A. 情绪稳定</w:t>
      </w:r>
    </w:p>
    <w:p>
      <w:r>
        <w:rPr>
          <w:rFonts w:ascii="宋体" w:hAnsi="宋体" w:eastAsia="宋体"/>
          <w:b w:val="0"/>
          <w:sz w:val="22"/>
        </w:rPr>
        <w:t xml:space="preserve">　B. 愿意与人互动</w:t>
      </w:r>
    </w:p>
    <w:p>
      <w:r>
        <w:rPr>
          <w:rFonts w:ascii="宋体" w:hAnsi="宋体" w:eastAsia="宋体"/>
          <w:b w:val="0"/>
          <w:sz w:val="22"/>
        </w:rPr>
        <w:t xml:space="preserve">　C. 对探索有兴趣</w:t>
      </w:r>
    </w:p>
    <w:p>
      <w:r>
        <w:rPr>
          <w:rFonts w:ascii="宋体" w:hAnsi="宋体" w:eastAsia="宋体"/>
          <w:b w:val="0"/>
          <w:sz w:val="22"/>
        </w:rPr>
        <w:t xml:space="preserve">　D. 完全不依恋</w:t>
      </w:r>
    </w:p>
    <w:p>
      <w:r>
        <w:rPr>
          <w:rFonts w:ascii="宋体" w:hAnsi="宋体" w:eastAsia="宋体"/>
          <w:b w:val="0"/>
          <w:sz w:val="22"/>
        </w:rPr>
        <w:t>答案：ABC　解析：安全依恋、情绪稳定、乐于探索是健康表现。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第78题】下列属于婴幼儿优质蛋白来源的有（　）。</w:t>
      </w:r>
    </w:p>
    <w:p>
      <w:r>
        <w:rPr>
          <w:rFonts w:ascii="宋体" w:hAnsi="宋体" w:eastAsia="宋体"/>
          <w:b w:val="0"/>
          <w:sz w:val="22"/>
        </w:rPr>
        <w:t xml:space="preserve">　A. 母乳</w:t>
      </w:r>
    </w:p>
    <w:p>
      <w:r>
        <w:rPr>
          <w:rFonts w:ascii="宋体" w:hAnsi="宋体" w:eastAsia="宋体"/>
          <w:b w:val="0"/>
          <w:sz w:val="22"/>
        </w:rPr>
        <w:t xml:space="preserve">　B. 鸡蛋</w:t>
      </w:r>
    </w:p>
    <w:p>
      <w:r>
        <w:rPr>
          <w:rFonts w:ascii="宋体" w:hAnsi="宋体" w:eastAsia="宋体"/>
          <w:b w:val="0"/>
          <w:sz w:val="22"/>
        </w:rPr>
        <w:t xml:space="preserve">　C. 鱼肉</w:t>
      </w:r>
    </w:p>
    <w:p>
      <w:r>
        <w:rPr>
          <w:rFonts w:ascii="宋体" w:hAnsi="宋体" w:eastAsia="宋体"/>
          <w:b w:val="0"/>
          <w:sz w:val="22"/>
        </w:rPr>
        <w:t xml:space="preserve">　D. 豆制品</w:t>
      </w:r>
    </w:p>
    <w:p>
      <w:r>
        <w:rPr>
          <w:rFonts w:ascii="宋体" w:hAnsi="宋体" w:eastAsia="宋体"/>
          <w:b w:val="0"/>
          <w:sz w:val="22"/>
        </w:rPr>
        <w:t>答案：ABCD　解析：乳、蛋、鱼、豆均为优质蛋白。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第79题】育婴员职业操守要求（　）。</w:t>
      </w:r>
    </w:p>
    <w:p>
      <w:r>
        <w:rPr>
          <w:rFonts w:ascii="宋体" w:hAnsi="宋体" w:eastAsia="宋体"/>
          <w:b w:val="0"/>
          <w:sz w:val="22"/>
        </w:rPr>
        <w:t xml:space="preserve">　A. 爱心耐心责任心</w:t>
      </w:r>
    </w:p>
    <w:p>
      <w:r>
        <w:rPr>
          <w:rFonts w:ascii="宋体" w:hAnsi="宋体" w:eastAsia="宋体"/>
          <w:b w:val="0"/>
          <w:sz w:val="22"/>
        </w:rPr>
        <w:t xml:space="preserve">　B. 保护隐私</w:t>
      </w:r>
    </w:p>
    <w:p>
      <w:r>
        <w:rPr>
          <w:rFonts w:ascii="宋体" w:hAnsi="宋体" w:eastAsia="宋体"/>
          <w:b w:val="0"/>
          <w:sz w:val="22"/>
        </w:rPr>
        <w:t xml:space="preserve">　C. 科学育儿</w:t>
      </w:r>
    </w:p>
    <w:p>
      <w:r>
        <w:rPr>
          <w:rFonts w:ascii="宋体" w:hAnsi="宋体" w:eastAsia="宋体"/>
          <w:b w:val="0"/>
          <w:sz w:val="22"/>
        </w:rPr>
        <w:t xml:space="preserve">　D. 打骂孩子</w:t>
      </w:r>
    </w:p>
    <w:p>
      <w:r>
        <w:rPr>
          <w:rFonts w:ascii="宋体" w:hAnsi="宋体" w:eastAsia="宋体"/>
          <w:b w:val="0"/>
          <w:sz w:val="22"/>
        </w:rPr>
        <w:t>答案：ABC　解析：打骂孩子违反职业道德，其余均为要求。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第80题】婴幼儿居室环境应做到（　）。</w:t>
      </w:r>
    </w:p>
    <w:p>
      <w:r>
        <w:rPr>
          <w:rFonts w:ascii="宋体" w:hAnsi="宋体" w:eastAsia="宋体"/>
          <w:b w:val="0"/>
          <w:sz w:val="22"/>
        </w:rPr>
        <w:t xml:space="preserve">　A. 温度适宜</w:t>
      </w:r>
    </w:p>
    <w:p>
      <w:r>
        <w:rPr>
          <w:rFonts w:ascii="宋体" w:hAnsi="宋体" w:eastAsia="宋体"/>
          <w:b w:val="0"/>
          <w:sz w:val="22"/>
        </w:rPr>
        <w:t xml:space="preserve">　B. 湿度适中</w:t>
      </w:r>
    </w:p>
    <w:p>
      <w:r>
        <w:rPr>
          <w:rFonts w:ascii="宋体" w:hAnsi="宋体" w:eastAsia="宋体"/>
          <w:b w:val="0"/>
          <w:sz w:val="22"/>
        </w:rPr>
        <w:t xml:space="preserve">　C. 通风良好</w:t>
      </w:r>
    </w:p>
    <w:p>
      <w:r>
        <w:rPr>
          <w:rFonts w:ascii="宋体" w:hAnsi="宋体" w:eastAsia="宋体"/>
          <w:b w:val="0"/>
          <w:sz w:val="22"/>
        </w:rPr>
        <w:t xml:space="preserve">　D. 安静安全</w:t>
      </w:r>
    </w:p>
    <w:p>
      <w:r>
        <w:rPr>
          <w:rFonts w:ascii="宋体" w:hAnsi="宋体" w:eastAsia="宋体"/>
          <w:b w:val="0"/>
          <w:sz w:val="22"/>
        </w:rPr>
        <w:t>答案：ABCD　解析：温湿度、通风、安静安全是良好环境要素。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第81题】下列关于婴幼儿喂养正确的有（　）。</w:t>
      </w:r>
    </w:p>
    <w:p>
      <w:r>
        <w:rPr>
          <w:rFonts w:ascii="宋体" w:hAnsi="宋体" w:eastAsia="宋体"/>
          <w:b w:val="0"/>
          <w:sz w:val="22"/>
        </w:rPr>
        <w:t xml:space="preserve">　A. 优先母乳</w:t>
      </w:r>
    </w:p>
    <w:p>
      <w:r>
        <w:rPr>
          <w:rFonts w:ascii="宋体" w:hAnsi="宋体" w:eastAsia="宋体"/>
          <w:b w:val="0"/>
          <w:sz w:val="22"/>
        </w:rPr>
        <w:t xml:space="preserve">　B. 6个月加辅食</w:t>
      </w:r>
    </w:p>
    <w:p>
      <w:r>
        <w:rPr>
          <w:rFonts w:ascii="宋体" w:hAnsi="宋体" w:eastAsia="宋体"/>
          <w:b w:val="0"/>
          <w:sz w:val="22"/>
        </w:rPr>
        <w:t xml:space="preserve">　C. 1岁内少盐无糖</w:t>
      </w:r>
    </w:p>
    <w:p>
      <w:r>
        <w:rPr>
          <w:rFonts w:ascii="宋体" w:hAnsi="宋体" w:eastAsia="宋体"/>
          <w:b w:val="0"/>
          <w:sz w:val="22"/>
        </w:rPr>
        <w:t xml:space="preserve">　D. 用含糖饮料代水</w:t>
      </w:r>
    </w:p>
    <w:p>
      <w:r>
        <w:rPr>
          <w:rFonts w:ascii="宋体" w:hAnsi="宋体" w:eastAsia="宋体"/>
          <w:b w:val="0"/>
          <w:sz w:val="22"/>
        </w:rPr>
        <w:t>答案：ABC　解析：不应以含糖饮料代替白水。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第82题】婴幼儿腹泻的护理要点包括（　）。</w:t>
      </w:r>
    </w:p>
    <w:p>
      <w:r>
        <w:rPr>
          <w:rFonts w:ascii="宋体" w:hAnsi="宋体" w:eastAsia="宋体"/>
          <w:b w:val="0"/>
          <w:sz w:val="22"/>
        </w:rPr>
        <w:t xml:space="preserve">　A. 观察脱水</w:t>
      </w:r>
    </w:p>
    <w:p>
      <w:r>
        <w:rPr>
          <w:rFonts w:ascii="宋体" w:hAnsi="宋体" w:eastAsia="宋体"/>
          <w:b w:val="0"/>
          <w:sz w:val="22"/>
        </w:rPr>
        <w:t xml:space="preserve">　B. 补充液体</w:t>
      </w:r>
    </w:p>
    <w:p>
      <w:r>
        <w:rPr>
          <w:rFonts w:ascii="宋体" w:hAnsi="宋体" w:eastAsia="宋体"/>
          <w:b w:val="0"/>
          <w:sz w:val="22"/>
        </w:rPr>
        <w:t xml:space="preserve">　C. 勤换尿布</w:t>
      </w:r>
    </w:p>
    <w:p>
      <w:r>
        <w:rPr>
          <w:rFonts w:ascii="宋体" w:hAnsi="宋体" w:eastAsia="宋体"/>
          <w:b w:val="0"/>
          <w:sz w:val="22"/>
        </w:rPr>
        <w:t xml:space="preserve">　D. 自行用止泻药</w:t>
      </w:r>
    </w:p>
    <w:p>
      <w:r>
        <w:rPr>
          <w:rFonts w:ascii="宋体" w:hAnsi="宋体" w:eastAsia="宋体"/>
          <w:b w:val="0"/>
          <w:sz w:val="22"/>
        </w:rPr>
        <w:t>答案：ABC　解析：防脱水、补液、护臀，用药遵医嘱。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第83题】婴幼儿早期教育应（　）。</w:t>
      </w:r>
    </w:p>
    <w:p>
      <w:r>
        <w:rPr>
          <w:rFonts w:ascii="宋体" w:hAnsi="宋体" w:eastAsia="宋体"/>
          <w:b w:val="0"/>
          <w:sz w:val="22"/>
        </w:rPr>
        <w:t xml:space="preserve">　A. 在游戏中学习</w:t>
      </w:r>
    </w:p>
    <w:p>
      <w:r>
        <w:rPr>
          <w:rFonts w:ascii="宋体" w:hAnsi="宋体" w:eastAsia="宋体"/>
          <w:b w:val="0"/>
          <w:sz w:val="22"/>
        </w:rPr>
        <w:t xml:space="preserve">　B. 顺应发展规律</w:t>
      </w:r>
    </w:p>
    <w:p>
      <w:r>
        <w:rPr>
          <w:rFonts w:ascii="宋体" w:hAnsi="宋体" w:eastAsia="宋体"/>
          <w:b w:val="0"/>
          <w:sz w:val="22"/>
        </w:rPr>
        <w:t xml:space="preserve">　C. 亲子互动</w:t>
      </w:r>
    </w:p>
    <w:p>
      <w:r>
        <w:rPr>
          <w:rFonts w:ascii="宋体" w:hAnsi="宋体" w:eastAsia="宋体"/>
          <w:b w:val="0"/>
          <w:sz w:val="22"/>
        </w:rPr>
        <w:t xml:space="preserve">　D. 超前机械训练</w:t>
      </w:r>
    </w:p>
    <w:p>
      <w:r>
        <w:rPr>
          <w:rFonts w:ascii="宋体" w:hAnsi="宋体" w:eastAsia="宋体"/>
          <w:b w:val="0"/>
          <w:sz w:val="22"/>
        </w:rPr>
        <w:t>答案：ABC　解析：早教以游戏生活和亲子互动为主，不拔苗助长。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第84题】下列需要及时就医的婴幼儿情况有（　）。</w:t>
      </w:r>
    </w:p>
    <w:p>
      <w:r>
        <w:rPr>
          <w:rFonts w:ascii="宋体" w:hAnsi="宋体" w:eastAsia="宋体"/>
          <w:b w:val="0"/>
          <w:sz w:val="22"/>
        </w:rPr>
        <w:t xml:space="preserve">　A. 持续高热</w:t>
      </w:r>
    </w:p>
    <w:p>
      <w:r>
        <w:rPr>
          <w:rFonts w:ascii="宋体" w:hAnsi="宋体" w:eastAsia="宋体"/>
          <w:b w:val="0"/>
          <w:sz w:val="22"/>
        </w:rPr>
        <w:t xml:space="preserve">　B. 反复呕吐</w:t>
      </w:r>
    </w:p>
    <w:p>
      <w:r>
        <w:rPr>
          <w:rFonts w:ascii="宋体" w:hAnsi="宋体" w:eastAsia="宋体"/>
          <w:b w:val="0"/>
          <w:sz w:val="22"/>
        </w:rPr>
        <w:t xml:space="preserve">　C. 精神萎靡</w:t>
      </w:r>
    </w:p>
    <w:p>
      <w:r>
        <w:rPr>
          <w:rFonts w:ascii="宋体" w:hAnsi="宋体" w:eastAsia="宋体"/>
          <w:b w:val="0"/>
          <w:sz w:val="22"/>
        </w:rPr>
        <w:t xml:space="preserve">　D. 轻微呛奶后恢复正常</w:t>
      </w:r>
    </w:p>
    <w:p>
      <w:r>
        <w:rPr>
          <w:rFonts w:ascii="宋体" w:hAnsi="宋体" w:eastAsia="宋体"/>
          <w:b w:val="0"/>
          <w:sz w:val="22"/>
        </w:rPr>
        <w:t>答案：ABC　解析：高热、呕吐、精神差须就医；轻微呛奶恢复正常可观察。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第85题】婴幼儿玩具选择原则（　）。</w:t>
      </w:r>
    </w:p>
    <w:p>
      <w:r>
        <w:rPr>
          <w:rFonts w:ascii="宋体" w:hAnsi="宋体" w:eastAsia="宋体"/>
          <w:b w:val="0"/>
          <w:sz w:val="22"/>
        </w:rPr>
        <w:t xml:space="preserve">　A. 适龄</w:t>
      </w:r>
    </w:p>
    <w:p>
      <w:r>
        <w:rPr>
          <w:rFonts w:ascii="宋体" w:hAnsi="宋体" w:eastAsia="宋体"/>
          <w:b w:val="0"/>
          <w:sz w:val="22"/>
        </w:rPr>
        <w:t xml:space="preserve">　B. 安全无毒</w:t>
      </w:r>
    </w:p>
    <w:p>
      <w:r>
        <w:rPr>
          <w:rFonts w:ascii="宋体" w:hAnsi="宋体" w:eastAsia="宋体"/>
          <w:b w:val="0"/>
          <w:sz w:val="22"/>
        </w:rPr>
        <w:t xml:space="preserve">　C. 无小零件</w:t>
      </w:r>
    </w:p>
    <w:p>
      <w:r>
        <w:rPr>
          <w:rFonts w:ascii="宋体" w:hAnsi="宋体" w:eastAsia="宋体"/>
          <w:b w:val="0"/>
          <w:sz w:val="22"/>
        </w:rPr>
        <w:t xml:space="preserve">　D. 有尖锐棱角</w:t>
      </w:r>
    </w:p>
    <w:p>
      <w:r>
        <w:rPr>
          <w:rFonts w:ascii="宋体" w:hAnsi="宋体" w:eastAsia="宋体"/>
          <w:b w:val="0"/>
          <w:sz w:val="22"/>
        </w:rPr>
        <w:t>答案：ABC　解析：玩具须适龄安全无危险部件。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第86题】婴幼儿动作发展规律包括（　）。</w:t>
      </w:r>
    </w:p>
    <w:p>
      <w:r>
        <w:rPr>
          <w:rFonts w:ascii="宋体" w:hAnsi="宋体" w:eastAsia="宋体"/>
          <w:b w:val="0"/>
          <w:sz w:val="22"/>
        </w:rPr>
        <w:t xml:space="preserve">　A. 从头到脚</w:t>
      </w:r>
    </w:p>
    <w:p>
      <w:r>
        <w:rPr>
          <w:rFonts w:ascii="宋体" w:hAnsi="宋体" w:eastAsia="宋体"/>
          <w:b w:val="0"/>
          <w:sz w:val="22"/>
        </w:rPr>
        <w:t xml:space="preserve">　B. 从整体到分化</w:t>
      </w:r>
    </w:p>
    <w:p>
      <w:r>
        <w:rPr>
          <w:rFonts w:ascii="宋体" w:hAnsi="宋体" w:eastAsia="宋体"/>
          <w:b w:val="0"/>
          <w:sz w:val="22"/>
        </w:rPr>
        <w:t xml:space="preserve">　C. 从大动作到精细动作</w:t>
      </w:r>
    </w:p>
    <w:p>
      <w:r>
        <w:rPr>
          <w:rFonts w:ascii="宋体" w:hAnsi="宋体" w:eastAsia="宋体"/>
          <w:b w:val="0"/>
          <w:sz w:val="22"/>
        </w:rPr>
        <w:t xml:space="preserve">　D. 从脚到头</w:t>
      </w:r>
    </w:p>
    <w:p>
      <w:r>
        <w:rPr>
          <w:rFonts w:ascii="宋体" w:hAnsi="宋体" w:eastAsia="宋体"/>
          <w:b w:val="0"/>
          <w:sz w:val="22"/>
        </w:rPr>
        <w:t>答案：ABC　解析：动作发展首尾、近远、从粗大到精细。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第87题】预防婴幼儿龋齿应（　）。</w:t>
      </w:r>
    </w:p>
    <w:p>
      <w:r>
        <w:rPr>
          <w:rFonts w:ascii="宋体" w:hAnsi="宋体" w:eastAsia="宋体"/>
          <w:b w:val="0"/>
          <w:sz w:val="22"/>
        </w:rPr>
        <w:t xml:space="preserve">　A. 出牙后清洁口腔</w:t>
      </w:r>
    </w:p>
    <w:p>
      <w:r>
        <w:rPr>
          <w:rFonts w:ascii="宋体" w:hAnsi="宋体" w:eastAsia="宋体"/>
          <w:b w:val="0"/>
          <w:sz w:val="22"/>
        </w:rPr>
        <w:t xml:space="preserve">　B. 少含糖零食</w:t>
      </w:r>
    </w:p>
    <w:p>
      <w:r>
        <w:rPr>
          <w:rFonts w:ascii="宋体" w:hAnsi="宋体" w:eastAsia="宋体"/>
          <w:b w:val="0"/>
          <w:sz w:val="22"/>
        </w:rPr>
        <w:t xml:space="preserve">　C. 不含奶瓶睡</w:t>
      </w:r>
    </w:p>
    <w:p>
      <w:r>
        <w:rPr>
          <w:rFonts w:ascii="宋体" w:hAnsi="宋体" w:eastAsia="宋体"/>
          <w:b w:val="0"/>
          <w:sz w:val="22"/>
        </w:rPr>
        <w:t xml:space="preserve">　D. 用成人牙膏</w:t>
      </w:r>
    </w:p>
    <w:p>
      <w:r>
        <w:rPr>
          <w:rFonts w:ascii="宋体" w:hAnsi="宋体" w:eastAsia="宋体"/>
          <w:b w:val="0"/>
          <w:sz w:val="22"/>
        </w:rPr>
        <w:t>答案：ABC　解析：清洁、控糖、戒奶睡可防龋。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第88题】育婴员在接种疫苗方面应（　）。</w:t>
      </w:r>
    </w:p>
    <w:p>
      <w:r>
        <w:rPr>
          <w:rFonts w:ascii="宋体" w:hAnsi="宋体" w:eastAsia="宋体"/>
          <w:b w:val="0"/>
          <w:sz w:val="22"/>
        </w:rPr>
        <w:t xml:space="preserve">　A. 确认健康状况</w:t>
      </w:r>
    </w:p>
    <w:p>
      <w:r>
        <w:rPr>
          <w:rFonts w:ascii="宋体" w:hAnsi="宋体" w:eastAsia="宋体"/>
          <w:b w:val="0"/>
          <w:sz w:val="22"/>
        </w:rPr>
        <w:t xml:space="preserve">　B. 携带接种证</w:t>
      </w:r>
    </w:p>
    <w:p>
      <w:r>
        <w:rPr>
          <w:rFonts w:ascii="宋体" w:hAnsi="宋体" w:eastAsia="宋体"/>
          <w:b w:val="0"/>
          <w:sz w:val="22"/>
        </w:rPr>
        <w:t xml:space="preserve">　C. 接种后留观30分钟</w:t>
      </w:r>
    </w:p>
    <w:p>
      <w:r>
        <w:rPr>
          <w:rFonts w:ascii="宋体" w:hAnsi="宋体" w:eastAsia="宋体"/>
          <w:b w:val="0"/>
          <w:sz w:val="22"/>
        </w:rPr>
        <w:t xml:space="preserve">　D. 隐瞒感冒</w:t>
      </w:r>
    </w:p>
    <w:p>
      <w:r>
        <w:rPr>
          <w:rFonts w:ascii="宋体" w:hAnsi="宋体" w:eastAsia="宋体"/>
          <w:b w:val="0"/>
          <w:sz w:val="22"/>
        </w:rPr>
        <w:t>答案：ABC　解析：接种前确认健康带证，接种后留观。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第89题】下列属于婴幼儿精细动作发展表现的有（　）。</w:t>
      </w:r>
    </w:p>
    <w:p>
      <w:r>
        <w:rPr>
          <w:rFonts w:ascii="宋体" w:hAnsi="宋体" w:eastAsia="宋体"/>
          <w:b w:val="0"/>
          <w:sz w:val="22"/>
        </w:rPr>
        <w:t xml:space="preserve">　A. 抓握</w:t>
      </w:r>
    </w:p>
    <w:p>
      <w:r>
        <w:rPr>
          <w:rFonts w:ascii="宋体" w:hAnsi="宋体" w:eastAsia="宋体"/>
          <w:b w:val="0"/>
          <w:sz w:val="22"/>
        </w:rPr>
        <w:t xml:space="preserve">　B. 捏取小物</w:t>
      </w:r>
    </w:p>
    <w:p>
      <w:r>
        <w:rPr>
          <w:rFonts w:ascii="宋体" w:hAnsi="宋体" w:eastAsia="宋体"/>
          <w:b w:val="0"/>
          <w:sz w:val="22"/>
        </w:rPr>
        <w:t xml:space="preserve">　C. 涂鸦</w:t>
      </w:r>
    </w:p>
    <w:p>
      <w:r>
        <w:rPr>
          <w:rFonts w:ascii="宋体" w:hAnsi="宋体" w:eastAsia="宋体"/>
          <w:b w:val="0"/>
          <w:sz w:val="22"/>
        </w:rPr>
        <w:t xml:space="preserve">　D. 独走</w:t>
      </w:r>
    </w:p>
    <w:p>
      <w:r>
        <w:rPr>
          <w:rFonts w:ascii="宋体" w:hAnsi="宋体" w:eastAsia="宋体"/>
          <w:b w:val="0"/>
          <w:sz w:val="22"/>
        </w:rPr>
        <w:t>答案：ABC　解析：抓握、捏取、涂鸦属精细动作；独走为大动作。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第90题】婴幼儿情绪安抚可用的方法（　）。</w:t>
      </w:r>
    </w:p>
    <w:p>
      <w:r>
        <w:rPr>
          <w:rFonts w:ascii="宋体" w:hAnsi="宋体" w:eastAsia="宋体"/>
          <w:b w:val="0"/>
          <w:sz w:val="22"/>
        </w:rPr>
        <w:t xml:space="preserve">　A. 拥抱</w:t>
      </w:r>
    </w:p>
    <w:p>
      <w:r>
        <w:rPr>
          <w:rFonts w:ascii="宋体" w:hAnsi="宋体" w:eastAsia="宋体"/>
          <w:b w:val="0"/>
          <w:sz w:val="22"/>
        </w:rPr>
        <w:t xml:space="preserve">　B. 轻声安抚</w:t>
      </w:r>
    </w:p>
    <w:p>
      <w:r>
        <w:rPr>
          <w:rFonts w:ascii="宋体" w:hAnsi="宋体" w:eastAsia="宋体"/>
          <w:b w:val="0"/>
          <w:sz w:val="22"/>
        </w:rPr>
        <w:t xml:space="preserve">　C. 肌肤接触</w:t>
      </w:r>
    </w:p>
    <w:p>
      <w:r>
        <w:rPr>
          <w:rFonts w:ascii="宋体" w:hAnsi="宋体" w:eastAsia="宋体"/>
          <w:b w:val="0"/>
          <w:sz w:val="22"/>
        </w:rPr>
        <w:t xml:space="preserve">　D. 剧烈摇晃</w:t>
      </w:r>
    </w:p>
    <w:p>
      <w:r>
        <w:rPr>
          <w:rFonts w:ascii="宋体" w:hAnsi="宋体" w:eastAsia="宋体"/>
          <w:b w:val="0"/>
          <w:sz w:val="22"/>
        </w:rPr>
        <w:t>答案：ABC　解析：温柔安抚有效，摇晃危险。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【育婴员·多选题 第91题】下列符合婴幼儿安全用药管理的有（　）。</w:t>
      </w:r>
    </w:p>
    <w:p>
      <w:r>
        <w:rPr>
          <w:rFonts w:ascii="宋体" w:hAnsi="宋体" w:eastAsia="宋体"/>
          <w:b w:val="0"/>
          <w:sz w:val="22"/>
        </w:rPr>
        <w:t xml:space="preserve">　A. 遵医嘱</w:t>
      </w:r>
    </w:p>
    <w:p>
      <w:r>
        <w:rPr>
          <w:rFonts w:ascii="宋体" w:hAnsi="宋体" w:eastAsia="宋体"/>
          <w:b w:val="0"/>
          <w:sz w:val="22"/>
        </w:rPr>
        <w:t xml:space="preserve">　B. 按体重算量</w:t>
      </w:r>
    </w:p>
    <w:p>
      <w:r>
        <w:rPr>
          <w:rFonts w:ascii="宋体" w:hAnsi="宋体" w:eastAsia="宋体"/>
          <w:b w:val="0"/>
          <w:sz w:val="22"/>
        </w:rPr>
        <w:t xml:space="preserve">　C. 药品上锁防误服</w:t>
      </w:r>
    </w:p>
    <w:p>
      <w:r>
        <w:rPr>
          <w:rFonts w:ascii="宋体" w:hAnsi="宋体" w:eastAsia="宋体"/>
          <w:b w:val="0"/>
          <w:sz w:val="22"/>
        </w:rPr>
        <w:t xml:space="preserve">　D. 把药当糖哄</w:t>
      </w:r>
    </w:p>
    <w:p>
      <w:r>
        <w:rPr>
          <w:rFonts w:ascii="宋体" w:hAnsi="宋体" w:eastAsia="宋体"/>
          <w:b w:val="0"/>
          <w:sz w:val="22"/>
        </w:rPr>
        <w:t>答案：ABC　解析：须遵医嘱精确计量并妥善保管药品。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第92题】婴儿6个月前应纯母乳喂养。</w:t>
      </w:r>
    </w:p>
    <w:p>
      <w:r>
        <w:rPr>
          <w:rFonts w:ascii="宋体" w:hAnsi="宋体" w:eastAsia="宋体"/>
          <w:b w:val="0"/>
          <w:sz w:val="22"/>
        </w:rPr>
        <w:t>答案：对　解析：WHO建议纯母乳喂养至6个月。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第93题】1岁以内婴儿食物可以多加盐和糖调味。</w:t>
      </w:r>
    </w:p>
    <w:p>
      <w:r>
        <w:rPr>
          <w:rFonts w:ascii="宋体" w:hAnsi="宋体" w:eastAsia="宋体"/>
          <w:b w:val="0"/>
          <w:sz w:val="22"/>
        </w:rPr>
        <w:t>答案：错　解析：1岁内应少盐无糖，减轻肾脏负担。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第94题】给婴儿添加辅食应一次多加几种以便适应。</w:t>
      </w:r>
    </w:p>
    <w:p>
      <w:r>
        <w:rPr>
          <w:rFonts w:ascii="宋体" w:hAnsi="宋体" w:eastAsia="宋体"/>
          <w:b w:val="0"/>
          <w:sz w:val="22"/>
        </w:rPr>
        <w:t>答案：错　解析：应由一种到多种、少量逐步添加。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第95题】婴幼儿睡眠应仰卧、床上少放松软物品。</w:t>
      </w:r>
    </w:p>
    <w:p>
      <w:r>
        <w:rPr>
          <w:rFonts w:ascii="宋体" w:hAnsi="宋体" w:eastAsia="宋体"/>
          <w:b w:val="0"/>
          <w:sz w:val="22"/>
        </w:rPr>
        <w:t>答案：对　解析：可降低婴儿猝死风险。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第96题】婴幼儿发热时可用酒精擦身快速降温。</w:t>
      </w:r>
    </w:p>
    <w:p>
      <w:r>
        <w:rPr>
          <w:rFonts w:ascii="宋体" w:hAnsi="宋体" w:eastAsia="宋体"/>
          <w:b w:val="0"/>
          <w:sz w:val="22"/>
        </w:rPr>
        <w:t>答案：错　解析：禁用酒精擦浴，以免吸收中毒。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第97题】海姆立克法适用于婴幼儿气道异物梗阻。</w:t>
      </w:r>
    </w:p>
    <w:p>
      <w:r>
        <w:rPr>
          <w:rFonts w:ascii="宋体" w:hAnsi="宋体" w:eastAsia="宋体"/>
          <w:b w:val="0"/>
          <w:sz w:val="22"/>
        </w:rPr>
        <w:t>答案：对　解析：是排出气道异物的急救方法。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第98题】育婴员可以随意把雇主家隐私告诉他人。</w:t>
      </w:r>
    </w:p>
    <w:p>
      <w:r>
        <w:rPr>
          <w:rFonts w:ascii="宋体" w:hAnsi="宋体" w:eastAsia="宋体"/>
          <w:b w:val="0"/>
          <w:sz w:val="22"/>
        </w:rPr>
        <w:t>答案：错　解析：保护家庭隐私是职业道德要求。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第99题】婴幼儿大动作发展遵循抬头—翻身—坐—爬—站—走的顺序。</w:t>
      </w:r>
    </w:p>
    <w:p>
      <w:r>
        <w:rPr>
          <w:rFonts w:ascii="宋体" w:hAnsi="宋体" w:eastAsia="宋体"/>
          <w:b w:val="0"/>
          <w:sz w:val="22"/>
        </w:rPr>
        <w:t>答案：对　解析：动作发展有一定先后规律。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第100题】婴幼儿用药可以凭经验把成人药掰开服用。</w:t>
      </w:r>
    </w:p>
    <w:p>
      <w:r>
        <w:rPr>
          <w:rFonts w:ascii="宋体" w:hAnsi="宋体" w:eastAsia="宋体"/>
          <w:b w:val="0"/>
          <w:sz w:val="22"/>
        </w:rPr>
        <w:t>答案：错　解析：须遵医嘱按体重精确计算，不可自行用成人药。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【育婴员·判断题 第101题】婴幼儿发生烫伤应立即涂牙膏酱油。</w:t>
      </w:r>
    </w:p>
    <w:p>
      <w:r>
        <w:rPr>
          <w:rFonts w:ascii="宋体" w:hAnsi="宋体" w:eastAsia="宋体"/>
          <w:b w:val="0"/>
          <w:sz w:val="22"/>
        </w:rPr>
        <w:t>答案：错　解析：应先用流动冷水冲洗降温，勿涂牙膏酱油。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四、备考寄语</w:t>
      </w:r>
    </w:p>
    <w:p>
      <w:r>
        <w:rPr>
          <w:rFonts w:ascii="宋体" w:hAnsi="宋体" w:eastAsia="宋体"/>
          <w:b w:val="0"/>
          <w:sz w:val="22"/>
        </w:rPr>
        <w:t>我是王姐，土生土长呼伦贝尔人，在海拉尔带过二十多个娃。育婴员这行现在俏得很，月嫂、育儿嫂缺人，有证工资就是高。这卷子100道理论题，都是喂养、护理、早期教育里最实用的，理论机考就考这些。建议想入行的姐妹先把理论过了，实操跟着老师练，拿证顺顺当当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