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 w:eastAsia="宋体"/>
          <w:b/>
          <w:sz w:val="36"/>
        </w:rPr>
        <w:t>2027年初级会计职称考试（初级会计实务）全真模拟试卷及答案解析（100题）</w:t>
      </w:r>
    </w:p>
    <w:p>
      <w:pPr>
        <w:jc w:val="center"/>
      </w:pPr>
      <w:r>
        <w:rPr>
          <w:rFonts w:ascii="宋体" w:hAnsi="宋体" w:eastAsia="宋体"/>
          <w:b w:val="0"/>
          <w:sz w:val="22"/>
        </w:rPr>
        <w:t>含2026考务回顾+2027报名预测+100题模拟｜网友投稿·北漂老周整理</w:t>
      </w:r>
    </w:p>
    <w:p>
      <w:r>
        <w:rPr>
          <w:rFonts w:ascii="宋体" w:hAnsi="宋体" w:eastAsia="宋体"/>
          <w:b/>
          <w:sz w:val="26"/>
        </w:rPr>
        <w:t>一、最新考试通知（2026年10月核实）</w:t>
      </w:r>
    </w:p>
    <w:p>
      <w:r>
        <w:rPr>
          <w:rFonts w:ascii="宋体" w:hAnsi="宋体" w:eastAsia="宋体"/>
          <w:b w:val="0"/>
          <w:sz w:val="22"/>
        </w:rPr>
        <w:t>1. 考试名称：全国会计专业技术初级资格考试（初级会计职称），由财政部、人社部组织，每年一次。</w:t>
      </w:r>
    </w:p>
    <w:p>
      <w:r>
        <w:rPr>
          <w:rFonts w:ascii="宋体" w:hAnsi="宋体" w:eastAsia="宋体"/>
          <w:b w:val="0"/>
          <w:sz w:val="22"/>
        </w:rPr>
        <w:t>2. 官方入口：全国会计人员统一服务管理平台 ausm.mof.gov.cn；政策见财政部会计司 kjs.mof.gov.cn、财政部 mof.gov.cn《关于2026年度全国会计专业技术资格考试考务日程安排》。</w:t>
      </w:r>
    </w:p>
    <w:p>
      <w:r>
        <w:rPr>
          <w:rFonts w:ascii="宋体" w:hAnsi="宋体" w:eastAsia="宋体"/>
          <w:b w:val="0"/>
          <w:sz w:val="22"/>
        </w:rPr>
        <w:t>3. 2026年度时间安排（已结束）：报名为2026年1月5日—1月27日（1月27日12:00报名截止、18:00缴费截止），考试于2026年5月举行。</w:t>
      </w:r>
    </w:p>
    <w:p>
      <w:r>
        <w:rPr>
          <w:rFonts w:ascii="宋体" w:hAnsi="宋体" w:eastAsia="宋体"/>
          <w:b w:val="0"/>
          <w:sz w:val="22"/>
        </w:rPr>
        <w:t>4. 考试科目：《初级会计实务》《经济法基础》两科，连续考试、当年全部通过方可取得证书。</w:t>
      </w:r>
    </w:p>
    <w:p>
      <w:r>
        <w:rPr>
          <w:rFonts w:ascii="宋体" w:hAnsi="宋体" w:eastAsia="宋体"/>
          <w:b w:val="0"/>
          <w:sz w:val="22"/>
        </w:rPr>
        <w:t>5. 面向2027年备考：按财政部历年日程规律，2027年度初级、高级报名预计2026年11—12月由各省公告、2027年1月初在全国统一平台开通报名。具体时间、缴费和信息采集要求以财政部及各省财政厅最新公告为准，切勿轻信代报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二、模拟试卷说明</w:t>
      </w:r>
    </w:p>
    <w:p>
      <w:r>
        <w:rPr>
          <w:rFonts w:ascii="宋体" w:hAnsi="宋体" w:eastAsia="宋体"/>
          <w:b w:val="0"/>
          <w:sz w:val="22"/>
        </w:rPr>
        <w:t>本试卷依据该科目全国统一考试大纲的常见题型与分值结构编写，共100题，含单项选择题、多项选择题、判断题（部分科目含简答/案例分析）。建议闭卷计时完成后再对照答案解析。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三、试题</w:t>
      </w:r>
    </w:p>
    <w:p>
      <w:r>
        <w:rPr>
          <w:rFonts w:ascii="宋体" w:hAnsi="宋体" w:eastAsia="宋体"/>
          <w:b w:val="0"/>
          <w:sz w:val="22"/>
        </w:rPr>
        <w:t>【初级会计·单选题 第1题】会计的基本职能是（　）。</w:t>
      </w:r>
    </w:p>
    <w:p>
      <w:r>
        <w:rPr>
          <w:rFonts w:ascii="宋体" w:hAnsi="宋体" w:eastAsia="宋体"/>
          <w:b w:val="0"/>
          <w:sz w:val="22"/>
        </w:rPr>
        <w:t xml:space="preserve">　A. 核算与监督</w:t>
      </w:r>
    </w:p>
    <w:p>
      <w:r>
        <w:rPr>
          <w:rFonts w:ascii="宋体" w:hAnsi="宋体" w:eastAsia="宋体"/>
          <w:b w:val="0"/>
          <w:sz w:val="22"/>
        </w:rPr>
        <w:t xml:space="preserve">　B. 决策与控制</w:t>
      </w:r>
    </w:p>
    <w:p>
      <w:r>
        <w:rPr>
          <w:rFonts w:ascii="宋体" w:hAnsi="宋体" w:eastAsia="宋体"/>
          <w:b w:val="0"/>
          <w:sz w:val="22"/>
        </w:rPr>
        <w:t xml:space="preserve">　C. 预测与分析</w:t>
      </w:r>
    </w:p>
    <w:p>
      <w:r>
        <w:rPr>
          <w:rFonts w:ascii="宋体" w:hAnsi="宋体" w:eastAsia="宋体"/>
          <w:b w:val="0"/>
          <w:sz w:val="22"/>
        </w:rPr>
        <w:t xml:space="preserve">　D. 评价与考核</w:t>
      </w:r>
    </w:p>
    <w:p>
      <w:r>
        <w:rPr>
          <w:rFonts w:ascii="宋体" w:hAnsi="宋体" w:eastAsia="宋体"/>
          <w:b w:val="0"/>
          <w:sz w:val="22"/>
        </w:rPr>
        <w:t>答案：A　解析：会计基本职能是会计核算（反映）和会计监督。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第2题】下列属于资产的是（　）。</w:t>
      </w:r>
    </w:p>
    <w:p>
      <w:r>
        <w:rPr>
          <w:rFonts w:ascii="宋体" w:hAnsi="宋体" w:eastAsia="宋体"/>
          <w:b w:val="0"/>
          <w:sz w:val="22"/>
        </w:rPr>
        <w:t xml:space="preserve">　A. 预付账款</w:t>
      </w:r>
    </w:p>
    <w:p>
      <w:r>
        <w:rPr>
          <w:rFonts w:ascii="宋体" w:hAnsi="宋体" w:eastAsia="宋体"/>
          <w:b w:val="0"/>
          <w:sz w:val="22"/>
        </w:rPr>
        <w:t xml:space="preserve">　B. 预收账款</w:t>
      </w:r>
    </w:p>
    <w:p>
      <w:r>
        <w:rPr>
          <w:rFonts w:ascii="宋体" w:hAnsi="宋体" w:eastAsia="宋体"/>
          <w:b w:val="0"/>
          <w:sz w:val="22"/>
        </w:rPr>
        <w:t xml:space="preserve">　C. 应付账款</w:t>
      </w:r>
    </w:p>
    <w:p>
      <w:r>
        <w:rPr>
          <w:rFonts w:ascii="宋体" w:hAnsi="宋体" w:eastAsia="宋体"/>
          <w:b w:val="0"/>
          <w:sz w:val="22"/>
        </w:rPr>
        <w:t xml:space="preserve">　D. 实收资本</w:t>
      </w:r>
    </w:p>
    <w:p>
      <w:r>
        <w:rPr>
          <w:rFonts w:ascii="宋体" w:hAnsi="宋体" w:eastAsia="宋体"/>
          <w:b w:val="0"/>
          <w:sz w:val="22"/>
        </w:rPr>
        <w:t>答案：A　解析：预付账款是企业预先支付、拥有的权利，属于资产；预收、应付为负债，实收资本为所有者权益。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第3题】下列属于负债的是（　）。</w:t>
      </w:r>
    </w:p>
    <w:p>
      <w:r>
        <w:rPr>
          <w:rFonts w:ascii="宋体" w:hAnsi="宋体" w:eastAsia="宋体"/>
          <w:b w:val="0"/>
          <w:sz w:val="22"/>
        </w:rPr>
        <w:t xml:space="preserve">　A. 应付职工薪酬</w:t>
      </w:r>
    </w:p>
    <w:p>
      <w:r>
        <w:rPr>
          <w:rFonts w:ascii="宋体" w:hAnsi="宋体" w:eastAsia="宋体"/>
          <w:b w:val="0"/>
          <w:sz w:val="22"/>
        </w:rPr>
        <w:t xml:space="preserve">　B. 应收账款</w:t>
      </w:r>
    </w:p>
    <w:p>
      <w:r>
        <w:rPr>
          <w:rFonts w:ascii="宋体" w:hAnsi="宋体" w:eastAsia="宋体"/>
          <w:b w:val="0"/>
          <w:sz w:val="22"/>
        </w:rPr>
        <w:t xml:space="preserve">　C. 库存现金</w:t>
      </w:r>
    </w:p>
    <w:p>
      <w:r>
        <w:rPr>
          <w:rFonts w:ascii="宋体" w:hAnsi="宋体" w:eastAsia="宋体"/>
          <w:b w:val="0"/>
          <w:sz w:val="22"/>
        </w:rPr>
        <w:t xml:space="preserve">　D. 固定资产</w:t>
      </w:r>
    </w:p>
    <w:p>
      <w:r>
        <w:rPr>
          <w:rFonts w:ascii="宋体" w:hAnsi="宋体" w:eastAsia="宋体"/>
          <w:b w:val="0"/>
          <w:sz w:val="22"/>
        </w:rPr>
        <w:t>答案：A　解析：应付职工薪酬是应付未付的职工薪酬，属于流动负债。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第4题】所有者权益不包括（　）。</w:t>
      </w:r>
    </w:p>
    <w:p>
      <w:r>
        <w:rPr>
          <w:rFonts w:ascii="宋体" w:hAnsi="宋体" w:eastAsia="宋体"/>
          <w:b w:val="0"/>
          <w:sz w:val="22"/>
        </w:rPr>
        <w:t xml:space="preserve">　A. 应付债券</w:t>
      </w:r>
    </w:p>
    <w:p>
      <w:r>
        <w:rPr>
          <w:rFonts w:ascii="宋体" w:hAnsi="宋体" w:eastAsia="宋体"/>
          <w:b w:val="0"/>
          <w:sz w:val="22"/>
        </w:rPr>
        <w:t xml:space="preserve">　B. 实收资本</w:t>
      </w:r>
    </w:p>
    <w:p>
      <w:r>
        <w:rPr>
          <w:rFonts w:ascii="宋体" w:hAnsi="宋体" w:eastAsia="宋体"/>
          <w:b w:val="0"/>
          <w:sz w:val="22"/>
        </w:rPr>
        <w:t xml:space="preserve">　C. 资本公积</w:t>
      </w:r>
    </w:p>
    <w:p>
      <w:r>
        <w:rPr>
          <w:rFonts w:ascii="宋体" w:hAnsi="宋体" w:eastAsia="宋体"/>
          <w:b w:val="0"/>
          <w:sz w:val="22"/>
        </w:rPr>
        <w:t xml:space="preserve">　D. 未分配利润</w:t>
      </w:r>
    </w:p>
    <w:p>
      <w:r>
        <w:rPr>
          <w:rFonts w:ascii="宋体" w:hAnsi="宋体" w:eastAsia="宋体"/>
          <w:b w:val="0"/>
          <w:sz w:val="22"/>
        </w:rPr>
        <w:t>答案：A　解析：应付债券属于非流动负债，其余为所有者权益。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第5题】资产=负债+所有者权益是（　）。</w:t>
      </w:r>
    </w:p>
    <w:p>
      <w:r>
        <w:rPr>
          <w:rFonts w:ascii="宋体" w:hAnsi="宋体" w:eastAsia="宋体"/>
          <w:b w:val="0"/>
          <w:sz w:val="22"/>
        </w:rPr>
        <w:t xml:space="preserve">　A. 基本会计等式</w:t>
      </w:r>
    </w:p>
    <w:p>
      <w:r>
        <w:rPr>
          <w:rFonts w:ascii="宋体" w:hAnsi="宋体" w:eastAsia="宋体"/>
          <w:b w:val="0"/>
          <w:sz w:val="22"/>
        </w:rPr>
        <w:t xml:space="preserve">　B. 动态等式</w:t>
      </w:r>
    </w:p>
    <w:p>
      <w:r>
        <w:rPr>
          <w:rFonts w:ascii="宋体" w:hAnsi="宋体" w:eastAsia="宋体"/>
          <w:b w:val="0"/>
          <w:sz w:val="22"/>
        </w:rPr>
        <w:t xml:space="preserve">　C. 经营成果等式</w:t>
      </w:r>
    </w:p>
    <w:p>
      <w:r>
        <w:rPr>
          <w:rFonts w:ascii="宋体" w:hAnsi="宋体" w:eastAsia="宋体"/>
          <w:b w:val="0"/>
          <w:sz w:val="22"/>
        </w:rPr>
        <w:t xml:space="preserve">　D. 现金流量等式</w:t>
      </w:r>
    </w:p>
    <w:p>
      <w:r>
        <w:rPr>
          <w:rFonts w:ascii="宋体" w:hAnsi="宋体" w:eastAsia="宋体"/>
          <w:b w:val="0"/>
          <w:sz w:val="22"/>
        </w:rPr>
        <w:t>答案：A　解析：资产=负债+所有者权益是静态的基本会计等式，是复式记账和编表基础。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第6题】收入减去费用后的净额称为（　）。</w:t>
      </w:r>
    </w:p>
    <w:p>
      <w:r>
        <w:rPr>
          <w:rFonts w:ascii="宋体" w:hAnsi="宋体" w:eastAsia="宋体"/>
          <w:b w:val="0"/>
          <w:sz w:val="22"/>
        </w:rPr>
        <w:t xml:space="preserve">　A. 利润</w:t>
      </w:r>
    </w:p>
    <w:p>
      <w:r>
        <w:rPr>
          <w:rFonts w:ascii="宋体" w:hAnsi="宋体" w:eastAsia="宋体"/>
          <w:b w:val="0"/>
          <w:sz w:val="22"/>
        </w:rPr>
        <w:t xml:space="preserve">　B. 资产</w:t>
      </w:r>
    </w:p>
    <w:p>
      <w:r>
        <w:rPr>
          <w:rFonts w:ascii="宋体" w:hAnsi="宋体" w:eastAsia="宋体"/>
          <w:b w:val="0"/>
          <w:sz w:val="22"/>
        </w:rPr>
        <w:t xml:space="preserve">　C. 负债</w:t>
      </w:r>
    </w:p>
    <w:p>
      <w:r>
        <w:rPr>
          <w:rFonts w:ascii="宋体" w:hAnsi="宋体" w:eastAsia="宋体"/>
          <w:b w:val="0"/>
          <w:sz w:val="22"/>
        </w:rPr>
        <w:t xml:space="preserve">　D. 所有者权益</w:t>
      </w:r>
    </w:p>
    <w:p>
      <w:r>
        <w:rPr>
          <w:rFonts w:ascii="宋体" w:hAnsi="宋体" w:eastAsia="宋体"/>
          <w:b w:val="0"/>
          <w:sz w:val="22"/>
        </w:rPr>
        <w:t>答案：A　解析：利润=收入-费用，反映一定会计期间经营成果。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第7题】企业收到投资者投入资本，应贷记（　）。</w:t>
      </w:r>
    </w:p>
    <w:p>
      <w:r>
        <w:rPr>
          <w:rFonts w:ascii="宋体" w:hAnsi="宋体" w:eastAsia="宋体"/>
          <w:b w:val="0"/>
          <w:sz w:val="22"/>
        </w:rPr>
        <w:t xml:space="preserve">　A. 实收资本</w:t>
      </w:r>
    </w:p>
    <w:p>
      <w:r>
        <w:rPr>
          <w:rFonts w:ascii="宋体" w:hAnsi="宋体" w:eastAsia="宋体"/>
          <w:b w:val="0"/>
          <w:sz w:val="22"/>
        </w:rPr>
        <w:t xml:space="preserve">　B. 银行存款</w:t>
      </w:r>
    </w:p>
    <w:p>
      <w:r>
        <w:rPr>
          <w:rFonts w:ascii="宋体" w:hAnsi="宋体" w:eastAsia="宋体"/>
          <w:b w:val="0"/>
          <w:sz w:val="22"/>
        </w:rPr>
        <w:t xml:space="preserve">　C. 固定资产</w:t>
      </w:r>
    </w:p>
    <w:p>
      <w:r>
        <w:rPr>
          <w:rFonts w:ascii="宋体" w:hAnsi="宋体" w:eastAsia="宋体"/>
          <w:b w:val="0"/>
          <w:sz w:val="22"/>
        </w:rPr>
        <w:t xml:space="preserve">　D. 短期借款</w:t>
      </w:r>
    </w:p>
    <w:p>
      <w:r>
        <w:rPr>
          <w:rFonts w:ascii="宋体" w:hAnsi="宋体" w:eastAsia="宋体"/>
          <w:b w:val="0"/>
          <w:sz w:val="22"/>
        </w:rPr>
        <w:t>答案：A　解析：收到投资：借银行存款等，贷实收资本（所有者权益增加）。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第8题】借贷记账法下，资产类账户的增加记（　）。</w:t>
      </w:r>
    </w:p>
    <w:p>
      <w:r>
        <w:rPr>
          <w:rFonts w:ascii="宋体" w:hAnsi="宋体" w:eastAsia="宋体"/>
          <w:b w:val="0"/>
          <w:sz w:val="22"/>
        </w:rPr>
        <w:t xml:space="preserve">　A. 借方</w:t>
      </w:r>
    </w:p>
    <w:p>
      <w:r>
        <w:rPr>
          <w:rFonts w:ascii="宋体" w:hAnsi="宋体" w:eastAsia="宋体"/>
          <w:b w:val="0"/>
          <w:sz w:val="22"/>
        </w:rPr>
        <w:t xml:space="preserve">　B. 贷方</w:t>
      </w:r>
    </w:p>
    <w:p>
      <w:r>
        <w:rPr>
          <w:rFonts w:ascii="宋体" w:hAnsi="宋体" w:eastAsia="宋体"/>
          <w:b w:val="0"/>
          <w:sz w:val="22"/>
        </w:rPr>
        <w:t xml:space="preserve">　C. 双方</w:t>
      </w:r>
    </w:p>
    <w:p>
      <w:r>
        <w:rPr>
          <w:rFonts w:ascii="宋体" w:hAnsi="宋体" w:eastAsia="宋体"/>
          <w:b w:val="0"/>
          <w:sz w:val="22"/>
        </w:rPr>
        <w:t xml:space="preserve">　D. 不记账</w:t>
      </w:r>
    </w:p>
    <w:p>
      <w:r>
        <w:rPr>
          <w:rFonts w:ascii="宋体" w:hAnsi="宋体" w:eastAsia="宋体"/>
          <w:b w:val="0"/>
          <w:sz w:val="22"/>
        </w:rPr>
        <w:t>答案：A　解析：资产、费用类增加记借方；负债、所有者权益、收入增加记贷方。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第9题】借贷记账法下，负债类账户的增加记（　）。</w:t>
      </w:r>
    </w:p>
    <w:p>
      <w:r>
        <w:rPr>
          <w:rFonts w:ascii="宋体" w:hAnsi="宋体" w:eastAsia="宋体"/>
          <w:b w:val="0"/>
          <w:sz w:val="22"/>
        </w:rPr>
        <w:t xml:space="preserve">　A. 贷方</w:t>
      </w:r>
    </w:p>
    <w:p>
      <w:r>
        <w:rPr>
          <w:rFonts w:ascii="宋体" w:hAnsi="宋体" w:eastAsia="宋体"/>
          <w:b w:val="0"/>
          <w:sz w:val="22"/>
        </w:rPr>
        <w:t xml:space="preserve">　B. 借方</w:t>
      </w:r>
    </w:p>
    <w:p>
      <w:r>
        <w:rPr>
          <w:rFonts w:ascii="宋体" w:hAnsi="宋体" w:eastAsia="宋体"/>
          <w:b w:val="0"/>
          <w:sz w:val="22"/>
        </w:rPr>
        <w:t xml:space="preserve">　C. 双方</w:t>
      </w:r>
    </w:p>
    <w:p>
      <w:r>
        <w:rPr>
          <w:rFonts w:ascii="宋体" w:hAnsi="宋体" w:eastAsia="宋体"/>
          <w:b w:val="0"/>
          <w:sz w:val="22"/>
        </w:rPr>
        <w:t xml:space="preserve">　D. 红字</w:t>
      </w:r>
    </w:p>
    <w:p>
      <w:r>
        <w:rPr>
          <w:rFonts w:ascii="宋体" w:hAnsi="宋体" w:eastAsia="宋体"/>
          <w:b w:val="0"/>
          <w:sz w:val="22"/>
        </w:rPr>
        <w:t>答案：A　解析：负债和所有者权益、收入增加记贷方。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第10题】资产类账户期末余额一般在（　）。</w:t>
      </w:r>
    </w:p>
    <w:p>
      <w:r>
        <w:rPr>
          <w:rFonts w:ascii="宋体" w:hAnsi="宋体" w:eastAsia="宋体"/>
          <w:b w:val="0"/>
          <w:sz w:val="22"/>
        </w:rPr>
        <w:t xml:space="preserve">　A. 借方</w:t>
      </w:r>
    </w:p>
    <w:p>
      <w:r>
        <w:rPr>
          <w:rFonts w:ascii="宋体" w:hAnsi="宋体" w:eastAsia="宋体"/>
          <w:b w:val="0"/>
          <w:sz w:val="22"/>
        </w:rPr>
        <w:t xml:space="preserve">　B. 贷方</w:t>
      </w:r>
    </w:p>
    <w:p>
      <w:r>
        <w:rPr>
          <w:rFonts w:ascii="宋体" w:hAnsi="宋体" w:eastAsia="宋体"/>
          <w:b w:val="0"/>
          <w:sz w:val="22"/>
        </w:rPr>
        <w:t xml:space="preserve">　C. 借方或贷方</w:t>
      </w:r>
    </w:p>
    <w:p>
      <w:r>
        <w:rPr>
          <w:rFonts w:ascii="宋体" w:hAnsi="宋体" w:eastAsia="宋体"/>
          <w:b w:val="0"/>
          <w:sz w:val="22"/>
        </w:rPr>
        <w:t xml:space="preserve">　D. 无余额</w:t>
      </w:r>
    </w:p>
    <w:p>
      <w:r>
        <w:rPr>
          <w:rFonts w:ascii="宋体" w:hAnsi="宋体" w:eastAsia="宋体"/>
          <w:b w:val="0"/>
          <w:sz w:val="22"/>
        </w:rPr>
        <w:t>答案：A　解析：资产类账户余额通常在借方。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第11题】企业用银行存款偿还短期借款，会导致（　）。</w:t>
      </w:r>
    </w:p>
    <w:p>
      <w:r>
        <w:rPr>
          <w:rFonts w:ascii="宋体" w:hAnsi="宋体" w:eastAsia="宋体"/>
          <w:b w:val="0"/>
          <w:sz w:val="22"/>
        </w:rPr>
        <w:t xml:space="preserve">　A. 资产减少、负债减少</w:t>
      </w:r>
    </w:p>
    <w:p>
      <w:r>
        <w:rPr>
          <w:rFonts w:ascii="宋体" w:hAnsi="宋体" w:eastAsia="宋体"/>
          <w:b w:val="0"/>
          <w:sz w:val="22"/>
        </w:rPr>
        <w:t xml:space="preserve">　B. 资产增加、负债增加</w:t>
      </w:r>
    </w:p>
    <w:p>
      <w:r>
        <w:rPr>
          <w:rFonts w:ascii="宋体" w:hAnsi="宋体" w:eastAsia="宋体"/>
          <w:b w:val="0"/>
          <w:sz w:val="22"/>
        </w:rPr>
        <w:t xml:space="preserve">　C. 资产不变</w:t>
      </w:r>
    </w:p>
    <w:p>
      <w:r>
        <w:rPr>
          <w:rFonts w:ascii="宋体" w:hAnsi="宋体" w:eastAsia="宋体"/>
          <w:b w:val="0"/>
          <w:sz w:val="22"/>
        </w:rPr>
        <w:t xml:space="preserve">　D. 权益增加</w:t>
      </w:r>
    </w:p>
    <w:p>
      <w:r>
        <w:rPr>
          <w:rFonts w:ascii="宋体" w:hAnsi="宋体" w:eastAsia="宋体"/>
          <w:b w:val="0"/>
          <w:sz w:val="22"/>
        </w:rPr>
        <w:t>答案：A　解析：借短期借款（负债减少），贷银行存款（资产减少）。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第12题】下列属于期间费用的是（　）。</w:t>
      </w:r>
    </w:p>
    <w:p>
      <w:r>
        <w:rPr>
          <w:rFonts w:ascii="宋体" w:hAnsi="宋体" w:eastAsia="宋体"/>
          <w:b w:val="0"/>
          <w:sz w:val="22"/>
        </w:rPr>
        <w:t xml:space="preserve">　A. 管理费用</w:t>
      </w:r>
    </w:p>
    <w:p>
      <w:r>
        <w:rPr>
          <w:rFonts w:ascii="宋体" w:hAnsi="宋体" w:eastAsia="宋体"/>
          <w:b w:val="0"/>
          <w:sz w:val="22"/>
        </w:rPr>
        <w:t xml:space="preserve">　B. 制造费用</w:t>
      </w:r>
    </w:p>
    <w:p>
      <w:r>
        <w:rPr>
          <w:rFonts w:ascii="宋体" w:hAnsi="宋体" w:eastAsia="宋体"/>
          <w:b w:val="0"/>
          <w:sz w:val="22"/>
        </w:rPr>
        <w:t xml:space="preserve">　C. 生产成本</w:t>
      </w:r>
    </w:p>
    <w:p>
      <w:r>
        <w:rPr>
          <w:rFonts w:ascii="宋体" w:hAnsi="宋体" w:eastAsia="宋体"/>
          <w:b w:val="0"/>
          <w:sz w:val="22"/>
        </w:rPr>
        <w:t xml:space="preserve">　D. 原材料</w:t>
      </w:r>
    </w:p>
    <w:p>
      <w:r>
        <w:rPr>
          <w:rFonts w:ascii="宋体" w:hAnsi="宋体" w:eastAsia="宋体"/>
          <w:b w:val="0"/>
          <w:sz w:val="22"/>
        </w:rPr>
        <w:t>答案：A　解析：管理费用、销售费用、财务费用为期间费用；制造费用计入产品成本。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第13题】企业销售商品确认收入应在（　）。</w:t>
      </w:r>
    </w:p>
    <w:p>
      <w:r>
        <w:rPr>
          <w:rFonts w:ascii="宋体" w:hAnsi="宋体" w:eastAsia="宋体"/>
          <w:b w:val="0"/>
          <w:sz w:val="22"/>
        </w:rPr>
        <w:t xml:space="preserve">　A. 客户取得相关商品控制权时</w:t>
      </w:r>
    </w:p>
    <w:p>
      <w:r>
        <w:rPr>
          <w:rFonts w:ascii="宋体" w:hAnsi="宋体" w:eastAsia="宋体"/>
          <w:b w:val="0"/>
          <w:sz w:val="22"/>
        </w:rPr>
        <w:t xml:space="preserve">　B. 签订合同时</w:t>
      </w:r>
    </w:p>
    <w:p>
      <w:r>
        <w:rPr>
          <w:rFonts w:ascii="宋体" w:hAnsi="宋体" w:eastAsia="宋体"/>
          <w:b w:val="0"/>
          <w:sz w:val="22"/>
        </w:rPr>
        <w:t xml:space="preserve">　C. 收到定金时</w:t>
      </w:r>
    </w:p>
    <w:p>
      <w:r>
        <w:rPr>
          <w:rFonts w:ascii="宋体" w:hAnsi="宋体" w:eastAsia="宋体"/>
          <w:b w:val="0"/>
          <w:sz w:val="22"/>
        </w:rPr>
        <w:t xml:space="preserve">　D. 年末</w:t>
      </w:r>
    </w:p>
    <w:p>
      <w:r>
        <w:rPr>
          <w:rFonts w:ascii="宋体" w:hAnsi="宋体" w:eastAsia="宋体"/>
          <w:b w:val="0"/>
          <w:sz w:val="22"/>
        </w:rPr>
        <w:t>答案：A　解析：按新收入准则，在客户取得商品控制权时确认收入。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第14题】企业采用托收承付方式销售商品，确认收入时点通常为（　）。</w:t>
      </w:r>
    </w:p>
    <w:p>
      <w:r>
        <w:rPr>
          <w:rFonts w:ascii="宋体" w:hAnsi="宋体" w:eastAsia="宋体"/>
          <w:b w:val="0"/>
          <w:sz w:val="22"/>
        </w:rPr>
        <w:t xml:space="preserve">　A. 发出商品并办妥托收手续时</w:t>
      </w:r>
    </w:p>
    <w:p>
      <w:r>
        <w:rPr>
          <w:rFonts w:ascii="宋体" w:hAnsi="宋体" w:eastAsia="宋体"/>
          <w:b w:val="0"/>
          <w:sz w:val="22"/>
        </w:rPr>
        <w:t xml:space="preserve">　B. 签订合同时</w:t>
      </w:r>
    </w:p>
    <w:p>
      <w:r>
        <w:rPr>
          <w:rFonts w:ascii="宋体" w:hAnsi="宋体" w:eastAsia="宋体"/>
          <w:b w:val="0"/>
          <w:sz w:val="22"/>
        </w:rPr>
        <w:t xml:space="preserve">　C. 收到货款时</w:t>
      </w:r>
    </w:p>
    <w:p>
      <w:r>
        <w:rPr>
          <w:rFonts w:ascii="宋体" w:hAnsi="宋体" w:eastAsia="宋体"/>
          <w:b w:val="0"/>
          <w:sz w:val="22"/>
        </w:rPr>
        <w:t xml:space="preserve">　D. 商品入库时</w:t>
      </w:r>
    </w:p>
    <w:p>
      <w:r>
        <w:rPr>
          <w:rFonts w:ascii="宋体" w:hAnsi="宋体" w:eastAsia="宋体"/>
          <w:b w:val="0"/>
          <w:sz w:val="22"/>
        </w:rPr>
        <w:t>答案：A　解析：托收承付方式下，发出商品并办妥托收手续时确认收入。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第15题】现金折扣在实际发生时，应计入（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财务费用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销售费用</w:t>
      </w:r>
    </w:p>
    <w:p>
      <w:r>
        <w:rPr>
          <w:rFonts w:ascii="宋体" w:hAnsi="宋体" w:eastAsia="宋体"/>
          <w:b w:val="0"/>
          <w:sz w:val="22"/>
        </w:rPr>
        <w:t xml:space="preserve">　D. 冲减收入</w:t>
      </w:r>
    </w:p>
    <w:p>
      <w:r>
        <w:rPr>
          <w:rFonts w:ascii="宋体" w:hAnsi="宋体" w:eastAsia="宋体"/>
          <w:b w:val="0"/>
          <w:sz w:val="22"/>
        </w:rPr>
        <w:t>答案：A　解析：现金折扣按总价法，实际发生时计入财务费用。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第16题】商业折扣在销售时即已确定，应（　）。</w:t>
      </w:r>
    </w:p>
    <w:p>
      <w:r>
        <w:rPr>
          <w:rFonts w:ascii="宋体" w:hAnsi="宋体" w:eastAsia="宋体"/>
          <w:b w:val="0"/>
          <w:sz w:val="22"/>
        </w:rPr>
        <w:t xml:space="preserve">　A. 按扣除商业折扣后的金额确认收入</w:t>
      </w:r>
    </w:p>
    <w:p>
      <w:r>
        <w:rPr>
          <w:rFonts w:ascii="宋体" w:hAnsi="宋体" w:eastAsia="宋体"/>
          <w:b w:val="0"/>
          <w:sz w:val="22"/>
        </w:rPr>
        <w:t xml:space="preserve">　B. 按全额确认收入</w:t>
      </w:r>
    </w:p>
    <w:p>
      <w:r>
        <w:rPr>
          <w:rFonts w:ascii="宋体" w:hAnsi="宋体" w:eastAsia="宋体"/>
          <w:b w:val="0"/>
          <w:sz w:val="22"/>
        </w:rPr>
        <w:t xml:space="preserve">　C. 计入财务费用</w:t>
      </w:r>
    </w:p>
    <w:p>
      <w:r>
        <w:rPr>
          <w:rFonts w:ascii="宋体" w:hAnsi="宋体" w:eastAsia="宋体"/>
          <w:b w:val="0"/>
          <w:sz w:val="22"/>
        </w:rPr>
        <w:t xml:space="preserve">　D. 计入销售费用</w:t>
      </w:r>
    </w:p>
    <w:p>
      <w:r>
        <w:rPr>
          <w:rFonts w:ascii="宋体" w:hAnsi="宋体" w:eastAsia="宋体"/>
          <w:b w:val="0"/>
          <w:sz w:val="22"/>
        </w:rPr>
        <w:t>答案：A　解析：商业折扣直接按折扣后金额确定收入。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第17题】企业购入材料已验收入库但货款未付，应贷记（　）。</w:t>
      </w:r>
    </w:p>
    <w:p>
      <w:r>
        <w:rPr>
          <w:rFonts w:ascii="宋体" w:hAnsi="宋体" w:eastAsia="宋体"/>
          <w:b w:val="0"/>
          <w:sz w:val="22"/>
        </w:rPr>
        <w:t xml:space="preserve">　A. 应付账款</w:t>
      </w:r>
    </w:p>
    <w:p>
      <w:r>
        <w:rPr>
          <w:rFonts w:ascii="宋体" w:hAnsi="宋体" w:eastAsia="宋体"/>
          <w:b w:val="0"/>
          <w:sz w:val="22"/>
        </w:rPr>
        <w:t xml:space="preserve">　B. 应收账款</w:t>
      </w:r>
    </w:p>
    <w:p>
      <w:r>
        <w:rPr>
          <w:rFonts w:ascii="宋体" w:hAnsi="宋体" w:eastAsia="宋体"/>
          <w:b w:val="0"/>
          <w:sz w:val="22"/>
        </w:rPr>
        <w:t xml:space="preserve">　C. 预付账款</w:t>
      </w:r>
    </w:p>
    <w:p>
      <w:r>
        <w:rPr>
          <w:rFonts w:ascii="宋体" w:hAnsi="宋体" w:eastAsia="宋体"/>
          <w:b w:val="0"/>
          <w:sz w:val="22"/>
        </w:rPr>
        <w:t xml:space="preserve">　D. 银行存款</w:t>
      </w:r>
    </w:p>
    <w:p>
      <w:r>
        <w:rPr>
          <w:rFonts w:ascii="宋体" w:hAnsi="宋体" w:eastAsia="宋体"/>
          <w:b w:val="0"/>
          <w:sz w:val="22"/>
        </w:rPr>
        <w:t>答案：A　解析：借原材料、应交税费，贷应付账款。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第18题】原材料采用实际成本法核算，发出材料计价方法不包括（　）。</w:t>
      </w:r>
    </w:p>
    <w:p>
      <w:r>
        <w:rPr>
          <w:rFonts w:ascii="宋体" w:hAnsi="宋体" w:eastAsia="宋体"/>
          <w:b w:val="0"/>
          <w:sz w:val="22"/>
        </w:rPr>
        <w:t xml:space="preserve">　A. 后进先出法</w:t>
      </w:r>
    </w:p>
    <w:p>
      <w:r>
        <w:rPr>
          <w:rFonts w:ascii="宋体" w:hAnsi="宋体" w:eastAsia="宋体"/>
          <w:b w:val="0"/>
          <w:sz w:val="22"/>
        </w:rPr>
        <w:t xml:space="preserve">　B. 先进先出法</w:t>
      </w:r>
    </w:p>
    <w:p>
      <w:r>
        <w:rPr>
          <w:rFonts w:ascii="宋体" w:hAnsi="宋体" w:eastAsia="宋体"/>
          <w:b w:val="0"/>
          <w:sz w:val="22"/>
        </w:rPr>
        <w:t xml:space="preserve">　C. 月末一次加权平均法</w:t>
      </w:r>
    </w:p>
    <w:p>
      <w:r>
        <w:rPr>
          <w:rFonts w:ascii="宋体" w:hAnsi="宋体" w:eastAsia="宋体"/>
          <w:b w:val="0"/>
          <w:sz w:val="22"/>
        </w:rPr>
        <w:t xml:space="preserve">　D. 个别计价法</w:t>
      </w:r>
    </w:p>
    <w:p>
      <w:r>
        <w:rPr>
          <w:rFonts w:ascii="宋体" w:hAnsi="宋体" w:eastAsia="宋体"/>
          <w:b w:val="0"/>
          <w:sz w:val="22"/>
        </w:rPr>
        <w:t>答案：A　解析：现行准则允许先进先出、加权平均、个别计价，后进先出法已取消。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第19题】存货盘盈经批准后，一般应（　）。</w:t>
      </w:r>
    </w:p>
    <w:p>
      <w:r>
        <w:rPr>
          <w:rFonts w:ascii="宋体" w:hAnsi="宋体" w:eastAsia="宋体"/>
          <w:b w:val="0"/>
          <w:sz w:val="22"/>
        </w:rPr>
        <w:t xml:space="preserve">　A. 冲减管理费用</w:t>
      </w:r>
    </w:p>
    <w:p>
      <w:r>
        <w:rPr>
          <w:rFonts w:ascii="宋体" w:hAnsi="宋体" w:eastAsia="宋体"/>
          <w:b w:val="0"/>
          <w:sz w:val="22"/>
        </w:rPr>
        <w:t xml:space="preserve">　B. 计入营业外收入</w:t>
      </w:r>
    </w:p>
    <w:p>
      <w:r>
        <w:rPr>
          <w:rFonts w:ascii="宋体" w:hAnsi="宋体" w:eastAsia="宋体"/>
          <w:b w:val="0"/>
          <w:sz w:val="22"/>
        </w:rPr>
        <w:t xml:space="preserve">　C. 计入主营业务收入</w:t>
      </w:r>
    </w:p>
    <w:p>
      <w:r>
        <w:rPr>
          <w:rFonts w:ascii="宋体" w:hAnsi="宋体" w:eastAsia="宋体"/>
          <w:b w:val="0"/>
          <w:sz w:val="22"/>
        </w:rPr>
        <w:t xml:space="preserve">　D. 增加资本公积</w:t>
      </w:r>
    </w:p>
    <w:p>
      <w:r>
        <w:rPr>
          <w:rFonts w:ascii="宋体" w:hAnsi="宋体" w:eastAsia="宋体"/>
          <w:b w:val="0"/>
          <w:sz w:val="22"/>
        </w:rPr>
        <w:t>答案：A　解析：存货盘盈通常冲减管理费用。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第20题】固定资产计提折旧时，应贷记的科目是（　）。</w:t>
      </w:r>
    </w:p>
    <w:p>
      <w:r>
        <w:rPr>
          <w:rFonts w:ascii="宋体" w:hAnsi="宋体" w:eastAsia="宋体"/>
          <w:b w:val="0"/>
          <w:sz w:val="22"/>
        </w:rPr>
        <w:t xml:space="preserve">　A. 累计折旧</w:t>
      </w:r>
    </w:p>
    <w:p>
      <w:r>
        <w:rPr>
          <w:rFonts w:ascii="宋体" w:hAnsi="宋体" w:eastAsia="宋体"/>
          <w:b w:val="0"/>
          <w:sz w:val="22"/>
        </w:rPr>
        <w:t xml:space="preserve">　B. 固定资产</w:t>
      </w:r>
    </w:p>
    <w:p>
      <w:r>
        <w:rPr>
          <w:rFonts w:ascii="宋体" w:hAnsi="宋体" w:eastAsia="宋体"/>
          <w:b w:val="0"/>
          <w:sz w:val="22"/>
        </w:rPr>
        <w:t xml:space="preserve">　C. 管理费用</w:t>
      </w:r>
    </w:p>
    <w:p>
      <w:r>
        <w:rPr>
          <w:rFonts w:ascii="宋体" w:hAnsi="宋体" w:eastAsia="宋体"/>
          <w:b w:val="0"/>
          <w:sz w:val="22"/>
        </w:rPr>
        <w:t xml:space="preserve">　D. 制造费用</w:t>
      </w:r>
    </w:p>
    <w:p>
      <w:r>
        <w:rPr>
          <w:rFonts w:ascii="宋体" w:hAnsi="宋体" w:eastAsia="宋体"/>
          <w:b w:val="0"/>
          <w:sz w:val="22"/>
        </w:rPr>
        <w:t>答案：A　解析：计提折旧：借费用/成本，贷累计折旧。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第21题】下列固定资产中，不计提折旧的是（　）。</w:t>
      </w:r>
    </w:p>
    <w:p>
      <w:r>
        <w:rPr>
          <w:rFonts w:ascii="宋体" w:hAnsi="宋体" w:eastAsia="宋体"/>
          <w:b w:val="0"/>
          <w:sz w:val="22"/>
        </w:rPr>
        <w:t xml:space="preserve">　A. 已提足折旧仍继续使用的固定资产</w:t>
      </w:r>
    </w:p>
    <w:p>
      <w:r>
        <w:rPr>
          <w:rFonts w:ascii="宋体" w:hAnsi="宋体" w:eastAsia="宋体"/>
          <w:b w:val="0"/>
          <w:sz w:val="22"/>
        </w:rPr>
        <w:t xml:space="preserve">　B. 闲置厂房</w:t>
      </w:r>
    </w:p>
    <w:p>
      <w:r>
        <w:rPr>
          <w:rFonts w:ascii="宋体" w:hAnsi="宋体" w:eastAsia="宋体"/>
          <w:b w:val="0"/>
          <w:sz w:val="22"/>
        </w:rPr>
        <w:t xml:space="preserve">　C. 管理用设备</w:t>
      </w:r>
    </w:p>
    <w:p>
      <w:r>
        <w:rPr>
          <w:rFonts w:ascii="宋体" w:hAnsi="宋体" w:eastAsia="宋体"/>
          <w:b w:val="0"/>
          <w:sz w:val="22"/>
        </w:rPr>
        <w:t xml:space="preserve">　D. 出租车辆</w:t>
      </w:r>
    </w:p>
    <w:p>
      <w:r>
        <w:rPr>
          <w:rFonts w:ascii="宋体" w:hAnsi="宋体" w:eastAsia="宋体"/>
          <w:b w:val="0"/>
          <w:sz w:val="22"/>
        </w:rPr>
        <w:t>答案：A　解析：已提足折旧、单独计价入账的土地不计提折旧。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第22题】企业行政管理部门使用固定资产计提的折旧，应计入（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管理费用</w:t>
      </w:r>
    </w:p>
    <w:p>
      <w:r>
        <w:rPr>
          <w:rFonts w:ascii="宋体" w:hAnsi="宋体" w:eastAsia="宋体"/>
          <w:b w:val="0"/>
          <w:sz w:val="22"/>
        </w:rPr>
        <w:t xml:space="preserve">　B. 制造费用</w:t>
      </w:r>
    </w:p>
    <w:p>
      <w:r>
        <w:rPr>
          <w:rFonts w:ascii="宋体" w:hAnsi="宋体" w:eastAsia="宋体"/>
          <w:b w:val="0"/>
          <w:sz w:val="22"/>
        </w:rPr>
        <w:t xml:space="preserve">　C. 销售费用</w:t>
      </w:r>
    </w:p>
    <w:p>
      <w:r>
        <w:rPr>
          <w:rFonts w:ascii="宋体" w:hAnsi="宋体" w:eastAsia="宋体"/>
          <w:b w:val="0"/>
          <w:sz w:val="22"/>
        </w:rPr>
        <w:t xml:space="preserve">　D. 财务费用</w:t>
      </w:r>
    </w:p>
    <w:p>
      <w:r>
        <w:rPr>
          <w:rFonts w:ascii="宋体" w:hAnsi="宋体" w:eastAsia="宋体"/>
          <w:b w:val="0"/>
          <w:sz w:val="22"/>
        </w:rPr>
        <w:t>答案：A　解析：管理部门用资产折旧计入管理费用。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第23题】无形资产摊销一般应计入（　）。</w:t>
      </w:r>
    </w:p>
    <w:p>
      <w:r>
        <w:rPr>
          <w:rFonts w:ascii="宋体" w:hAnsi="宋体" w:eastAsia="宋体"/>
          <w:b w:val="0"/>
          <w:sz w:val="22"/>
        </w:rPr>
        <w:t xml:space="preserve">　A. 管理费用（或相关成本）</w:t>
      </w:r>
    </w:p>
    <w:p>
      <w:r>
        <w:rPr>
          <w:rFonts w:ascii="宋体" w:hAnsi="宋体" w:eastAsia="宋体"/>
          <w:b w:val="0"/>
          <w:sz w:val="22"/>
        </w:rPr>
        <w:t xml:space="preserve">　B. 营业外支出</w:t>
      </w:r>
    </w:p>
    <w:p>
      <w:r>
        <w:rPr>
          <w:rFonts w:ascii="宋体" w:hAnsi="宋体" w:eastAsia="宋体"/>
          <w:b w:val="0"/>
          <w:sz w:val="22"/>
        </w:rPr>
        <w:t xml:space="preserve">　C. 财务费用</w:t>
      </w:r>
    </w:p>
    <w:p>
      <w:r>
        <w:rPr>
          <w:rFonts w:ascii="宋体" w:hAnsi="宋体" w:eastAsia="宋体"/>
          <w:b w:val="0"/>
          <w:sz w:val="22"/>
        </w:rPr>
        <w:t xml:space="preserve">　D. 制造费用（生产用）</w:t>
      </w:r>
    </w:p>
    <w:p>
      <w:r>
        <w:rPr>
          <w:rFonts w:ascii="宋体" w:hAnsi="宋体" w:eastAsia="宋体"/>
          <w:b w:val="0"/>
          <w:sz w:val="22"/>
        </w:rPr>
        <w:t>答案：A　解析：自用无形资产摊销通常计入管理费用，专门用于生产的计入相关成本。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第24题】企业对外销售原材料取得的收入，应计入（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其他业务收入</w:t>
      </w:r>
    </w:p>
    <w:p>
      <w:r>
        <w:rPr>
          <w:rFonts w:ascii="宋体" w:hAnsi="宋体" w:eastAsia="宋体"/>
          <w:b w:val="0"/>
          <w:sz w:val="22"/>
        </w:rPr>
        <w:t xml:space="preserve">　B. 主营业务收入</w:t>
      </w:r>
    </w:p>
    <w:p>
      <w:r>
        <w:rPr>
          <w:rFonts w:ascii="宋体" w:hAnsi="宋体" w:eastAsia="宋体"/>
          <w:b w:val="0"/>
          <w:sz w:val="22"/>
        </w:rPr>
        <w:t xml:space="preserve">　C. 营业外收入</w:t>
      </w:r>
    </w:p>
    <w:p>
      <w:r>
        <w:rPr>
          <w:rFonts w:ascii="宋体" w:hAnsi="宋体" w:eastAsia="宋体"/>
          <w:b w:val="0"/>
          <w:sz w:val="22"/>
        </w:rPr>
        <w:t xml:space="preserve">　D. 投资收益</w:t>
      </w:r>
    </w:p>
    <w:p>
      <w:r>
        <w:rPr>
          <w:rFonts w:ascii="宋体" w:hAnsi="宋体" w:eastAsia="宋体"/>
          <w:b w:val="0"/>
          <w:sz w:val="22"/>
        </w:rPr>
        <w:t>答案：A　解析：销售材料属于兼营业务，计入其他业务收入。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第25题】企业支付的广告费一般应计入（　）。</w:t>
      </w:r>
    </w:p>
    <w:p>
      <w:r>
        <w:rPr>
          <w:rFonts w:ascii="宋体" w:hAnsi="宋体" w:eastAsia="宋体"/>
          <w:b w:val="0"/>
          <w:sz w:val="22"/>
        </w:rPr>
        <w:t xml:space="preserve">　A. 销售费用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财务费用</w:t>
      </w:r>
    </w:p>
    <w:p>
      <w:r>
        <w:rPr>
          <w:rFonts w:ascii="宋体" w:hAnsi="宋体" w:eastAsia="宋体"/>
          <w:b w:val="0"/>
          <w:sz w:val="22"/>
        </w:rPr>
        <w:t xml:space="preserve">　D. 制造费用</w:t>
      </w:r>
    </w:p>
    <w:p>
      <w:r>
        <w:rPr>
          <w:rFonts w:ascii="宋体" w:hAnsi="宋体" w:eastAsia="宋体"/>
          <w:b w:val="0"/>
          <w:sz w:val="22"/>
        </w:rPr>
        <w:t>答案：A　解析：广告、展览等销售环节费用计入销售费用。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第26题】企业办理银行承兑汇票支付的手续费，应计入（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财务费用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销售费用</w:t>
      </w:r>
    </w:p>
    <w:p>
      <w:r>
        <w:rPr>
          <w:rFonts w:ascii="宋体" w:hAnsi="宋体" w:eastAsia="宋体"/>
          <w:b w:val="0"/>
          <w:sz w:val="22"/>
        </w:rPr>
        <w:t xml:space="preserve">　D. 制造费用</w:t>
      </w:r>
    </w:p>
    <w:p>
      <w:r>
        <w:rPr>
          <w:rFonts w:ascii="宋体" w:hAnsi="宋体" w:eastAsia="宋体"/>
          <w:b w:val="0"/>
          <w:sz w:val="22"/>
        </w:rPr>
        <w:t>答案：A　解析：银行手续费、利息支出等计入财务费用。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第27题】营业利润的计算公式是（　）。</w:t>
      </w:r>
    </w:p>
    <w:p>
      <w:r>
        <w:rPr>
          <w:rFonts w:ascii="宋体" w:hAnsi="宋体" w:eastAsia="宋体"/>
          <w:b w:val="0"/>
          <w:sz w:val="22"/>
        </w:rPr>
        <w:t xml:space="preserve">　A. 营业收入-营业成本-税金及附加-期间费用+投资收益等</w:t>
      </w:r>
    </w:p>
    <w:p>
      <w:r>
        <w:rPr>
          <w:rFonts w:ascii="宋体" w:hAnsi="宋体" w:eastAsia="宋体"/>
          <w:b w:val="0"/>
          <w:sz w:val="22"/>
        </w:rPr>
        <w:t xml:space="preserve">　B. 营业收入+营业外收入</w:t>
      </w:r>
    </w:p>
    <w:p>
      <w:r>
        <w:rPr>
          <w:rFonts w:ascii="宋体" w:hAnsi="宋体" w:eastAsia="宋体"/>
          <w:b w:val="0"/>
          <w:sz w:val="22"/>
        </w:rPr>
        <w:t xml:space="preserve">　C. 利润总额-所得税费用</w:t>
      </w:r>
    </w:p>
    <w:p>
      <w:r>
        <w:rPr>
          <w:rFonts w:ascii="宋体" w:hAnsi="宋体" w:eastAsia="宋体"/>
          <w:b w:val="0"/>
          <w:sz w:val="22"/>
        </w:rPr>
        <w:t xml:space="preserve">　D. 资产-负债</w:t>
      </w:r>
    </w:p>
    <w:p>
      <w:r>
        <w:rPr>
          <w:rFonts w:ascii="宋体" w:hAnsi="宋体" w:eastAsia="宋体"/>
          <w:b w:val="0"/>
          <w:sz w:val="22"/>
        </w:rPr>
        <w:t>答案：A　解析：营业利润=营业收入-营业成本-税金及附加-期间费用+投资收益等。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第28题】利润总额等于（　）。</w:t>
      </w:r>
    </w:p>
    <w:p>
      <w:r>
        <w:rPr>
          <w:rFonts w:ascii="宋体" w:hAnsi="宋体" w:eastAsia="宋体"/>
          <w:b w:val="0"/>
          <w:sz w:val="22"/>
        </w:rPr>
        <w:t xml:space="preserve">　A. 营业利润+营业外收入-营业外支出</w:t>
      </w:r>
    </w:p>
    <w:p>
      <w:r>
        <w:rPr>
          <w:rFonts w:ascii="宋体" w:hAnsi="宋体" w:eastAsia="宋体"/>
          <w:b w:val="0"/>
          <w:sz w:val="22"/>
        </w:rPr>
        <w:t xml:space="preserve">　B. 营业利润</w:t>
      </w:r>
    </w:p>
    <w:p>
      <w:r>
        <w:rPr>
          <w:rFonts w:ascii="宋体" w:hAnsi="宋体" w:eastAsia="宋体"/>
          <w:b w:val="0"/>
          <w:sz w:val="22"/>
        </w:rPr>
        <w:t xml:space="preserve">　C. 净利润</w:t>
      </w:r>
    </w:p>
    <w:p>
      <w:r>
        <w:rPr>
          <w:rFonts w:ascii="宋体" w:hAnsi="宋体" w:eastAsia="宋体"/>
          <w:b w:val="0"/>
          <w:sz w:val="22"/>
        </w:rPr>
        <w:t xml:space="preserve">　D. 收入-费用</w:t>
      </w:r>
    </w:p>
    <w:p>
      <w:r>
        <w:rPr>
          <w:rFonts w:ascii="宋体" w:hAnsi="宋体" w:eastAsia="宋体"/>
          <w:b w:val="0"/>
          <w:sz w:val="22"/>
        </w:rPr>
        <w:t>答案：A　解析：利润总额=营业利润+营业外收入-营业外支出。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第29题】净利润等于（　）。</w:t>
      </w:r>
    </w:p>
    <w:p>
      <w:r>
        <w:rPr>
          <w:rFonts w:ascii="宋体" w:hAnsi="宋体" w:eastAsia="宋体"/>
          <w:b w:val="0"/>
          <w:sz w:val="22"/>
        </w:rPr>
        <w:t xml:space="preserve">　A. 利润总额-所得税费用</w:t>
      </w:r>
    </w:p>
    <w:p>
      <w:r>
        <w:rPr>
          <w:rFonts w:ascii="宋体" w:hAnsi="宋体" w:eastAsia="宋体"/>
          <w:b w:val="0"/>
          <w:sz w:val="22"/>
        </w:rPr>
        <w:t xml:space="preserve">　B. 利润总额</w:t>
      </w:r>
    </w:p>
    <w:p>
      <w:r>
        <w:rPr>
          <w:rFonts w:ascii="宋体" w:hAnsi="宋体" w:eastAsia="宋体"/>
          <w:b w:val="0"/>
          <w:sz w:val="22"/>
        </w:rPr>
        <w:t xml:space="preserve">　C. 营业利润</w:t>
      </w:r>
    </w:p>
    <w:p>
      <w:r>
        <w:rPr>
          <w:rFonts w:ascii="宋体" w:hAnsi="宋体" w:eastAsia="宋体"/>
          <w:b w:val="0"/>
          <w:sz w:val="22"/>
        </w:rPr>
        <w:t xml:space="preserve">　D. 未分配利润</w:t>
      </w:r>
    </w:p>
    <w:p>
      <w:r>
        <w:rPr>
          <w:rFonts w:ascii="宋体" w:hAnsi="宋体" w:eastAsia="宋体"/>
          <w:b w:val="0"/>
          <w:sz w:val="22"/>
        </w:rPr>
        <w:t>答案：A　解析：净利润=利润总额-所得税费用。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第30题】企业发生的捐赠支出，应计入（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营业外支出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销售费用</w:t>
      </w:r>
    </w:p>
    <w:p>
      <w:r>
        <w:rPr>
          <w:rFonts w:ascii="宋体" w:hAnsi="宋体" w:eastAsia="宋体"/>
          <w:b w:val="0"/>
          <w:sz w:val="22"/>
        </w:rPr>
        <w:t xml:space="preserve">　D. 财务费用</w:t>
      </w:r>
    </w:p>
    <w:p>
      <w:r>
        <w:rPr>
          <w:rFonts w:ascii="宋体" w:hAnsi="宋体" w:eastAsia="宋体"/>
          <w:b w:val="0"/>
          <w:sz w:val="22"/>
        </w:rPr>
        <w:t>答案：A　解析：捐赠、罚款、非常损失等计入营业外支出。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第31题】下列应计入营业外收入的是（　）。</w:t>
      </w:r>
    </w:p>
    <w:p>
      <w:r>
        <w:rPr>
          <w:rFonts w:ascii="宋体" w:hAnsi="宋体" w:eastAsia="宋体"/>
          <w:b w:val="0"/>
          <w:sz w:val="22"/>
        </w:rPr>
        <w:t xml:space="preserve">　A. 接受捐赠利得</w:t>
      </w:r>
    </w:p>
    <w:p>
      <w:r>
        <w:rPr>
          <w:rFonts w:ascii="宋体" w:hAnsi="宋体" w:eastAsia="宋体"/>
          <w:b w:val="0"/>
          <w:sz w:val="22"/>
        </w:rPr>
        <w:t xml:space="preserve">　B. 销售商品收入</w:t>
      </w:r>
    </w:p>
    <w:p>
      <w:r>
        <w:rPr>
          <w:rFonts w:ascii="宋体" w:hAnsi="宋体" w:eastAsia="宋体"/>
          <w:b w:val="0"/>
          <w:sz w:val="22"/>
        </w:rPr>
        <w:t xml:space="preserve">　C. 材料销售收入</w:t>
      </w:r>
    </w:p>
    <w:p>
      <w:r>
        <w:rPr>
          <w:rFonts w:ascii="宋体" w:hAnsi="宋体" w:eastAsia="宋体"/>
          <w:b w:val="0"/>
          <w:sz w:val="22"/>
        </w:rPr>
        <w:t xml:space="preserve">　D. 租金收入</w:t>
      </w:r>
    </w:p>
    <w:p>
      <w:r>
        <w:rPr>
          <w:rFonts w:ascii="宋体" w:hAnsi="宋体" w:eastAsia="宋体"/>
          <w:b w:val="0"/>
          <w:sz w:val="22"/>
        </w:rPr>
        <w:t>答案：A　解析：捐赠利得、盘盈利得、非流动资产处置利得等计入营业外收入。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第32题】资产负债表是反映企业（　）的报表。</w:t>
      </w:r>
    </w:p>
    <w:p>
      <w:r>
        <w:rPr>
          <w:rFonts w:ascii="宋体" w:hAnsi="宋体" w:eastAsia="宋体"/>
          <w:b w:val="0"/>
          <w:sz w:val="22"/>
        </w:rPr>
        <w:t xml:space="preserve">　A. 某一特定日期财务状况</w:t>
      </w:r>
    </w:p>
    <w:p>
      <w:r>
        <w:rPr>
          <w:rFonts w:ascii="宋体" w:hAnsi="宋体" w:eastAsia="宋体"/>
          <w:b w:val="0"/>
          <w:sz w:val="22"/>
        </w:rPr>
        <w:t xml:space="preserve">　B. 一定期间经营成果</w:t>
      </w:r>
    </w:p>
    <w:p>
      <w:r>
        <w:rPr>
          <w:rFonts w:ascii="宋体" w:hAnsi="宋体" w:eastAsia="宋体"/>
          <w:b w:val="0"/>
          <w:sz w:val="22"/>
        </w:rPr>
        <w:t xml:space="preserve">　C. 一定期间现金流量</w:t>
      </w:r>
    </w:p>
    <w:p>
      <w:r>
        <w:rPr>
          <w:rFonts w:ascii="宋体" w:hAnsi="宋体" w:eastAsia="宋体"/>
          <w:b w:val="0"/>
          <w:sz w:val="22"/>
        </w:rPr>
        <w:t xml:space="preserve">　D. 一定期间利润</w:t>
      </w:r>
    </w:p>
    <w:p>
      <w:r>
        <w:rPr>
          <w:rFonts w:ascii="宋体" w:hAnsi="宋体" w:eastAsia="宋体"/>
          <w:b w:val="0"/>
          <w:sz w:val="22"/>
        </w:rPr>
        <w:t>答案：A　解析：资产负债表反映某一特定日期的财务状况（时点）。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第33题】利润表反映企业（　）。</w:t>
      </w:r>
    </w:p>
    <w:p>
      <w:r>
        <w:rPr>
          <w:rFonts w:ascii="宋体" w:hAnsi="宋体" w:eastAsia="宋体"/>
          <w:b w:val="0"/>
          <w:sz w:val="22"/>
        </w:rPr>
        <w:t xml:space="preserve">　A. 一定会计期间经营成果</w:t>
      </w:r>
    </w:p>
    <w:p>
      <w:r>
        <w:rPr>
          <w:rFonts w:ascii="宋体" w:hAnsi="宋体" w:eastAsia="宋体"/>
          <w:b w:val="0"/>
          <w:sz w:val="22"/>
        </w:rPr>
        <w:t xml:space="preserve">　B. 某一日期财务状况</w:t>
      </w:r>
    </w:p>
    <w:p>
      <w:r>
        <w:rPr>
          <w:rFonts w:ascii="宋体" w:hAnsi="宋体" w:eastAsia="宋体"/>
          <w:b w:val="0"/>
          <w:sz w:val="22"/>
        </w:rPr>
        <w:t xml:space="preserve">　C. 现金流量</w:t>
      </w:r>
    </w:p>
    <w:p>
      <w:r>
        <w:rPr>
          <w:rFonts w:ascii="宋体" w:hAnsi="宋体" w:eastAsia="宋体"/>
          <w:b w:val="0"/>
          <w:sz w:val="22"/>
        </w:rPr>
        <w:t xml:space="preserve">　D. 所有者权益变动</w:t>
      </w:r>
    </w:p>
    <w:p>
      <w:r>
        <w:rPr>
          <w:rFonts w:ascii="宋体" w:hAnsi="宋体" w:eastAsia="宋体"/>
          <w:b w:val="0"/>
          <w:sz w:val="22"/>
        </w:rPr>
        <w:t>答案：A　解析：利润表反映一定期间收入、费用和利润（时期）。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第34题】资产负债表中资产项目的排列依据是（　）。</w:t>
      </w:r>
    </w:p>
    <w:p>
      <w:r>
        <w:rPr>
          <w:rFonts w:ascii="宋体" w:hAnsi="宋体" w:eastAsia="宋体"/>
          <w:b w:val="0"/>
          <w:sz w:val="22"/>
        </w:rPr>
        <w:t xml:space="preserve">　A. 流动性大小</w:t>
      </w:r>
    </w:p>
    <w:p>
      <w:r>
        <w:rPr>
          <w:rFonts w:ascii="宋体" w:hAnsi="宋体" w:eastAsia="宋体"/>
          <w:b w:val="0"/>
          <w:sz w:val="22"/>
        </w:rPr>
        <w:t xml:space="preserve">　B. 金额大小</w:t>
      </w:r>
    </w:p>
    <w:p>
      <w:r>
        <w:rPr>
          <w:rFonts w:ascii="宋体" w:hAnsi="宋体" w:eastAsia="宋体"/>
          <w:b w:val="0"/>
          <w:sz w:val="22"/>
        </w:rPr>
        <w:t xml:space="preserve">　C. 重要性</w:t>
      </w:r>
    </w:p>
    <w:p>
      <w:r>
        <w:rPr>
          <w:rFonts w:ascii="宋体" w:hAnsi="宋体" w:eastAsia="宋体"/>
          <w:b w:val="0"/>
          <w:sz w:val="22"/>
        </w:rPr>
        <w:t xml:space="preserve">　D. 取得时间</w:t>
      </w:r>
    </w:p>
    <w:p>
      <w:r>
        <w:rPr>
          <w:rFonts w:ascii="宋体" w:hAnsi="宋体" w:eastAsia="宋体"/>
          <w:b w:val="0"/>
          <w:sz w:val="22"/>
        </w:rPr>
        <w:t>答案：A　解析：资产按流动性由强到弱排列，负债按到期日远近排列。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第35题】货币资金项目在资产负债表中包括（　）。</w:t>
      </w:r>
    </w:p>
    <w:p>
      <w:r>
        <w:rPr>
          <w:rFonts w:ascii="宋体" w:hAnsi="宋体" w:eastAsia="宋体"/>
          <w:b w:val="0"/>
          <w:sz w:val="22"/>
        </w:rPr>
        <w:t xml:space="preserve">　A. 库存现金、银行存款、其他货币资金</w:t>
      </w:r>
    </w:p>
    <w:p>
      <w:r>
        <w:rPr>
          <w:rFonts w:ascii="宋体" w:hAnsi="宋体" w:eastAsia="宋体"/>
          <w:b w:val="0"/>
          <w:sz w:val="22"/>
        </w:rPr>
        <w:t xml:space="preserve">　B. 应收账款</w:t>
      </w:r>
    </w:p>
    <w:p>
      <w:r>
        <w:rPr>
          <w:rFonts w:ascii="宋体" w:hAnsi="宋体" w:eastAsia="宋体"/>
          <w:b w:val="0"/>
          <w:sz w:val="22"/>
        </w:rPr>
        <w:t xml:space="preserve">　C. 存货</w:t>
      </w:r>
    </w:p>
    <w:p>
      <w:r>
        <w:rPr>
          <w:rFonts w:ascii="宋体" w:hAnsi="宋体" w:eastAsia="宋体"/>
          <w:b w:val="0"/>
          <w:sz w:val="22"/>
        </w:rPr>
        <w:t xml:space="preserve">　D. 固定资产</w:t>
      </w:r>
    </w:p>
    <w:p>
      <w:r>
        <w:rPr>
          <w:rFonts w:ascii="宋体" w:hAnsi="宋体" w:eastAsia="宋体"/>
          <w:b w:val="0"/>
          <w:sz w:val="22"/>
        </w:rPr>
        <w:t>答案：A　解析：货币资金=库存现金+银行存款+其他货币资金。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第36题】企业无法支付的应付账款，经批准应转入（　）。</w:t>
      </w:r>
    </w:p>
    <w:p>
      <w:r>
        <w:rPr>
          <w:rFonts w:ascii="宋体" w:hAnsi="宋体" w:eastAsia="宋体"/>
          <w:b w:val="0"/>
          <w:sz w:val="22"/>
        </w:rPr>
        <w:t xml:space="preserve">　A. 营业外收入</w:t>
      </w:r>
    </w:p>
    <w:p>
      <w:r>
        <w:rPr>
          <w:rFonts w:ascii="宋体" w:hAnsi="宋体" w:eastAsia="宋体"/>
          <w:b w:val="0"/>
          <w:sz w:val="22"/>
        </w:rPr>
        <w:t xml:space="preserve">　B. 资本公积</w:t>
      </w:r>
    </w:p>
    <w:p>
      <w:r>
        <w:rPr>
          <w:rFonts w:ascii="宋体" w:hAnsi="宋体" w:eastAsia="宋体"/>
          <w:b w:val="0"/>
          <w:sz w:val="22"/>
        </w:rPr>
        <w:t xml:space="preserve">　C. 管理费用</w:t>
      </w:r>
    </w:p>
    <w:p>
      <w:r>
        <w:rPr>
          <w:rFonts w:ascii="宋体" w:hAnsi="宋体" w:eastAsia="宋体"/>
          <w:b w:val="0"/>
          <w:sz w:val="22"/>
        </w:rPr>
        <w:t xml:space="preserve">　D. 其他业务收入</w:t>
      </w:r>
    </w:p>
    <w:p>
      <w:r>
        <w:rPr>
          <w:rFonts w:ascii="宋体" w:hAnsi="宋体" w:eastAsia="宋体"/>
          <w:b w:val="0"/>
          <w:sz w:val="22"/>
        </w:rPr>
        <w:t>答案：A　解析：确实无法支付的应付账款转入营业外收入。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第37题】计提坏账准备时，应借记（　）。</w:t>
      </w:r>
    </w:p>
    <w:p>
      <w:r>
        <w:rPr>
          <w:rFonts w:ascii="宋体" w:hAnsi="宋体" w:eastAsia="宋体"/>
          <w:b w:val="0"/>
          <w:sz w:val="22"/>
        </w:rPr>
        <w:t xml:space="preserve">　A. 信用减值损失</w:t>
      </w:r>
    </w:p>
    <w:p>
      <w:r>
        <w:rPr>
          <w:rFonts w:ascii="宋体" w:hAnsi="宋体" w:eastAsia="宋体"/>
          <w:b w:val="0"/>
          <w:sz w:val="22"/>
        </w:rPr>
        <w:t xml:space="preserve">　B. 坏账准备</w:t>
      </w:r>
    </w:p>
    <w:p>
      <w:r>
        <w:rPr>
          <w:rFonts w:ascii="宋体" w:hAnsi="宋体" w:eastAsia="宋体"/>
          <w:b w:val="0"/>
          <w:sz w:val="22"/>
        </w:rPr>
        <w:t xml:space="preserve">　C. 应收账款</w:t>
      </w:r>
    </w:p>
    <w:p>
      <w:r>
        <w:rPr>
          <w:rFonts w:ascii="宋体" w:hAnsi="宋体" w:eastAsia="宋体"/>
          <w:b w:val="0"/>
          <w:sz w:val="22"/>
        </w:rPr>
        <w:t xml:space="preserve">　D. 管理费用</w:t>
      </w:r>
    </w:p>
    <w:p>
      <w:r>
        <w:rPr>
          <w:rFonts w:ascii="宋体" w:hAnsi="宋体" w:eastAsia="宋体"/>
          <w:b w:val="0"/>
          <w:sz w:val="22"/>
        </w:rPr>
        <w:t>答案：A　解析：计提坏账：借信用减值损失，贷坏账准备。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第38题】已确认并转销的应收账款以后又收回，应（　）。</w:t>
      </w:r>
    </w:p>
    <w:p>
      <w:r>
        <w:rPr>
          <w:rFonts w:ascii="宋体" w:hAnsi="宋体" w:eastAsia="宋体"/>
          <w:b w:val="0"/>
          <w:sz w:val="22"/>
        </w:rPr>
        <w:t xml:space="preserve">　A. 借应收账款贷坏账准备，同时借银行存款贷应收账款</w:t>
      </w:r>
    </w:p>
    <w:p>
      <w:r>
        <w:rPr>
          <w:rFonts w:ascii="宋体" w:hAnsi="宋体" w:eastAsia="宋体"/>
          <w:b w:val="0"/>
          <w:sz w:val="22"/>
        </w:rPr>
        <w:t xml:space="preserve">　B. 只借银行存款</w:t>
      </w:r>
    </w:p>
    <w:p>
      <w:r>
        <w:rPr>
          <w:rFonts w:ascii="宋体" w:hAnsi="宋体" w:eastAsia="宋体"/>
          <w:b w:val="0"/>
          <w:sz w:val="22"/>
        </w:rPr>
        <w:t xml:space="preserve">　C. 计入营业外收入</w:t>
      </w:r>
    </w:p>
    <w:p>
      <w:r>
        <w:rPr>
          <w:rFonts w:ascii="宋体" w:hAnsi="宋体" w:eastAsia="宋体"/>
          <w:b w:val="0"/>
          <w:sz w:val="22"/>
        </w:rPr>
        <w:t xml:space="preserve">　D. 冲减费用</w:t>
      </w:r>
    </w:p>
    <w:p>
      <w:r>
        <w:rPr>
          <w:rFonts w:ascii="宋体" w:hAnsi="宋体" w:eastAsia="宋体"/>
          <w:b w:val="0"/>
          <w:sz w:val="22"/>
        </w:rPr>
        <w:t>答案：A　解析：先恢复应收账款和坏账准备，再记录收款。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第39题】企业销售商品一批，价款10000元，增值税率13%，增值税销项税额为（　）。</w:t>
      </w:r>
    </w:p>
    <w:p>
      <w:r>
        <w:rPr>
          <w:rFonts w:ascii="宋体" w:hAnsi="宋体" w:eastAsia="宋体"/>
          <w:b w:val="0"/>
          <w:sz w:val="22"/>
        </w:rPr>
        <w:t xml:space="preserve">　A. 1300元</w:t>
      </w:r>
    </w:p>
    <w:p>
      <w:r>
        <w:rPr>
          <w:rFonts w:ascii="宋体" w:hAnsi="宋体" w:eastAsia="宋体"/>
          <w:b w:val="0"/>
          <w:sz w:val="22"/>
        </w:rPr>
        <w:t xml:space="preserve">　B. 1000元</w:t>
      </w:r>
    </w:p>
    <w:p>
      <w:r>
        <w:rPr>
          <w:rFonts w:ascii="宋体" w:hAnsi="宋体" w:eastAsia="宋体"/>
          <w:b w:val="0"/>
          <w:sz w:val="22"/>
        </w:rPr>
        <w:t xml:space="preserve">　C. 1700元</w:t>
      </w:r>
    </w:p>
    <w:p>
      <w:r>
        <w:rPr>
          <w:rFonts w:ascii="宋体" w:hAnsi="宋体" w:eastAsia="宋体"/>
          <w:b w:val="0"/>
          <w:sz w:val="22"/>
        </w:rPr>
        <w:t xml:space="preserve">　D. 11300元</w:t>
      </w:r>
    </w:p>
    <w:p>
      <w:r>
        <w:rPr>
          <w:rFonts w:ascii="宋体" w:hAnsi="宋体" w:eastAsia="宋体"/>
          <w:b w:val="0"/>
          <w:sz w:val="22"/>
        </w:rPr>
        <w:t>答案：A　解析：销项税额=10000×13%=1300元。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第40题】小规模纳税人购入货物支付的增值税，应（　）。</w:t>
      </w:r>
    </w:p>
    <w:p>
      <w:r>
        <w:rPr>
          <w:rFonts w:ascii="宋体" w:hAnsi="宋体" w:eastAsia="宋体"/>
          <w:b w:val="0"/>
          <w:sz w:val="22"/>
        </w:rPr>
        <w:t xml:space="preserve">　A. 计入货物成本</w:t>
      </w:r>
    </w:p>
    <w:p>
      <w:r>
        <w:rPr>
          <w:rFonts w:ascii="宋体" w:hAnsi="宋体" w:eastAsia="宋体"/>
          <w:b w:val="0"/>
          <w:sz w:val="22"/>
        </w:rPr>
        <w:t xml:space="preserve">　B. 单独作为进项税额抵扣</w:t>
      </w:r>
    </w:p>
    <w:p>
      <w:r>
        <w:rPr>
          <w:rFonts w:ascii="宋体" w:hAnsi="宋体" w:eastAsia="宋体"/>
          <w:b w:val="0"/>
          <w:sz w:val="22"/>
        </w:rPr>
        <w:t xml:space="preserve">　C. 计入管理费用</w:t>
      </w:r>
    </w:p>
    <w:p>
      <w:r>
        <w:rPr>
          <w:rFonts w:ascii="宋体" w:hAnsi="宋体" w:eastAsia="宋体"/>
          <w:b w:val="0"/>
          <w:sz w:val="22"/>
        </w:rPr>
        <w:t xml:space="preserve">　D. 计入销售费用</w:t>
      </w:r>
    </w:p>
    <w:p>
      <w:r>
        <w:rPr>
          <w:rFonts w:ascii="宋体" w:hAnsi="宋体" w:eastAsia="宋体"/>
          <w:b w:val="0"/>
          <w:sz w:val="22"/>
        </w:rPr>
        <w:t>答案：A　解析：小规模纳税人进项税不得抵扣，计入采购成本。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第41题】增值税一般纳税人购进货物用于集体福利，其进项税额应（　）。</w:t>
      </w:r>
    </w:p>
    <w:p>
      <w:r>
        <w:rPr>
          <w:rFonts w:ascii="宋体" w:hAnsi="宋体" w:eastAsia="宋体"/>
          <w:b w:val="0"/>
          <w:sz w:val="22"/>
        </w:rPr>
        <w:t xml:space="preserve">　A. 不得抵扣，已抵扣的作进项税额转出</w:t>
      </w:r>
    </w:p>
    <w:p>
      <w:r>
        <w:rPr>
          <w:rFonts w:ascii="宋体" w:hAnsi="宋体" w:eastAsia="宋体"/>
          <w:b w:val="0"/>
          <w:sz w:val="22"/>
        </w:rPr>
        <w:t xml:space="preserve">　B. 全额抵扣</w:t>
      </w:r>
    </w:p>
    <w:p>
      <w:r>
        <w:rPr>
          <w:rFonts w:ascii="宋体" w:hAnsi="宋体" w:eastAsia="宋体"/>
          <w:b w:val="0"/>
          <w:sz w:val="22"/>
        </w:rPr>
        <w:t xml:space="preserve">　C. 计入销项税额</w:t>
      </w:r>
    </w:p>
    <w:p>
      <w:r>
        <w:rPr>
          <w:rFonts w:ascii="宋体" w:hAnsi="宋体" w:eastAsia="宋体"/>
          <w:b w:val="0"/>
          <w:sz w:val="22"/>
        </w:rPr>
        <w:t xml:space="preserve">　D. 留待下期抵扣</w:t>
      </w:r>
    </w:p>
    <w:p>
      <w:r>
        <w:rPr>
          <w:rFonts w:ascii="宋体" w:hAnsi="宋体" w:eastAsia="宋体"/>
          <w:b w:val="0"/>
          <w:sz w:val="22"/>
        </w:rPr>
        <w:t>答案：A　解析：用于简易计税、集体福利、个人消费等的进项税不得抵扣。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第42题】企业代扣代缴职工个人所得税，应贷记（　）。</w:t>
      </w:r>
    </w:p>
    <w:p>
      <w:r>
        <w:rPr>
          <w:rFonts w:ascii="宋体" w:hAnsi="宋体" w:eastAsia="宋体"/>
          <w:b w:val="0"/>
          <w:sz w:val="22"/>
        </w:rPr>
        <w:t xml:space="preserve">　A. 应交税费—应交个人所得税</w:t>
      </w:r>
    </w:p>
    <w:p>
      <w:r>
        <w:rPr>
          <w:rFonts w:ascii="宋体" w:hAnsi="宋体" w:eastAsia="宋体"/>
          <w:b w:val="0"/>
          <w:sz w:val="22"/>
        </w:rPr>
        <w:t xml:space="preserve">　B. 银行存款</w:t>
      </w:r>
    </w:p>
    <w:p>
      <w:r>
        <w:rPr>
          <w:rFonts w:ascii="宋体" w:hAnsi="宋体" w:eastAsia="宋体"/>
          <w:b w:val="0"/>
          <w:sz w:val="22"/>
        </w:rPr>
        <w:t xml:space="preserve">　C. 应付职工薪酬</w:t>
      </w:r>
    </w:p>
    <w:p>
      <w:r>
        <w:rPr>
          <w:rFonts w:ascii="宋体" w:hAnsi="宋体" w:eastAsia="宋体"/>
          <w:b w:val="0"/>
          <w:sz w:val="22"/>
        </w:rPr>
        <w:t xml:space="preserve">　D. 管理费用</w:t>
      </w:r>
    </w:p>
    <w:p>
      <w:r>
        <w:rPr>
          <w:rFonts w:ascii="宋体" w:hAnsi="宋体" w:eastAsia="宋体"/>
          <w:b w:val="0"/>
          <w:sz w:val="22"/>
        </w:rPr>
        <w:t>答案：A　解析：代扣个税：借应付职工薪酬，贷应交税费—应交个人所得税。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第43题】盈余公积是从（　）中提取的。</w:t>
      </w:r>
    </w:p>
    <w:p>
      <w:r>
        <w:rPr>
          <w:rFonts w:ascii="宋体" w:hAnsi="宋体" w:eastAsia="宋体"/>
          <w:b w:val="0"/>
          <w:sz w:val="22"/>
        </w:rPr>
        <w:t xml:space="preserve">　A. 净利润</w:t>
      </w:r>
    </w:p>
    <w:p>
      <w:r>
        <w:rPr>
          <w:rFonts w:ascii="宋体" w:hAnsi="宋体" w:eastAsia="宋体"/>
          <w:b w:val="0"/>
          <w:sz w:val="22"/>
        </w:rPr>
        <w:t xml:space="preserve">　B. 利润总额</w:t>
      </w:r>
    </w:p>
    <w:p>
      <w:r>
        <w:rPr>
          <w:rFonts w:ascii="宋体" w:hAnsi="宋体" w:eastAsia="宋体"/>
          <w:b w:val="0"/>
          <w:sz w:val="22"/>
        </w:rPr>
        <w:t xml:space="preserve">　C. 营业收入</w:t>
      </w:r>
    </w:p>
    <w:p>
      <w:r>
        <w:rPr>
          <w:rFonts w:ascii="宋体" w:hAnsi="宋体" w:eastAsia="宋体"/>
          <w:b w:val="0"/>
          <w:sz w:val="22"/>
        </w:rPr>
        <w:t xml:space="preserve">　D. 资本公积</w:t>
      </w:r>
    </w:p>
    <w:p>
      <w:r>
        <w:rPr>
          <w:rFonts w:ascii="宋体" w:hAnsi="宋体" w:eastAsia="宋体"/>
          <w:b w:val="0"/>
          <w:sz w:val="22"/>
        </w:rPr>
        <w:t>答案：A　解析：盈余公积按规定从净利润中提取。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第44题】企业提取的法定盈余公积累计额达到注册资本（　）时可不再提取。</w:t>
      </w:r>
    </w:p>
    <w:p>
      <w:r>
        <w:rPr>
          <w:rFonts w:ascii="宋体" w:hAnsi="宋体" w:eastAsia="宋体"/>
          <w:b w:val="0"/>
          <w:sz w:val="22"/>
        </w:rPr>
        <w:t xml:space="preserve">　A. 50%</w:t>
      </w:r>
    </w:p>
    <w:p>
      <w:r>
        <w:rPr>
          <w:rFonts w:ascii="宋体" w:hAnsi="宋体" w:eastAsia="宋体"/>
          <w:b w:val="0"/>
          <w:sz w:val="22"/>
        </w:rPr>
        <w:t xml:space="preserve">　B. 25%</w:t>
      </w:r>
    </w:p>
    <w:p>
      <w:r>
        <w:rPr>
          <w:rFonts w:ascii="宋体" w:hAnsi="宋体" w:eastAsia="宋体"/>
          <w:b w:val="0"/>
          <w:sz w:val="22"/>
        </w:rPr>
        <w:t xml:space="preserve">　C. 10%</w:t>
      </w:r>
    </w:p>
    <w:p>
      <w:r>
        <w:rPr>
          <w:rFonts w:ascii="宋体" w:hAnsi="宋体" w:eastAsia="宋体"/>
          <w:b w:val="0"/>
          <w:sz w:val="22"/>
        </w:rPr>
        <w:t xml:space="preserve">　D. 80%</w:t>
      </w:r>
    </w:p>
    <w:p>
      <w:r>
        <w:rPr>
          <w:rFonts w:ascii="宋体" w:hAnsi="宋体" w:eastAsia="宋体"/>
          <w:b w:val="0"/>
          <w:sz w:val="22"/>
        </w:rPr>
        <w:t>答案：A　解析：法定盈余公积累计达注册资本50%可不再提取。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第45题】企业年末结转实现的净利润，应贷记（　）。</w:t>
      </w:r>
    </w:p>
    <w:p>
      <w:r>
        <w:rPr>
          <w:rFonts w:ascii="宋体" w:hAnsi="宋体" w:eastAsia="宋体"/>
          <w:b w:val="0"/>
          <w:sz w:val="22"/>
        </w:rPr>
        <w:t xml:space="preserve">　A. 利润分配—未分配利润</w:t>
      </w:r>
    </w:p>
    <w:p>
      <w:r>
        <w:rPr>
          <w:rFonts w:ascii="宋体" w:hAnsi="宋体" w:eastAsia="宋体"/>
          <w:b w:val="0"/>
          <w:sz w:val="22"/>
        </w:rPr>
        <w:t xml:space="preserve">　B. 本年利润</w:t>
      </w:r>
    </w:p>
    <w:p>
      <w:r>
        <w:rPr>
          <w:rFonts w:ascii="宋体" w:hAnsi="宋体" w:eastAsia="宋体"/>
          <w:b w:val="0"/>
          <w:sz w:val="22"/>
        </w:rPr>
        <w:t xml:space="preserve">　C. 盈余公积</w:t>
      </w:r>
    </w:p>
    <w:p>
      <w:r>
        <w:rPr>
          <w:rFonts w:ascii="宋体" w:hAnsi="宋体" w:eastAsia="宋体"/>
          <w:b w:val="0"/>
          <w:sz w:val="22"/>
        </w:rPr>
        <w:t xml:space="preserve">　D. 资本公积</w:t>
      </w:r>
    </w:p>
    <w:p>
      <w:r>
        <w:rPr>
          <w:rFonts w:ascii="宋体" w:hAnsi="宋体" w:eastAsia="宋体"/>
          <w:b w:val="0"/>
          <w:sz w:val="22"/>
        </w:rPr>
        <w:t>答案：A　解析：年末将本年利润余额转入利润分配—未分配利润。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第46题】在物价持续上涨时，采用先进先出法对存货发出计价会（　）。</w:t>
      </w:r>
    </w:p>
    <w:p>
      <w:r>
        <w:rPr>
          <w:rFonts w:ascii="宋体" w:hAnsi="宋体" w:eastAsia="宋体"/>
          <w:b w:val="0"/>
          <w:sz w:val="22"/>
        </w:rPr>
        <w:t xml:space="preserve">　A. 低估发出成本、高估期末存货</w:t>
      </w:r>
    </w:p>
    <w:p>
      <w:r>
        <w:rPr>
          <w:rFonts w:ascii="宋体" w:hAnsi="宋体" w:eastAsia="宋体"/>
          <w:b w:val="0"/>
          <w:sz w:val="22"/>
        </w:rPr>
        <w:t xml:space="preserve">　B. 高估发出成本</w:t>
      </w:r>
    </w:p>
    <w:p>
      <w:r>
        <w:rPr>
          <w:rFonts w:ascii="宋体" w:hAnsi="宋体" w:eastAsia="宋体"/>
          <w:b w:val="0"/>
          <w:sz w:val="22"/>
        </w:rPr>
        <w:t xml:space="preserve">　C. 低估利润</w:t>
      </w:r>
    </w:p>
    <w:p>
      <w:r>
        <w:rPr>
          <w:rFonts w:ascii="宋体" w:hAnsi="宋体" w:eastAsia="宋体"/>
          <w:b w:val="0"/>
          <w:sz w:val="22"/>
        </w:rPr>
        <w:t xml:space="preserve">　D. 不影响</w:t>
      </w:r>
    </w:p>
    <w:p>
      <w:r>
        <w:rPr>
          <w:rFonts w:ascii="宋体" w:hAnsi="宋体" w:eastAsia="宋体"/>
          <w:b w:val="0"/>
          <w:sz w:val="22"/>
        </w:rPr>
        <w:t>答案：A　解析：物价上涨时先进先出使早期低成本先结转，发出成本偏低、期末存货偏高。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第47题】企业预付下年度报刊杂志费，支付时一般借记（　）。</w:t>
      </w:r>
    </w:p>
    <w:p>
      <w:r>
        <w:rPr>
          <w:rFonts w:ascii="宋体" w:hAnsi="宋体" w:eastAsia="宋体"/>
          <w:b w:val="0"/>
          <w:sz w:val="22"/>
        </w:rPr>
        <w:t xml:space="preserve">　A. 预付账款（或长期待摊费用等）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销售费用</w:t>
      </w:r>
    </w:p>
    <w:p>
      <w:r>
        <w:rPr>
          <w:rFonts w:ascii="宋体" w:hAnsi="宋体" w:eastAsia="宋体"/>
          <w:b w:val="0"/>
          <w:sz w:val="22"/>
        </w:rPr>
        <w:t xml:space="preserve">　D. 财务费用</w:t>
      </w:r>
    </w:p>
    <w:p>
      <w:r>
        <w:rPr>
          <w:rFonts w:ascii="宋体" w:hAnsi="宋体" w:eastAsia="宋体"/>
          <w:b w:val="0"/>
          <w:sz w:val="22"/>
        </w:rPr>
        <w:t>答案：A　解析：预付以后期间费用先计入预付账款等，再按期摊销。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第48题】下列各项中，属于流动资产的是（　）。</w:t>
      </w:r>
    </w:p>
    <w:p>
      <w:r>
        <w:rPr>
          <w:rFonts w:ascii="宋体" w:hAnsi="宋体" w:eastAsia="宋体"/>
          <w:b w:val="0"/>
          <w:sz w:val="22"/>
        </w:rPr>
        <w:t xml:space="preserve">　A. 存货</w:t>
      </w:r>
    </w:p>
    <w:p>
      <w:r>
        <w:rPr>
          <w:rFonts w:ascii="宋体" w:hAnsi="宋体" w:eastAsia="宋体"/>
          <w:b w:val="0"/>
          <w:sz w:val="22"/>
        </w:rPr>
        <w:t xml:space="preserve">　B. 固定资产</w:t>
      </w:r>
    </w:p>
    <w:p>
      <w:r>
        <w:rPr>
          <w:rFonts w:ascii="宋体" w:hAnsi="宋体" w:eastAsia="宋体"/>
          <w:b w:val="0"/>
          <w:sz w:val="22"/>
        </w:rPr>
        <w:t xml:space="preserve">　C. 无形资产</w:t>
      </w:r>
    </w:p>
    <w:p>
      <w:r>
        <w:rPr>
          <w:rFonts w:ascii="宋体" w:hAnsi="宋体" w:eastAsia="宋体"/>
          <w:b w:val="0"/>
          <w:sz w:val="22"/>
        </w:rPr>
        <w:t xml:space="preserve">　D. 长期股权投资</w:t>
      </w:r>
    </w:p>
    <w:p>
      <w:r>
        <w:rPr>
          <w:rFonts w:ascii="宋体" w:hAnsi="宋体" w:eastAsia="宋体"/>
          <w:b w:val="0"/>
          <w:sz w:val="22"/>
        </w:rPr>
        <w:t>答案：A　解析：存货在一年内变现或耗用，属流动资产。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第49题】下列各项中，属于流动负债的是（　）。</w:t>
      </w:r>
    </w:p>
    <w:p>
      <w:r>
        <w:rPr>
          <w:rFonts w:ascii="宋体" w:hAnsi="宋体" w:eastAsia="宋体"/>
          <w:b w:val="0"/>
          <w:sz w:val="22"/>
        </w:rPr>
        <w:t xml:space="preserve">　A. 应付账款</w:t>
      </w:r>
    </w:p>
    <w:p>
      <w:r>
        <w:rPr>
          <w:rFonts w:ascii="宋体" w:hAnsi="宋体" w:eastAsia="宋体"/>
          <w:b w:val="0"/>
          <w:sz w:val="22"/>
        </w:rPr>
        <w:t xml:space="preserve">　B. 长期借款</w:t>
      </w:r>
    </w:p>
    <w:p>
      <w:r>
        <w:rPr>
          <w:rFonts w:ascii="宋体" w:hAnsi="宋体" w:eastAsia="宋体"/>
          <w:b w:val="0"/>
          <w:sz w:val="22"/>
        </w:rPr>
        <w:t xml:space="preserve">　C. 应付债券</w:t>
      </w:r>
    </w:p>
    <w:p>
      <w:r>
        <w:rPr>
          <w:rFonts w:ascii="宋体" w:hAnsi="宋体" w:eastAsia="宋体"/>
          <w:b w:val="0"/>
          <w:sz w:val="22"/>
        </w:rPr>
        <w:t xml:space="preserve">　D. 实收资本</w:t>
      </w:r>
    </w:p>
    <w:p>
      <w:r>
        <w:rPr>
          <w:rFonts w:ascii="宋体" w:hAnsi="宋体" w:eastAsia="宋体"/>
          <w:b w:val="0"/>
          <w:sz w:val="22"/>
        </w:rPr>
        <w:t>答案：A　解析：应付账款在一年或一个营业周期内偿还，属流动负债。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第50题】企业以盈余公积转增资本，会导致（　）。</w:t>
      </w:r>
    </w:p>
    <w:p>
      <w:r>
        <w:rPr>
          <w:rFonts w:ascii="宋体" w:hAnsi="宋体" w:eastAsia="宋体"/>
          <w:b w:val="0"/>
          <w:sz w:val="22"/>
        </w:rPr>
        <w:t xml:space="preserve">　A. 所有者权益内部一增一减</w:t>
      </w:r>
    </w:p>
    <w:p>
      <w:r>
        <w:rPr>
          <w:rFonts w:ascii="宋体" w:hAnsi="宋体" w:eastAsia="宋体"/>
          <w:b w:val="0"/>
          <w:sz w:val="22"/>
        </w:rPr>
        <w:t xml:space="preserve">　B. 资产增加</w:t>
      </w:r>
    </w:p>
    <w:p>
      <w:r>
        <w:rPr>
          <w:rFonts w:ascii="宋体" w:hAnsi="宋体" w:eastAsia="宋体"/>
          <w:b w:val="0"/>
          <w:sz w:val="22"/>
        </w:rPr>
        <w:t xml:space="preserve">　C. 负债增加</w:t>
      </w:r>
    </w:p>
    <w:p>
      <w:r>
        <w:rPr>
          <w:rFonts w:ascii="宋体" w:hAnsi="宋体" w:eastAsia="宋体"/>
          <w:b w:val="0"/>
          <w:sz w:val="22"/>
        </w:rPr>
        <w:t xml:space="preserve">　D. 资产减少</w:t>
      </w:r>
    </w:p>
    <w:p>
      <w:r>
        <w:rPr>
          <w:rFonts w:ascii="宋体" w:hAnsi="宋体" w:eastAsia="宋体"/>
          <w:b w:val="0"/>
          <w:sz w:val="22"/>
        </w:rPr>
        <w:t>答案：A　解析：借盈余公积，贷实收资本，所有者权益总额不变。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第51题】会计凭证按填制程序和用途，分为（　）。</w:t>
      </w:r>
    </w:p>
    <w:p>
      <w:r>
        <w:rPr>
          <w:rFonts w:ascii="宋体" w:hAnsi="宋体" w:eastAsia="宋体"/>
          <w:b w:val="0"/>
          <w:sz w:val="22"/>
        </w:rPr>
        <w:t xml:space="preserve">　A. 原始凭证和记账凭证</w:t>
      </w:r>
    </w:p>
    <w:p>
      <w:r>
        <w:rPr>
          <w:rFonts w:ascii="宋体" w:hAnsi="宋体" w:eastAsia="宋体"/>
          <w:b w:val="0"/>
          <w:sz w:val="22"/>
        </w:rPr>
        <w:t xml:space="preserve">　B. 外来凭证和自制凭证</w:t>
      </w:r>
    </w:p>
    <w:p>
      <w:r>
        <w:rPr>
          <w:rFonts w:ascii="宋体" w:hAnsi="宋体" w:eastAsia="宋体"/>
          <w:b w:val="0"/>
          <w:sz w:val="22"/>
        </w:rPr>
        <w:t xml:space="preserve">　C. 一次凭证和累计凭证</w:t>
      </w:r>
    </w:p>
    <w:p>
      <w:r>
        <w:rPr>
          <w:rFonts w:ascii="宋体" w:hAnsi="宋体" w:eastAsia="宋体"/>
          <w:b w:val="0"/>
          <w:sz w:val="22"/>
        </w:rPr>
        <w:t xml:space="preserve">　D. 收款和付款凭证</w:t>
      </w:r>
    </w:p>
    <w:p>
      <w:r>
        <w:rPr>
          <w:rFonts w:ascii="宋体" w:hAnsi="宋体" w:eastAsia="宋体"/>
          <w:b w:val="0"/>
          <w:sz w:val="22"/>
        </w:rPr>
        <w:t>答案：A　解析：会计凭证分为原始凭证和记账凭证两大类。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第52题】下列属于原始凭证的是（　）。</w:t>
      </w:r>
    </w:p>
    <w:p>
      <w:r>
        <w:rPr>
          <w:rFonts w:ascii="宋体" w:hAnsi="宋体" w:eastAsia="宋体"/>
          <w:b w:val="0"/>
          <w:sz w:val="22"/>
        </w:rPr>
        <w:t xml:space="preserve">　A. 购货发票</w:t>
      </w:r>
    </w:p>
    <w:p>
      <w:r>
        <w:rPr>
          <w:rFonts w:ascii="宋体" w:hAnsi="宋体" w:eastAsia="宋体"/>
          <w:b w:val="0"/>
          <w:sz w:val="22"/>
        </w:rPr>
        <w:t xml:space="preserve">　B. 收款凭证</w:t>
      </w:r>
    </w:p>
    <w:p>
      <w:r>
        <w:rPr>
          <w:rFonts w:ascii="宋体" w:hAnsi="宋体" w:eastAsia="宋体"/>
          <w:b w:val="0"/>
          <w:sz w:val="22"/>
        </w:rPr>
        <w:t xml:space="preserve">　C. 付款凭证</w:t>
      </w:r>
    </w:p>
    <w:p>
      <w:r>
        <w:rPr>
          <w:rFonts w:ascii="宋体" w:hAnsi="宋体" w:eastAsia="宋体"/>
          <w:b w:val="0"/>
          <w:sz w:val="22"/>
        </w:rPr>
        <w:t xml:space="preserve">　D. 转账凭证</w:t>
      </w:r>
    </w:p>
    <w:p>
      <w:r>
        <w:rPr>
          <w:rFonts w:ascii="宋体" w:hAnsi="宋体" w:eastAsia="宋体"/>
          <w:b w:val="0"/>
          <w:sz w:val="22"/>
        </w:rPr>
        <w:t>答案：A　解析：发票、收据、收料单等是原始凭证；收款付款转账凭证是记账凭证。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第53题】记账凭证是根据（　）填制的。</w:t>
      </w:r>
    </w:p>
    <w:p>
      <w:r>
        <w:rPr>
          <w:rFonts w:ascii="宋体" w:hAnsi="宋体" w:eastAsia="宋体"/>
          <w:b w:val="0"/>
          <w:sz w:val="22"/>
        </w:rPr>
        <w:t xml:space="preserve">　A. 审核无误的原始凭证</w:t>
      </w:r>
    </w:p>
    <w:p>
      <w:r>
        <w:rPr>
          <w:rFonts w:ascii="宋体" w:hAnsi="宋体" w:eastAsia="宋体"/>
          <w:b w:val="0"/>
          <w:sz w:val="22"/>
        </w:rPr>
        <w:t xml:space="preserve">　B. 会计账簿</w:t>
      </w:r>
    </w:p>
    <w:p>
      <w:r>
        <w:rPr>
          <w:rFonts w:ascii="宋体" w:hAnsi="宋体" w:eastAsia="宋体"/>
          <w:b w:val="0"/>
          <w:sz w:val="22"/>
        </w:rPr>
        <w:t xml:space="preserve">　C. 财务报表</w:t>
      </w:r>
    </w:p>
    <w:p>
      <w:r>
        <w:rPr>
          <w:rFonts w:ascii="宋体" w:hAnsi="宋体" w:eastAsia="宋体"/>
          <w:b w:val="0"/>
          <w:sz w:val="22"/>
        </w:rPr>
        <w:t xml:space="preserve">　D. 银行对账单</w:t>
      </w:r>
    </w:p>
    <w:p>
      <w:r>
        <w:rPr>
          <w:rFonts w:ascii="宋体" w:hAnsi="宋体" w:eastAsia="宋体"/>
          <w:b w:val="0"/>
          <w:sz w:val="22"/>
        </w:rPr>
        <w:t>答案：A　解析：记账凭证根据审核无误的原始凭证编制。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第54题】现金日记账和银行存款日记账应采用（　）。</w:t>
      </w:r>
    </w:p>
    <w:p>
      <w:r>
        <w:rPr>
          <w:rFonts w:ascii="宋体" w:hAnsi="宋体" w:eastAsia="宋体"/>
          <w:b w:val="0"/>
          <w:sz w:val="22"/>
        </w:rPr>
        <w:t xml:space="preserve">　A. 订本式账簿</w:t>
      </w:r>
    </w:p>
    <w:p>
      <w:r>
        <w:rPr>
          <w:rFonts w:ascii="宋体" w:hAnsi="宋体" w:eastAsia="宋体"/>
          <w:b w:val="0"/>
          <w:sz w:val="22"/>
        </w:rPr>
        <w:t xml:space="preserve">　B. 活页账</w:t>
      </w:r>
    </w:p>
    <w:p>
      <w:r>
        <w:rPr>
          <w:rFonts w:ascii="宋体" w:hAnsi="宋体" w:eastAsia="宋体"/>
          <w:b w:val="0"/>
          <w:sz w:val="22"/>
        </w:rPr>
        <w:t xml:space="preserve">　C. 卡片账</w:t>
      </w:r>
    </w:p>
    <w:p>
      <w:r>
        <w:rPr>
          <w:rFonts w:ascii="宋体" w:hAnsi="宋体" w:eastAsia="宋体"/>
          <w:b w:val="0"/>
          <w:sz w:val="22"/>
        </w:rPr>
        <w:t xml:space="preserve">　D. 备查账</w:t>
      </w:r>
    </w:p>
    <w:p>
      <w:r>
        <w:rPr>
          <w:rFonts w:ascii="宋体" w:hAnsi="宋体" w:eastAsia="宋体"/>
          <w:b w:val="0"/>
          <w:sz w:val="22"/>
        </w:rPr>
        <w:t>答案：A　解析：库存现金和银行存款日记账必须采用订本账。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第55题】对账工作不包括（　）。</w:t>
      </w:r>
    </w:p>
    <w:p>
      <w:r>
        <w:rPr>
          <w:rFonts w:ascii="宋体" w:hAnsi="宋体" w:eastAsia="宋体"/>
          <w:b w:val="0"/>
          <w:sz w:val="22"/>
        </w:rPr>
        <w:t xml:space="preserve">　A. 账外核对</w:t>
      </w:r>
    </w:p>
    <w:p>
      <w:r>
        <w:rPr>
          <w:rFonts w:ascii="宋体" w:hAnsi="宋体" w:eastAsia="宋体"/>
          <w:b w:val="0"/>
          <w:sz w:val="22"/>
        </w:rPr>
        <w:t xml:space="preserve">　B. 账证核对</w:t>
      </w:r>
    </w:p>
    <w:p>
      <w:r>
        <w:rPr>
          <w:rFonts w:ascii="宋体" w:hAnsi="宋体" w:eastAsia="宋体"/>
          <w:b w:val="0"/>
          <w:sz w:val="22"/>
        </w:rPr>
        <w:t xml:space="preserve">　C. 账账核对</w:t>
      </w:r>
    </w:p>
    <w:p>
      <w:r>
        <w:rPr>
          <w:rFonts w:ascii="宋体" w:hAnsi="宋体" w:eastAsia="宋体"/>
          <w:b w:val="0"/>
          <w:sz w:val="22"/>
        </w:rPr>
        <w:t xml:space="preserve">　D. 账实核对</w:t>
      </w:r>
    </w:p>
    <w:p>
      <w:r>
        <w:rPr>
          <w:rFonts w:ascii="宋体" w:hAnsi="宋体" w:eastAsia="宋体"/>
          <w:b w:val="0"/>
          <w:sz w:val="22"/>
        </w:rPr>
        <w:t>答案：A　解析：对账包括账证、账账、账实核对，没有账外核对。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第56题】企业财产清查中，现金清查应采用（　）。</w:t>
      </w:r>
    </w:p>
    <w:p>
      <w:r>
        <w:rPr>
          <w:rFonts w:ascii="宋体" w:hAnsi="宋体" w:eastAsia="宋体"/>
          <w:b w:val="0"/>
          <w:sz w:val="22"/>
        </w:rPr>
        <w:t xml:space="preserve">　A. 实地盘点法</w:t>
      </w:r>
    </w:p>
    <w:p>
      <w:r>
        <w:rPr>
          <w:rFonts w:ascii="宋体" w:hAnsi="宋体" w:eastAsia="宋体"/>
          <w:b w:val="0"/>
          <w:sz w:val="22"/>
        </w:rPr>
        <w:t xml:space="preserve">　B. 技术推算法</w:t>
      </w:r>
    </w:p>
    <w:p>
      <w:r>
        <w:rPr>
          <w:rFonts w:ascii="宋体" w:hAnsi="宋体" w:eastAsia="宋体"/>
          <w:b w:val="0"/>
          <w:sz w:val="22"/>
        </w:rPr>
        <w:t xml:space="preserve">　C. 函证法</w:t>
      </w:r>
    </w:p>
    <w:p>
      <w:r>
        <w:rPr>
          <w:rFonts w:ascii="宋体" w:hAnsi="宋体" w:eastAsia="宋体"/>
          <w:b w:val="0"/>
          <w:sz w:val="22"/>
        </w:rPr>
        <w:t xml:space="preserve">　D. 估算法</w:t>
      </w:r>
    </w:p>
    <w:p>
      <w:r>
        <w:rPr>
          <w:rFonts w:ascii="宋体" w:hAnsi="宋体" w:eastAsia="宋体"/>
          <w:b w:val="0"/>
          <w:sz w:val="22"/>
        </w:rPr>
        <w:t>答案：A　解析：库存现金通过实地盘点法核对。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第57题】银行存款清查是将银行存款日记账与（　）核对。</w:t>
      </w:r>
    </w:p>
    <w:p>
      <w:r>
        <w:rPr>
          <w:rFonts w:ascii="宋体" w:hAnsi="宋体" w:eastAsia="宋体"/>
          <w:b w:val="0"/>
          <w:sz w:val="22"/>
        </w:rPr>
        <w:t xml:space="preserve">　A. 银行对账单</w:t>
      </w:r>
    </w:p>
    <w:p>
      <w:r>
        <w:rPr>
          <w:rFonts w:ascii="宋体" w:hAnsi="宋体" w:eastAsia="宋体"/>
          <w:b w:val="0"/>
          <w:sz w:val="22"/>
        </w:rPr>
        <w:t xml:space="preserve">　B. 现金日记账</w:t>
      </w:r>
    </w:p>
    <w:p>
      <w:r>
        <w:rPr>
          <w:rFonts w:ascii="宋体" w:hAnsi="宋体" w:eastAsia="宋体"/>
          <w:b w:val="0"/>
          <w:sz w:val="22"/>
        </w:rPr>
        <w:t xml:space="preserve">　C. 总账</w:t>
      </w:r>
    </w:p>
    <w:p>
      <w:r>
        <w:rPr>
          <w:rFonts w:ascii="宋体" w:hAnsi="宋体" w:eastAsia="宋体"/>
          <w:b w:val="0"/>
          <w:sz w:val="22"/>
        </w:rPr>
        <w:t xml:space="preserve">　D. 收款凭证</w:t>
      </w:r>
    </w:p>
    <w:p>
      <w:r>
        <w:rPr>
          <w:rFonts w:ascii="宋体" w:hAnsi="宋体" w:eastAsia="宋体"/>
          <w:b w:val="0"/>
          <w:sz w:val="22"/>
        </w:rPr>
        <w:t>答案：A　解析：银行存款清查通过与银行对账单核对编制余额调节表。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第58题】未达账项产生的原因是（　）。</w:t>
      </w:r>
    </w:p>
    <w:p>
      <w:r>
        <w:rPr>
          <w:rFonts w:ascii="宋体" w:hAnsi="宋体" w:eastAsia="宋体"/>
          <w:b w:val="0"/>
          <w:sz w:val="22"/>
        </w:rPr>
        <w:t xml:space="preserve">　A. 双方记账时间不一致</w:t>
      </w:r>
    </w:p>
    <w:p>
      <w:r>
        <w:rPr>
          <w:rFonts w:ascii="宋体" w:hAnsi="宋体" w:eastAsia="宋体"/>
          <w:b w:val="0"/>
          <w:sz w:val="22"/>
        </w:rPr>
        <w:t xml:space="preserve">　B. 一方记账错误</w:t>
      </w:r>
    </w:p>
    <w:p>
      <w:r>
        <w:rPr>
          <w:rFonts w:ascii="宋体" w:hAnsi="宋体" w:eastAsia="宋体"/>
          <w:b w:val="0"/>
          <w:sz w:val="22"/>
        </w:rPr>
        <w:t xml:space="preserve">　C. 双方记账错误</w:t>
      </w:r>
    </w:p>
    <w:p>
      <w:r>
        <w:rPr>
          <w:rFonts w:ascii="宋体" w:hAnsi="宋体" w:eastAsia="宋体"/>
          <w:b w:val="0"/>
          <w:sz w:val="22"/>
        </w:rPr>
        <w:t xml:space="preserve">　D. 银行停电</w:t>
      </w:r>
    </w:p>
    <w:p>
      <w:r>
        <w:rPr>
          <w:rFonts w:ascii="宋体" w:hAnsi="宋体" w:eastAsia="宋体"/>
          <w:b w:val="0"/>
          <w:sz w:val="22"/>
        </w:rPr>
        <w:t>答案：A　解析：未达账项因企业与银行取得凭证时间不同导致入账时间差。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第59题】财务报表编制的基本要求不包括（　）。</w:t>
      </w:r>
    </w:p>
    <w:p>
      <w:r>
        <w:rPr>
          <w:rFonts w:ascii="宋体" w:hAnsi="宋体" w:eastAsia="宋体"/>
          <w:b w:val="0"/>
          <w:sz w:val="22"/>
        </w:rPr>
        <w:t xml:space="preserve">　A. 可以随意改变会计政策</w:t>
      </w:r>
    </w:p>
    <w:p>
      <w:r>
        <w:rPr>
          <w:rFonts w:ascii="宋体" w:hAnsi="宋体" w:eastAsia="宋体"/>
          <w:b w:val="0"/>
          <w:sz w:val="22"/>
        </w:rPr>
        <w:t xml:space="preserve">　B. 真实可靠</w:t>
      </w:r>
    </w:p>
    <w:p>
      <w:r>
        <w:rPr>
          <w:rFonts w:ascii="宋体" w:hAnsi="宋体" w:eastAsia="宋体"/>
          <w:b w:val="0"/>
          <w:sz w:val="22"/>
        </w:rPr>
        <w:t xml:space="preserve">　C. 全面完整</w:t>
      </w:r>
    </w:p>
    <w:p>
      <w:r>
        <w:rPr>
          <w:rFonts w:ascii="宋体" w:hAnsi="宋体" w:eastAsia="宋体"/>
          <w:b w:val="0"/>
          <w:sz w:val="22"/>
        </w:rPr>
        <w:t xml:space="preserve">　D. 编报及时</w:t>
      </w:r>
    </w:p>
    <w:p>
      <w:r>
        <w:rPr>
          <w:rFonts w:ascii="宋体" w:hAnsi="宋体" w:eastAsia="宋体"/>
          <w:b w:val="0"/>
          <w:sz w:val="22"/>
        </w:rPr>
        <w:t>答案：A　解析：应遵循一致原则，不得随意变更会计政策。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第60题】企业当期应缴纳的城市维护建设税，应计入（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税金及附加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营业外支出</w:t>
      </w:r>
    </w:p>
    <w:p>
      <w:r>
        <w:rPr>
          <w:rFonts w:ascii="宋体" w:hAnsi="宋体" w:eastAsia="宋体"/>
          <w:b w:val="0"/>
          <w:sz w:val="22"/>
        </w:rPr>
        <w:t xml:space="preserve">　D. 销售费用</w:t>
      </w:r>
    </w:p>
    <w:p>
      <w:r>
        <w:rPr>
          <w:rFonts w:ascii="宋体" w:hAnsi="宋体" w:eastAsia="宋体"/>
          <w:b w:val="0"/>
          <w:sz w:val="22"/>
        </w:rPr>
        <w:t>答案：A　解析：城建税、教育费附加、消费税等计入税金及附加。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第61题】企业销售产品领用不单独计价包装物，其成本计入（　）。</w:t>
      </w:r>
    </w:p>
    <w:p>
      <w:r>
        <w:rPr>
          <w:rFonts w:ascii="宋体" w:hAnsi="宋体" w:eastAsia="宋体"/>
          <w:b w:val="0"/>
          <w:sz w:val="22"/>
        </w:rPr>
        <w:t xml:space="preserve">　A. 销售费用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其他业务成本</w:t>
      </w:r>
    </w:p>
    <w:p>
      <w:r>
        <w:rPr>
          <w:rFonts w:ascii="宋体" w:hAnsi="宋体" w:eastAsia="宋体"/>
          <w:b w:val="0"/>
          <w:sz w:val="22"/>
        </w:rPr>
        <w:t xml:space="preserve">　D. 制造费用</w:t>
      </w:r>
    </w:p>
    <w:p>
      <w:r>
        <w:rPr>
          <w:rFonts w:ascii="宋体" w:hAnsi="宋体" w:eastAsia="宋体"/>
          <w:b w:val="0"/>
          <w:sz w:val="22"/>
        </w:rPr>
        <w:t>答案：A　解析：随同商品出售不单独计价的包装物计入销售费用。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第62题】企业出租包装物取得的收入，应计入（　）。</w:t>
      </w:r>
    </w:p>
    <w:p>
      <w:r>
        <w:rPr>
          <w:rFonts w:ascii="宋体" w:hAnsi="宋体" w:eastAsia="宋体"/>
          <w:b w:val="0"/>
          <w:sz w:val="22"/>
        </w:rPr>
        <w:t xml:space="preserve">　A. 其他业务收入</w:t>
      </w:r>
    </w:p>
    <w:p>
      <w:r>
        <w:rPr>
          <w:rFonts w:ascii="宋体" w:hAnsi="宋体" w:eastAsia="宋体"/>
          <w:b w:val="0"/>
          <w:sz w:val="22"/>
        </w:rPr>
        <w:t xml:space="preserve">　B. 主营业务收入</w:t>
      </w:r>
    </w:p>
    <w:p>
      <w:r>
        <w:rPr>
          <w:rFonts w:ascii="宋体" w:hAnsi="宋体" w:eastAsia="宋体"/>
          <w:b w:val="0"/>
          <w:sz w:val="22"/>
        </w:rPr>
        <w:t xml:space="preserve">　C. 营业外收入</w:t>
      </w:r>
    </w:p>
    <w:p>
      <w:r>
        <w:rPr>
          <w:rFonts w:ascii="宋体" w:hAnsi="宋体" w:eastAsia="宋体"/>
          <w:b w:val="0"/>
          <w:sz w:val="22"/>
        </w:rPr>
        <w:t xml:space="preserve">　D. 投资收益</w:t>
      </w:r>
    </w:p>
    <w:p>
      <w:r>
        <w:rPr>
          <w:rFonts w:ascii="宋体" w:hAnsi="宋体" w:eastAsia="宋体"/>
          <w:b w:val="0"/>
          <w:sz w:val="22"/>
        </w:rPr>
        <w:t>答案：A　解析：出租包装物、出租固定资产收入计入其他业务收入。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第63题】在计划成本法下，购入材料的实际成本与计划成本差异计入（　）。</w:t>
      </w:r>
    </w:p>
    <w:p>
      <w:r>
        <w:rPr>
          <w:rFonts w:ascii="宋体" w:hAnsi="宋体" w:eastAsia="宋体"/>
          <w:b w:val="0"/>
          <w:sz w:val="22"/>
        </w:rPr>
        <w:t xml:space="preserve">　A. 材料成本差异</w:t>
      </w:r>
    </w:p>
    <w:p>
      <w:r>
        <w:rPr>
          <w:rFonts w:ascii="宋体" w:hAnsi="宋体" w:eastAsia="宋体"/>
          <w:b w:val="0"/>
          <w:sz w:val="22"/>
        </w:rPr>
        <w:t xml:space="preserve">　B. 原材料</w:t>
      </w:r>
    </w:p>
    <w:p>
      <w:r>
        <w:rPr>
          <w:rFonts w:ascii="宋体" w:hAnsi="宋体" w:eastAsia="宋体"/>
          <w:b w:val="0"/>
          <w:sz w:val="22"/>
        </w:rPr>
        <w:t xml:space="preserve">　C. 管理费用</w:t>
      </w:r>
    </w:p>
    <w:p>
      <w:r>
        <w:rPr>
          <w:rFonts w:ascii="宋体" w:hAnsi="宋体" w:eastAsia="宋体"/>
          <w:b w:val="0"/>
          <w:sz w:val="22"/>
        </w:rPr>
        <w:t xml:space="preserve">　D. 营业外支出</w:t>
      </w:r>
    </w:p>
    <w:p>
      <w:r>
        <w:rPr>
          <w:rFonts w:ascii="宋体" w:hAnsi="宋体" w:eastAsia="宋体"/>
          <w:b w:val="0"/>
          <w:sz w:val="22"/>
        </w:rPr>
        <w:t>答案：A　解析：计划成本法下通过“材料成本差异”科目核算差异。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第64题】企业盘亏固定资产，在报经批准前应先通过（　）科目核算。</w:t>
      </w:r>
    </w:p>
    <w:p>
      <w:r>
        <w:rPr>
          <w:rFonts w:ascii="宋体" w:hAnsi="宋体" w:eastAsia="宋体"/>
          <w:b w:val="0"/>
          <w:sz w:val="22"/>
        </w:rPr>
        <w:t xml:space="preserve">　A. 待处理财产损溢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营业外支出</w:t>
      </w:r>
    </w:p>
    <w:p>
      <w:r>
        <w:rPr>
          <w:rFonts w:ascii="宋体" w:hAnsi="宋体" w:eastAsia="宋体"/>
          <w:b w:val="0"/>
          <w:sz w:val="22"/>
        </w:rPr>
        <w:t xml:space="preserve">　D. 累计折旧</w:t>
      </w:r>
    </w:p>
    <w:p>
      <w:r>
        <w:rPr>
          <w:rFonts w:ascii="宋体" w:hAnsi="宋体" w:eastAsia="宋体"/>
          <w:b w:val="0"/>
          <w:sz w:val="22"/>
        </w:rPr>
        <w:t>答案：A　解析：盘亏资产先计入待处理财产损溢，批准后转营业外支出等。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第65题】企业确认职工薪酬时，生产工人工资应计入（　）。</w:t>
      </w:r>
    </w:p>
    <w:p>
      <w:r>
        <w:rPr>
          <w:rFonts w:ascii="宋体" w:hAnsi="宋体" w:eastAsia="宋体"/>
          <w:b w:val="0"/>
          <w:sz w:val="22"/>
        </w:rPr>
        <w:t xml:space="preserve">　A. 生产成本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销售费用</w:t>
      </w:r>
    </w:p>
    <w:p>
      <w:r>
        <w:rPr>
          <w:rFonts w:ascii="宋体" w:hAnsi="宋体" w:eastAsia="宋体"/>
          <w:b w:val="0"/>
          <w:sz w:val="22"/>
        </w:rPr>
        <w:t xml:space="preserve">　D. 财务费用</w:t>
      </w:r>
    </w:p>
    <w:p>
      <w:r>
        <w:rPr>
          <w:rFonts w:ascii="宋体" w:hAnsi="宋体" w:eastAsia="宋体"/>
          <w:b w:val="0"/>
          <w:sz w:val="22"/>
        </w:rPr>
        <w:t>答案：A　解析：生产工人薪酬计入生产成本，车间管理人员计入制造费用。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第66题】车间管理人员薪酬应计入（　）。</w:t>
      </w:r>
    </w:p>
    <w:p>
      <w:r>
        <w:rPr>
          <w:rFonts w:ascii="宋体" w:hAnsi="宋体" w:eastAsia="宋体"/>
          <w:b w:val="0"/>
          <w:sz w:val="22"/>
        </w:rPr>
        <w:t xml:space="preserve">　A. 制造费用</w:t>
      </w:r>
    </w:p>
    <w:p>
      <w:r>
        <w:rPr>
          <w:rFonts w:ascii="宋体" w:hAnsi="宋体" w:eastAsia="宋体"/>
          <w:b w:val="0"/>
          <w:sz w:val="22"/>
        </w:rPr>
        <w:t xml:space="preserve">　B. 生产成本</w:t>
      </w:r>
    </w:p>
    <w:p>
      <w:r>
        <w:rPr>
          <w:rFonts w:ascii="宋体" w:hAnsi="宋体" w:eastAsia="宋体"/>
          <w:b w:val="0"/>
          <w:sz w:val="22"/>
        </w:rPr>
        <w:t xml:space="preserve">　C. 管理费用</w:t>
      </w:r>
    </w:p>
    <w:p>
      <w:r>
        <w:rPr>
          <w:rFonts w:ascii="宋体" w:hAnsi="宋体" w:eastAsia="宋体"/>
          <w:b w:val="0"/>
          <w:sz w:val="22"/>
        </w:rPr>
        <w:t xml:space="preserve">　D. 销售费用</w:t>
      </w:r>
    </w:p>
    <w:p>
      <w:r>
        <w:rPr>
          <w:rFonts w:ascii="宋体" w:hAnsi="宋体" w:eastAsia="宋体"/>
          <w:b w:val="0"/>
          <w:sz w:val="22"/>
        </w:rPr>
        <w:t>答案：A　解析：车间管理、技术人员薪酬先归集制造费用再分配。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第67题】企业按规定计算的城市维护建设税基数是（　）。</w:t>
      </w:r>
    </w:p>
    <w:p>
      <w:r>
        <w:rPr>
          <w:rFonts w:ascii="宋体" w:hAnsi="宋体" w:eastAsia="宋体"/>
          <w:b w:val="0"/>
          <w:sz w:val="22"/>
        </w:rPr>
        <w:t xml:space="preserve">　A. 实际缴纳的增值税和消费税</w:t>
      </w:r>
    </w:p>
    <w:p>
      <w:r>
        <w:rPr>
          <w:rFonts w:ascii="宋体" w:hAnsi="宋体" w:eastAsia="宋体"/>
          <w:b w:val="0"/>
          <w:sz w:val="22"/>
        </w:rPr>
        <w:t xml:space="preserve">　B. 营业收入</w:t>
      </w:r>
    </w:p>
    <w:p>
      <w:r>
        <w:rPr>
          <w:rFonts w:ascii="宋体" w:hAnsi="宋体" w:eastAsia="宋体"/>
          <w:b w:val="0"/>
          <w:sz w:val="22"/>
        </w:rPr>
        <w:t xml:space="preserve">　C. 利润总额</w:t>
      </w:r>
    </w:p>
    <w:p>
      <w:r>
        <w:rPr>
          <w:rFonts w:ascii="宋体" w:hAnsi="宋体" w:eastAsia="宋体"/>
          <w:b w:val="0"/>
          <w:sz w:val="22"/>
        </w:rPr>
        <w:t xml:space="preserve">　D. 工资总额</w:t>
      </w:r>
    </w:p>
    <w:p>
      <w:r>
        <w:rPr>
          <w:rFonts w:ascii="宋体" w:hAnsi="宋体" w:eastAsia="宋体"/>
          <w:b w:val="0"/>
          <w:sz w:val="22"/>
        </w:rPr>
        <w:t>答案：A　解析：城建税以实际缴纳的增值税、消费税税额为计税依据。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第68题】企业年末资产负债表中“未分配利润”项目，应根据（　）填列。</w:t>
      </w:r>
    </w:p>
    <w:p>
      <w:r>
        <w:rPr>
          <w:rFonts w:ascii="宋体" w:hAnsi="宋体" w:eastAsia="宋体"/>
          <w:b w:val="0"/>
          <w:sz w:val="22"/>
        </w:rPr>
        <w:t xml:space="preserve">　A. 利润分配—未分配利润科目余额</w:t>
      </w:r>
    </w:p>
    <w:p>
      <w:r>
        <w:rPr>
          <w:rFonts w:ascii="宋体" w:hAnsi="宋体" w:eastAsia="宋体"/>
          <w:b w:val="0"/>
          <w:sz w:val="22"/>
        </w:rPr>
        <w:t xml:space="preserve">　B. 本年利润余额</w:t>
      </w:r>
    </w:p>
    <w:p>
      <w:r>
        <w:rPr>
          <w:rFonts w:ascii="宋体" w:hAnsi="宋体" w:eastAsia="宋体"/>
          <w:b w:val="0"/>
          <w:sz w:val="22"/>
        </w:rPr>
        <w:t xml:space="preserve">　C. 实收资本</w:t>
      </w:r>
    </w:p>
    <w:p>
      <w:r>
        <w:rPr>
          <w:rFonts w:ascii="宋体" w:hAnsi="宋体" w:eastAsia="宋体"/>
          <w:b w:val="0"/>
          <w:sz w:val="22"/>
        </w:rPr>
        <w:t xml:space="preserve">　D. 资本公积</w:t>
      </w:r>
    </w:p>
    <w:p>
      <w:r>
        <w:rPr>
          <w:rFonts w:ascii="宋体" w:hAnsi="宋体" w:eastAsia="宋体"/>
          <w:b w:val="0"/>
          <w:sz w:val="22"/>
        </w:rPr>
        <w:t>答案：A　解析：年末未分配利润项目根据利润分配—未分配利润余额填列。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第69题】某企业资产总额100万元，负债总额40万元，则所有者权益为（　）。</w:t>
      </w:r>
    </w:p>
    <w:p>
      <w:r>
        <w:rPr>
          <w:rFonts w:ascii="宋体" w:hAnsi="宋体" w:eastAsia="宋体"/>
          <w:b w:val="0"/>
          <w:sz w:val="22"/>
        </w:rPr>
        <w:t xml:space="preserve">　A. 60万元</w:t>
      </w:r>
    </w:p>
    <w:p>
      <w:r>
        <w:rPr>
          <w:rFonts w:ascii="宋体" w:hAnsi="宋体" w:eastAsia="宋体"/>
          <w:b w:val="0"/>
          <w:sz w:val="22"/>
        </w:rPr>
        <w:t xml:space="preserve">　B. 140万元</w:t>
      </w:r>
    </w:p>
    <w:p>
      <w:r>
        <w:rPr>
          <w:rFonts w:ascii="宋体" w:hAnsi="宋体" w:eastAsia="宋体"/>
          <w:b w:val="0"/>
          <w:sz w:val="22"/>
        </w:rPr>
        <w:t xml:space="preserve">　C. 40万元</w:t>
      </w:r>
    </w:p>
    <w:p>
      <w:r>
        <w:rPr>
          <w:rFonts w:ascii="宋体" w:hAnsi="宋体" w:eastAsia="宋体"/>
          <w:b w:val="0"/>
          <w:sz w:val="22"/>
        </w:rPr>
        <w:t xml:space="preserve">　D. 100万元</w:t>
      </w:r>
    </w:p>
    <w:p>
      <w:r>
        <w:rPr>
          <w:rFonts w:ascii="宋体" w:hAnsi="宋体" w:eastAsia="宋体"/>
          <w:b w:val="0"/>
          <w:sz w:val="22"/>
        </w:rPr>
        <w:t>答案：A　解析：所有者权益=资产-负债=100-40=60万元。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第70题】借贷记账法的试算平衡依据是（　）。</w:t>
      </w:r>
    </w:p>
    <w:p>
      <w:r>
        <w:rPr>
          <w:rFonts w:ascii="宋体" w:hAnsi="宋体" w:eastAsia="宋体"/>
          <w:b w:val="0"/>
          <w:sz w:val="22"/>
        </w:rPr>
        <w:t xml:space="preserve">　A. 资产=负债+所有者权益及记账规则</w:t>
      </w:r>
    </w:p>
    <w:p>
      <w:r>
        <w:rPr>
          <w:rFonts w:ascii="宋体" w:hAnsi="宋体" w:eastAsia="宋体"/>
          <w:b w:val="0"/>
          <w:sz w:val="22"/>
        </w:rPr>
        <w:t xml:space="preserve">　B. 收付实现制</w:t>
      </w:r>
    </w:p>
    <w:p>
      <w:r>
        <w:rPr>
          <w:rFonts w:ascii="宋体" w:hAnsi="宋体" w:eastAsia="宋体"/>
          <w:b w:val="0"/>
          <w:sz w:val="22"/>
        </w:rPr>
        <w:t xml:space="preserve">　C. 权责发生制</w:t>
      </w:r>
    </w:p>
    <w:p>
      <w:r>
        <w:rPr>
          <w:rFonts w:ascii="宋体" w:hAnsi="宋体" w:eastAsia="宋体"/>
          <w:b w:val="0"/>
          <w:sz w:val="22"/>
        </w:rPr>
        <w:t xml:space="preserve">　D. 历史成本</w:t>
      </w:r>
    </w:p>
    <w:p>
      <w:r>
        <w:rPr>
          <w:rFonts w:ascii="宋体" w:hAnsi="宋体" w:eastAsia="宋体"/>
          <w:b w:val="0"/>
          <w:sz w:val="22"/>
        </w:rPr>
        <w:t>答案：A　解析：试算平衡依据会计等式和“有借必有贷、借贷必相等”规则。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【初级会计·单选题 第71题】企业将现金存入银行，应编制（　）。</w:t>
      </w:r>
    </w:p>
    <w:p>
      <w:r>
        <w:rPr>
          <w:rFonts w:ascii="宋体" w:hAnsi="宋体" w:eastAsia="宋体"/>
          <w:b w:val="0"/>
          <w:sz w:val="22"/>
        </w:rPr>
        <w:t xml:space="preserve">　A. 现金付款凭证</w:t>
      </w:r>
    </w:p>
    <w:p>
      <w:r>
        <w:rPr>
          <w:rFonts w:ascii="宋体" w:hAnsi="宋体" w:eastAsia="宋体"/>
          <w:b w:val="0"/>
          <w:sz w:val="22"/>
        </w:rPr>
        <w:t xml:space="preserve">　B. 银行收款凭证</w:t>
      </w:r>
    </w:p>
    <w:p>
      <w:r>
        <w:rPr>
          <w:rFonts w:ascii="宋体" w:hAnsi="宋体" w:eastAsia="宋体"/>
          <w:b w:val="0"/>
          <w:sz w:val="22"/>
        </w:rPr>
        <w:t xml:space="preserve">　C. 转账凭证</w:t>
      </w:r>
    </w:p>
    <w:p>
      <w:r>
        <w:rPr>
          <w:rFonts w:ascii="宋体" w:hAnsi="宋体" w:eastAsia="宋体"/>
          <w:b w:val="0"/>
          <w:sz w:val="22"/>
        </w:rPr>
        <w:t xml:space="preserve">　D. 汇总凭证</w:t>
      </w:r>
    </w:p>
    <w:p>
      <w:r>
        <w:rPr>
          <w:rFonts w:ascii="宋体" w:hAnsi="宋体" w:eastAsia="宋体"/>
          <w:b w:val="0"/>
          <w:sz w:val="22"/>
        </w:rPr>
        <w:t>答案：A　解析：涉及现金与银行存款之间相互划转，为避免重复，只编付款凭证。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第72题】下列属于会计基本假设的有（　）。</w:t>
      </w:r>
    </w:p>
    <w:p>
      <w:r>
        <w:rPr>
          <w:rFonts w:ascii="宋体" w:hAnsi="宋体" w:eastAsia="宋体"/>
          <w:b w:val="0"/>
          <w:sz w:val="22"/>
        </w:rPr>
        <w:t xml:space="preserve">　A. 会计主体</w:t>
      </w:r>
    </w:p>
    <w:p>
      <w:r>
        <w:rPr>
          <w:rFonts w:ascii="宋体" w:hAnsi="宋体" w:eastAsia="宋体"/>
          <w:b w:val="0"/>
          <w:sz w:val="22"/>
        </w:rPr>
        <w:t xml:space="preserve">　B. 持续经营</w:t>
      </w:r>
    </w:p>
    <w:p>
      <w:r>
        <w:rPr>
          <w:rFonts w:ascii="宋体" w:hAnsi="宋体" w:eastAsia="宋体"/>
          <w:b w:val="0"/>
          <w:sz w:val="22"/>
        </w:rPr>
        <w:t xml:space="preserve">　C. 会计分期</w:t>
      </w:r>
    </w:p>
    <w:p>
      <w:r>
        <w:rPr>
          <w:rFonts w:ascii="宋体" w:hAnsi="宋体" w:eastAsia="宋体"/>
          <w:b w:val="0"/>
          <w:sz w:val="22"/>
        </w:rPr>
        <w:t xml:space="preserve">　D. 货币计量</w:t>
      </w:r>
    </w:p>
    <w:p>
      <w:r>
        <w:rPr>
          <w:rFonts w:ascii="宋体" w:hAnsi="宋体" w:eastAsia="宋体"/>
          <w:b w:val="0"/>
          <w:sz w:val="22"/>
        </w:rPr>
        <w:t>答案：ABCD　解析：会计基本假设包括会计主体、持续经营、会计分期、货币计量。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第73题】下列属于流动资产的有（　）。</w:t>
      </w:r>
    </w:p>
    <w:p>
      <w:r>
        <w:rPr>
          <w:rFonts w:ascii="宋体" w:hAnsi="宋体" w:eastAsia="宋体"/>
          <w:b w:val="0"/>
          <w:sz w:val="22"/>
        </w:rPr>
        <w:t xml:space="preserve">　A. 库存现金</w:t>
      </w:r>
    </w:p>
    <w:p>
      <w:r>
        <w:rPr>
          <w:rFonts w:ascii="宋体" w:hAnsi="宋体" w:eastAsia="宋体"/>
          <w:b w:val="0"/>
          <w:sz w:val="22"/>
        </w:rPr>
        <w:t xml:space="preserve">　B. 应收账款</w:t>
      </w:r>
    </w:p>
    <w:p>
      <w:r>
        <w:rPr>
          <w:rFonts w:ascii="宋体" w:hAnsi="宋体" w:eastAsia="宋体"/>
          <w:b w:val="0"/>
          <w:sz w:val="22"/>
        </w:rPr>
        <w:t xml:space="preserve">　C. 存货</w:t>
      </w:r>
    </w:p>
    <w:p>
      <w:r>
        <w:rPr>
          <w:rFonts w:ascii="宋体" w:hAnsi="宋体" w:eastAsia="宋体"/>
          <w:b w:val="0"/>
          <w:sz w:val="22"/>
        </w:rPr>
        <w:t xml:space="preserve">　D. 固定资产</w:t>
      </w:r>
    </w:p>
    <w:p>
      <w:r>
        <w:rPr>
          <w:rFonts w:ascii="宋体" w:hAnsi="宋体" w:eastAsia="宋体"/>
          <w:b w:val="0"/>
          <w:sz w:val="22"/>
        </w:rPr>
        <w:t>答案：ABC　解析：固定资产为非流动资产。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第74题】下列属于流动负债的有（　）。</w:t>
      </w:r>
    </w:p>
    <w:p>
      <w:r>
        <w:rPr>
          <w:rFonts w:ascii="宋体" w:hAnsi="宋体" w:eastAsia="宋体"/>
          <w:b w:val="0"/>
          <w:sz w:val="22"/>
        </w:rPr>
        <w:t xml:space="preserve">　A. 短期借款</w:t>
      </w:r>
    </w:p>
    <w:p>
      <w:r>
        <w:rPr>
          <w:rFonts w:ascii="宋体" w:hAnsi="宋体" w:eastAsia="宋体"/>
          <w:b w:val="0"/>
          <w:sz w:val="22"/>
        </w:rPr>
        <w:t xml:space="preserve">　B. 应付账款</w:t>
      </w:r>
    </w:p>
    <w:p>
      <w:r>
        <w:rPr>
          <w:rFonts w:ascii="宋体" w:hAnsi="宋体" w:eastAsia="宋体"/>
          <w:b w:val="0"/>
          <w:sz w:val="22"/>
        </w:rPr>
        <w:t xml:space="preserve">　C. 应付职工薪酬</w:t>
      </w:r>
    </w:p>
    <w:p>
      <w:r>
        <w:rPr>
          <w:rFonts w:ascii="宋体" w:hAnsi="宋体" w:eastAsia="宋体"/>
          <w:b w:val="0"/>
          <w:sz w:val="22"/>
        </w:rPr>
        <w:t xml:space="preserve">　D. 长期借款</w:t>
      </w:r>
    </w:p>
    <w:p>
      <w:r>
        <w:rPr>
          <w:rFonts w:ascii="宋体" w:hAnsi="宋体" w:eastAsia="宋体"/>
          <w:b w:val="0"/>
          <w:sz w:val="22"/>
        </w:rPr>
        <w:t>答案：ABC　解析：长期借款为非流动负债。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第75题】所有者权益包括（　）。</w:t>
      </w:r>
    </w:p>
    <w:p>
      <w:r>
        <w:rPr>
          <w:rFonts w:ascii="宋体" w:hAnsi="宋体" w:eastAsia="宋体"/>
          <w:b w:val="0"/>
          <w:sz w:val="22"/>
        </w:rPr>
        <w:t xml:space="preserve">　A. 实收资本</w:t>
      </w:r>
    </w:p>
    <w:p>
      <w:r>
        <w:rPr>
          <w:rFonts w:ascii="宋体" w:hAnsi="宋体" w:eastAsia="宋体"/>
          <w:b w:val="0"/>
          <w:sz w:val="22"/>
        </w:rPr>
        <w:t xml:space="preserve">　B. 资本公积</w:t>
      </w:r>
    </w:p>
    <w:p>
      <w:r>
        <w:rPr>
          <w:rFonts w:ascii="宋体" w:hAnsi="宋体" w:eastAsia="宋体"/>
          <w:b w:val="0"/>
          <w:sz w:val="22"/>
        </w:rPr>
        <w:t xml:space="preserve">　C. 盈余公积</w:t>
      </w:r>
    </w:p>
    <w:p>
      <w:r>
        <w:rPr>
          <w:rFonts w:ascii="宋体" w:hAnsi="宋体" w:eastAsia="宋体"/>
          <w:b w:val="0"/>
          <w:sz w:val="22"/>
        </w:rPr>
        <w:t xml:space="preserve">　D. 未分配利润</w:t>
      </w:r>
    </w:p>
    <w:p>
      <w:r>
        <w:rPr>
          <w:rFonts w:ascii="宋体" w:hAnsi="宋体" w:eastAsia="宋体"/>
          <w:b w:val="0"/>
          <w:sz w:val="22"/>
        </w:rPr>
        <w:t>答案：ABCD　解析：所有者权益由投入资本、直接计入的利得损失和留存收益构成。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第76题】期间费用包括（　）。</w:t>
      </w:r>
    </w:p>
    <w:p>
      <w:r>
        <w:rPr>
          <w:rFonts w:ascii="宋体" w:hAnsi="宋体" w:eastAsia="宋体"/>
          <w:b w:val="0"/>
          <w:sz w:val="22"/>
        </w:rPr>
        <w:t xml:space="preserve">　A. 管理费用</w:t>
      </w:r>
    </w:p>
    <w:p>
      <w:r>
        <w:rPr>
          <w:rFonts w:ascii="宋体" w:hAnsi="宋体" w:eastAsia="宋体"/>
          <w:b w:val="0"/>
          <w:sz w:val="22"/>
        </w:rPr>
        <w:t xml:space="preserve">　B. 销售费用</w:t>
      </w:r>
    </w:p>
    <w:p>
      <w:r>
        <w:rPr>
          <w:rFonts w:ascii="宋体" w:hAnsi="宋体" w:eastAsia="宋体"/>
          <w:b w:val="0"/>
          <w:sz w:val="22"/>
        </w:rPr>
        <w:t xml:space="preserve">　C. 财务费用</w:t>
      </w:r>
    </w:p>
    <w:p>
      <w:r>
        <w:rPr>
          <w:rFonts w:ascii="宋体" w:hAnsi="宋体" w:eastAsia="宋体"/>
          <w:b w:val="0"/>
          <w:sz w:val="22"/>
        </w:rPr>
        <w:t xml:space="preserve">　D. 制造费用</w:t>
      </w:r>
    </w:p>
    <w:p>
      <w:r>
        <w:rPr>
          <w:rFonts w:ascii="宋体" w:hAnsi="宋体" w:eastAsia="宋体"/>
          <w:b w:val="0"/>
          <w:sz w:val="22"/>
        </w:rPr>
        <w:t>答案：ABC　解析：制造费用计入产品成本，不属于期间费用。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第77题】下列各项中，影响营业利润的有（　）。</w:t>
      </w:r>
    </w:p>
    <w:p>
      <w:r>
        <w:rPr>
          <w:rFonts w:ascii="宋体" w:hAnsi="宋体" w:eastAsia="宋体"/>
          <w:b w:val="0"/>
          <w:sz w:val="22"/>
        </w:rPr>
        <w:t xml:space="preserve">　A. 营业收入</w:t>
      </w:r>
    </w:p>
    <w:p>
      <w:r>
        <w:rPr>
          <w:rFonts w:ascii="宋体" w:hAnsi="宋体" w:eastAsia="宋体"/>
          <w:b w:val="0"/>
          <w:sz w:val="22"/>
        </w:rPr>
        <w:t xml:space="preserve">　B. 管理费用</w:t>
      </w:r>
    </w:p>
    <w:p>
      <w:r>
        <w:rPr>
          <w:rFonts w:ascii="宋体" w:hAnsi="宋体" w:eastAsia="宋体"/>
          <w:b w:val="0"/>
          <w:sz w:val="22"/>
        </w:rPr>
        <w:t xml:space="preserve">　C. 投资收益</w:t>
      </w:r>
    </w:p>
    <w:p>
      <w:r>
        <w:rPr>
          <w:rFonts w:ascii="宋体" w:hAnsi="宋体" w:eastAsia="宋体"/>
          <w:b w:val="0"/>
          <w:sz w:val="22"/>
        </w:rPr>
        <w:t xml:space="preserve">　D. 营业外收入</w:t>
      </w:r>
    </w:p>
    <w:p>
      <w:r>
        <w:rPr>
          <w:rFonts w:ascii="宋体" w:hAnsi="宋体" w:eastAsia="宋体"/>
          <w:b w:val="0"/>
          <w:sz w:val="22"/>
        </w:rPr>
        <w:t>答案：ABC　解析：营业外收支不影响营业利润，但影响利润总额。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第78题】下列应计入税金及附加的有（　）。</w:t>
      </w:r>
    </w:p>
    <w:p>
      <w:r>
        <w:rPr>
          <w:rFonts w:ascii="宋体" w:hAnsi="宋体" w:eastAsia="宋体"/>
          <w:b w:val="0"/>
          <w:sz w:val="22"/>
        </w:rPr>
        <w:t xml:space="preserve">　A. 消费税</w:t>
      </w:r>
    </w:p>
    <w:p>
      <w:r>
        <w:rPr>
          <w:rFonts w:ascii="宋体" w:hAnsi="宋体" w:eastAsia="宋体"/>
          <w:b w:val="0"/>
          <w:sz w:val="22"/>
        </w:rPr>
        <w:t xml:space="preserve">　B. 城市维护建设税</w:t>
      </w:r>
    </w:p>
    <w:p>
      <w:r>
        <w:rPr>
          <w:rFonts w:ascii="宋体" w:hAnsi="宋体" w:eastAsia="宋体"/>
          <w:b w:val="0"/>
          <w:sz w:val="22"/>
        </w:rPr>
        <w:t xml:space="preserve">　C. 教育费附加</w:t>
      </w:r>
    </w:p>
    <w:p>
      <w:r>
        <w:rPr>
          <w:rFonts w:ascii="宋体" w:hAnsi="宋体" w:eastAsia="宋体"/>
          <w:b w:val="0"/>
          <w:sz w:val="22"/>
        </w:rPr>
        <w:t xml:space="preserve">　D. 增值税</w:t>
      </w:r>
    </w:p>
    <w:p>
      <w:r>
        <w:rPr>
          <w:rFonts w:ascii="宋体" w:hAnsi="宋体" w:eastAsia="宋体"/>
          <w:b w:val="0"/>
          <w:sz w:val="22"/>
        </w:rPr>
        <w:t>答案：ABC　解析：增值税为价外税，不通过税金及附加核算。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第79题】下列属于财务报表的有（　）。</w:t>
      </w:r>
    </w:p>
    <w:p>
      <w:r>
        <w:rPr>
          <w:rFonts w:ascii="宋体" w:hAnsi="宋体" w:eastAsia="宋体"/>
          <w:b w:val="0"/>
          <w:sz w:val="22"/>
        </w:rPr>
        <w:t xml:space="preserve">　A. 资产负债表</w:t>
      </w:r>
    </w:p>
    <w:p>
      <w:r>
        <w:rPr>
          <w:rFonts w:ascii="宋体" w:hAnsi="宋体" w:eastAsia="宋体"/>
          <w:b w:val="0"/>
          <w:sz w:val="22"/>
        </w:rPr>
        <w:t xml:space="preserve">　B. 利润表</w:t>
      </w:r>
    </w:p>
    <w:p>
      <w:r>
        <w:rPr>
          <w:rFonts w:ascii="宋体" w:hAnsi="宋体" w:eastAsia="宋体"/>
          <w:b w:val="0"/>
          <w:sz w:val="22"/>
        </w:rPr>
        <w:t xml:space="preserve">　C. 现金流量表</w:t>
      </w:r>
    </w:p>
    <w:p>
      <w:r>
        <w:rPr>
          <w:rFonts w:ascii="宋体" w:hAnsi="宋体" w:eastAsia="宋体"/>
          <w:b w:val="0"/>
          <w:sz w:val="22"/>
        </w:rPr>
        <w:t xml:space="preserve">　D. 所有者权益变动表</w:t>
      </w:r>
    </w:p>
    <w:p>
      <w:r>
        <w:rPr>
          <w:rFonts w:ascii="宋体" w:hAnsi="宋体" w:eastAsia="宋体"/>
          <w:b w:val="0"/>
          <w:sz w:val="22"/>
        </w:rPr>
        <w:t>答案：ABCD　解析：四表一注：资产负债表、利润表、现金流量表、所有者权益变动表及附注。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第80题】发出存货的计价方法有（　）。</w:t>
      </w:r>
    </w:p>
    <w:p>
      <w:r>
        <w:rPr>
          <w:rFonts w:ascii="宋体" w:hAnsi="宋体" w:eastAsia="宋体"/>
          <w:b w:val="0"/>
          <w:sz w:val="22"/>
        </w:rPr>
        <w:t xml:space="preserve">　A. 先进先出法</w:t>
      </w:r>
    </w:p>
    <w:p>
      <w:r>
        <w:rPr>
          <w:rFonts w:ascii="宋体" w:hAnsi="宋体" w:eastAsia="宋体"/>
          <w:b w:val="0"/>
          <w:sz w:val="22"/>
        </w:rPr>
        <w:t xml:space="preserve">　B. 月末一次加权平均法</w:t>
      </w:r>
    </w:p>
    <w:p>
      <w:r>
        <w:rPr>
          <w:rFonts w:ascii="宋体" w:hAnsi="宋体" w:eastAsia="宋体"/>
          <w:b w:val="0"/>
          <w:sz w:val="22"/>
        </w:rPr>
        <w:t xml:space="preserve">　C. 移动加权平均法</w:t>
      </w:r>
    </w:p>
    <w:p>
      <w:r>
        <w:rPr>
          <w:rFonts w:ascii="宋体" w:hAnsi="宋体" w:eastAsia="宋体"/>
          <w:b w:val="0"/>
          <w:sz w:val="22"/>
        </w:rPr>
        <w:t xml:space="preserve">　D. 个别计价法</w:t>
      </w:r>
    </w:p>
    <w:p>
      <w:r>
        <w:rPr>
          <w:rFonts w:ascii="宋体" w:hAnsi="宋体" w:eastAsia="宋体"/>
          <w:b w:val="0"/>
          <w:sz w:val="22"/>
        </w:rPr>
        <w:t>答案：ABCD　解析：现行准则允许上述方法，后进先出法已取消。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第81题】固定资产折旧方法有（　）。</w:t>
      </w:r>
    </w:p>
    <w:p>
      <w:r>
        <w:rPr>
          <w:rFonts w:ascii="宋体" w:hAnsi="宋体" w:eastAsia="宋体"/>
          <w:b w:val="0"/>
          <w:sz w:val="22"/>
        </w:rPr>
        <w:t xml:space="preserve">　A. 年限平均法</w:t>
      </w:r>
    </w:p>
    <w:p>
      <w:r>
        <w:rPr>
          <w:rFonts w:ascii="宋体" w:hAnsi="宋体" w:eastAsia="宋体"/>
          <w:b w:val="0"/>
          <w:sz w:val="22"/>
        </w:rPr>
        <w:t xml:space="preserve">　B. 工作量法</w:t>
      </w:r>
    </w:p>
    <w:p>
      <w:r>
        <w:rPr>
          <w:rFonts w:ascii="宋体" w:hAnsi="宋体" w:eastAsia="宋体"/>
          <w:b w:val="0"/>
          <w:sz w:val="22"/>
        </w:rPr>
        <w:t xml:space="preserve">　C. 双倍余额递减法</w:t>
      </w:r>
    </w:p>
    <w:p>
      <w:r>
        <w:rPr>
          <w:rFonts w:ascii="宋体" w:hAnsi="宋体" w:eastAsia="宋体"/>
          <w:b w:val="0"/>
          <w:sz w:val="22"/>
        </w:rPr>
        <w:t xml:space="preserve">　D. 年数总和法</w:t>
      </w:r>
    </w:p>
    <w:p>
      <w:r>
        <w:rPr>
          <w:rFonts w:ascii="宋体" w:hAnsi="宋体" w:eastAsia="宋体"/>
          <w:b w:val="0"/>
          <w:sz w:val="22"/>
        </w:rPr>
        <w:t>答案：ABCD　解析：折旧方法包括直线法和加速折旧法等四类。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第82题】下列属于职工薪酬内容的有（　）。</w:t>
      </w:r>
    </w:p>
    <w:p>
      <w:r>
        <w:rPr>
          <w:rFonts w:ascii="宋体" w:hAnsi="宋体" w:eastAsia="宋体"/>
          <w:b w:val="0"/>
          <w:sz w:val="22"/>
        </w:rPr>
        <w:t xml:space="preserve">　A. 工资奖金津贴</w:t>
      </w:r>
    </w:p>
    <w:p>
      <w:r>
        <w:rPr>
          <w:rFonts w:ascii="宋体" w:hAnsi="宋体" w:eastAsia="宋体"/>
          <w:b w:val="0"/>
          <w:sz w:val="22"/>
        </w:rPr>
        <w:t xml:space="preserve">　B. 职工福利费</w:t>
      </w:r>
    </w:p>
    <w:p>
      <w:r>
        <w:rPr>
          <w:rFonts w:ascii="宋体" w:hAnsi="宋体" w:eastAsia="宋体"/>
          <w:b w:val="0"/>
          <w:sz w:val="22"/>
        </w:rPr>
        <w:t xml:space="preserve">　C. 社会保险费</w:t>
      </w:r>
    </w:p>
    <w:p>
      <w:r>
        <w:rPr>
          <w:rFonts w:ascii="宋体" w:hAnsi="宋体" w:eastAsia="宋体"/>
          <w:b w:val="0"/>
          <w:sz w:val="22"/>
        </w:rPr>
        <w:t xml:space="preserve">　D. 住房公积金</w:t>
      </w:r>
    </w:p>
    <w:p>
      <w:r>
        <w:rPr>
          <w:rFonts w:ascii="宋体" w:hAnsi="宋体" w:eastAsia="宋体"/>
          <w:b w:val="0"/>
          <w:sz w:val="22"/>
        </w:rPr>
        <w:t>答案：ABCD　解析：职工薪酬包括短期薪酬、离职后福利、辞退福利等。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第83题】下列属于记账凭证的有（　）。</w:t>
      </w:r>
    </w:p>
    <w:p>
      <w:r>
        <w:rPr>
          <w:rFonts w:ascii="宋体" w:hAnsi="宋体" w:eastAsia="宋体"/>
          <w:b w:val="0"/>
          <w:sz w:val="22"/>
        </w:rPr>
        <w:t xml:space="preserve">　A. 收款凭证</w:t>
      </w:r>
    </w:p>
    <w:p>
      <w:r>
        <w:rPr>
          <w:rFonts w:ascii="宋体" w:hAnsi="宋体" w:eastAsia="宋体"/>
          <w:b w:val="0"/>
          <w:sz w:val="22"/>
        </w:rPr>
        <w:t xml:space="preserve">　B. 付款凭证</w:t>
      </w:r>
    </w:p>
    <w:p>
      <w:r>
        <w:rPr>
          <w:rFonts w:ascii="宋体" w:hAnsi="宋体" w:eastAsia="宋体"/>
          <w:b w:val="0"/>
          <w:sz w:val="22"/>
        </w:rPr>
        <w:t xml:space="preserve">　C. 转账凭证</w:t>
      </w:r>
    </w:p>
    <w:p>
      <w:r>
        <w:rPr>
          <w:rFonts w:ascii="宋体" w:hAnsi="宋体" w:eastAsia="宋体"/>
          <w:b w:val="0"/>
          <w:sz w:val="22"/>
        </w:rPr>
        <w:t xml:space="preserve">　D. 通用记账凭证</w:t>
      </w:r>
    </w:p>
    <w:p>
      <w:r>
        <w:rPr>
          <w:rFonts w:ascii="宋体" w:hAnsi="宋体" w:eastAsia="宋体"/>
          <w:b w:val="0"/>
          <w:sz w:val="22"/>
        </w:rPr>
        <w:t>答案：ABCD　解析：记账凭证按反映经济业务内容分为收、付、转及通用凭证。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第84题】对账的主要内容包括（　）。</w:t>
      </w:r>
    </w:p>
    <w:p>
      <w:r>
        <w:rPr>
          <w:rFonts w:ascii="宋体" w:hAnsi="宋体" w:eastAsia="宋体"/>
          <w:b w:val="0"/>
          <w:sz w:val="22"/>
        </w:rPr>
        <w:t xml:space="preserve">　A. 账证核对</w:t>
      </w:r>
    </w:p>
    <w:p>
      <w:r>
        <w:rPr>
          <w:rFonts w:ascii="宋体" w:hAnsi="宋体" w:eastAsia="宋体"/>
          <w:b w:val="0"/>
          <w:sz w:val="22"/>
        </w:rPr>
        <w:t xml:space="preserve">　B. 账账核对</w:t>
      </w:r>
    </w:p>
    <w:p>
      <w:r>
        <w:rPr>
          <w:rFonts w:ascii="宋体" w:hAnsi="宋体" w:eastAsia="宋体"/>
          <w:b w:val="0"/>
          <w:sz w:val="22"/>
        </w:rPr>
        <w:t xml:space="preserve">　C. 账实核对</w:t>
      </w:r>
    </w:p>
    <w:p>
      <w:r>
        <w:rPr>
          <w:rFonts w:ascii="宋体" w:hAnsi="宋体" w:eastAsia="宋体"/>
          <w:b w:val="0"/>
          <w:sz w:val="22"/>
        </w:rPr>
        <w:t xml:space="preserve">　D. 账表核对</w:t>
      </w:r>
    </w:p>
    <w:p>
      <w:r>
        <w:rPr>
          <w:rFonts w:ascii="宋体" w:hAnsi="宋体" w:eastAsia="宋体"/>
          <w:b w:val="0"/>
          <w:sz w:val="22"/>
        </w:rPr>
        <w:t>答案：ABC　解析：对账主要包括账证、账账、账实核对。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第85题】会计计量属性主要包括（　）。</w:t>
      </w:r>
    </w:p>
    <w:p>
      <w:r>
        <w:rPr>
          <w:rFonts w:ascii="宋体" w:hAnsi="宋体" w:eastAsia="宋体"/>
          <w:b w:val="0"/>
          <w:sz w:val="22"/>
        </w:rPr>
        <w:t xml:space="preserve">　A. 历史成本</w:t>
      </w:r>
    </w:p>
    <w:p>
      <w:r>
        <w:rPr>
          <w:rFonts w:ascii="宋体" w:hAnsi="宋体" w:eastAsia="宋体"/>
          <w:b w:val="0"/>
          <w:sz w:val="22"/>
        </w:rPr>
        <w:t xml:space="preserve">　B. 重置成本</w:t>
      </w:r>
    </w:p>
    <w:p>
      <w:r>
        <w:rPr>
          <w:rFonts w:ascii="宋体" w:hAnsi="宋体" w:eastAsia="宋体"/>
          <w:b w:val="0"/>
          <w:sz w:val="22"/>
        </w:rPr>
        <w:t xml:space="preserve">　C. 可变现净值</w:t>
      </w:r>
    </w:p>
    <w:p>
      <w:r>
        <w:rPr>
          <w:rFonts w:ascii="宋体" w:hAnsi="宋体" w:eastAsia="宋体"/>
          <w:b w:val="0"/>
          <w:sz w:val="22"/>
        </w:rPr>
        <w:t xml:space="preserve">　D. 公允价值</w:t>
      </w:r>
    </w:p>
    <w:p>
      <w:r>
        <w:rPr>
          <w:rFonts w:ascii="宋体" w:hAnsi="宋体" w:eastAsia="宋体"/>
          <w:b w:val="0"/>
          <w:sz w:val="22"/>
        </w:rPr>
        <w:t>答案：ABCD　解析：计量属性包括历史成本、重置成本、可变现净值、现值和公允价值。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第86题】下列各项中，应计入营业外收入的有（　）。</w:t>
      </w:r>
    </w:p>
    <w:p>
      <w:r>
        <w:rPr>
          <w:rFonts w:ascii="宋体" w:hAnsi="宋体" w:eastAsia="宋体"/>
          <w:b w:val="0"/>
          <w:sz w:val="22"/>
        </w:rPr>
        <w:t xml:space="preserve">　A. 捐赠利得</w:t>
      </w:r>
    </w:p>
    <w:p>
      <w:r>
        <w:rPr>
          <w:rFonts w:ascii="宋体" w:hAnsi="宋体" w:eastAsia="宋体"/>
          <w:b w:val="0"/>
          <w:sz w:val="22"/>
        </w:rPr>
        <w:t xml:space="preserve">　B. 盘盈利得</w:t>
      </w:r>
    </w:p>
    <w:p>
      <w:r>
        <w:rPr>
          <w:rFonts w:ascii="宋体" w:hAnsi="宋体" w:eastAsia="宋体"/>
          <w:b w:val="0"/>
          <w:sz w:val="22"/>
        </w:rPr>
        <w:t xml:space="preserve">　C. 无法支付的应付账款</w:t>
      </w:r>
    </w:p>
    <w:p>
      <w:r>
        <w:rPr>
          <w:rFonts w:ascii="宋体" w:hAnsi="宋体" w:eastAsia="宋体"/>
          <w:b w:val="0"/>
          <w:sz w:val="22"/>
        </w:rPr>
        <w:t xml:space="preserve">　D. 销售材料收入</w:t>
      </w:r>
    </w:p>
    <w:p>
      <w:r>
        <w:rPr>
          <w:rFonts w:ascii="宋体" w:hAnsi="宋体" w:eastAsia="宋体"/>
          <w:b w:val="0"/>
          <w:sz w:val="22"/>
        </w:rPr>
        <w:t>答案：ABC　解析：销售材料计入其他业务收入，其余为营业外收入。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第87题】下列各项中，应计入营业外支出的有（　）。</w:t>
      </w:r>
    </w:p>
    <w:p>
      <w:r>
        <w:rPr>
          <w:rFonts w:ascii="宋体" w:hAnsi="宋体" w:eastAsia="宋体"/>
          <w:b w:val="0"/>
          <w:sz w:val="22"/>
        </w:rPr>
        <w:t xml:space="preserve">　A. 捐赠支出</w:t>
      </w:r>
    </w:p>
    <w:p>
      <w:r>
        <w:rPr>
          <w:rFonts w:ascii="宋体" w:hAnsi="宋体" w:eastAsia="宋体"/>
          <w:b w:val="0"/>
          <w:sz w:val="22"/>
        </w:rPr>
        <w:t xml:space="preserve">　B. 罚款支出</w:t>
      </w:r>
    </w:p>
    <w:p>
      <w:r>
        <w:rPr>
          <w:rFonts w:ascii="宋体" w:hAnsi="宋体" w:eastAsia="宋体"/>
          <w:b w:val="0"/>
          <w:sz w:val="22"/>
        </w:rPr>
        <w:t xml:space="preserve">　C. 自然灾害非常损失</w:t>
      </w:r>
    </w:p>
    <w:p>
      <w:r>
        <w:rPr>
          <w:rFonts w:ascii="宋体" w:hAnsi="宋体" w:eastAsia="宋体"/>
          <w:b w:val="0"/>
          <w:sz w:val="22"/>
        </w:rPr>
        <w:t xml:space="preserve">　D. 广告费</w:t>
      </w:r>
    </w:p>
    <w:p>
      <w:r>
        <w:rPr>
          <w:rFonts w:ascii="宋体" w:hAnsi="宋体" w:eastAsia="宋体"/>
          <w:b w:val="0"/>
          <w:sz w:val="22"/>
        </w:rPr>
        <w:t>答案：ABC　解析：广告费计入销售费用。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第88题】资产负债表中货币资金项目包括（　）。</w:t>
      </w:r>
    </w:p>
    <w:p>
      <w:r>
        <w:rPr>
          <w:rFonts w:ascii="宋体" w:hAnsi="宋体" w:eastAsia="宋体"/>
          <w:b w:val="0"/>
          <w:sz w:val="22"/>
        </w:rPr>
        <w:t xml:space="preserve">　A. 库存现金</w:t>
      </w:r>
    </w:p>
    <w:p>
      <w:r>
        <w:rPr>
          <w:rFonts w:ascii="宋体" w:hAnsi="宋体" w:eastAsia="宋体"/>
          <w:b w:val="0"/>
          <w:sz w:val="22"/>
        </w:rPr>
        <w:t xml:space="preserve">　B. 银行存款</w:t>
      </w:r>
    </w:p>
    <w:p>
      <w:r>
        <w:rPr>
          <w:rFonts w:ascii="宋体" w:hAnsi="宋体" w:eastAsia="宋体"/>
          <w:b w:val="0"/>
          <w:sz w:val="22"/>
        </w:rPr>
        <w:t xml:space="preserve">　C. 其他货币资金</w:t>
      </w:r>
    </w:p>
    <w:p>
      <w:r>
        <w:rPr>
          <w:rFonts w:ascii="宋体" w:hAnsi="宋体" w:eastAsia="宋体"/>
          <w:b w:val="0"/>
          <w:sz w:val="22"/>
        </w:rPr>
        <w:t xml:space="preserve">　D. 应收票据</w:t>
      </w:r>
    </w:p>
    <w:p>
      <w:r>
        <w:rPr>
          <w:rFonts w:ascii="宋体" w:hAnsi="宋体" w:eastAsia="宋体"/>
          <w:b w:val="0"/>
          <w:sz w:val="22"/>
        </w:rPr>
        <w:t>答案：ABC　解析：货币资金由库存现金、银行存款、其他货币资金构成。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第89题】下列属于增值税一般纳税人不得抵扣进项税额情形的有（　）。</w:t>
      </w:r>
    </w:p>
    <w:p>
      <w:r>
        <w:rPr>
          <w:rFonts w:ascii="宋体" w:hAnsi="宋体" w:eastAsia="宋体"/>
          <w:b w:val="0"/>
          <w:sz w:val="22"/>
        </w:rPr>
        <w:t xml:space="preserve">　A. 用于集体福利</w:t>
      </w:r>
    </w:p>
    <w:p>
      <w:r>
        <w:rPr>
          <w:rFonts w:ascii="宋体" w:hAnsi="宋体" w:eastAsia="宋体"/>
          <w:b w:val="0"/>
          <w:sz w:val="22"/>
        </w:rPr>
        <w:t xml:space="preserve">　B. 用于个人消费</w:t>
      </w:r>
    </w:p>
    <w:p>
      <w:r>
        <w:rPr>
          <w:rFonts w:ascii="宋体" w:hAnsi="宋体" w:eastAsia="宋体"/>
          <w:b w:val="0"/>
          <w:sz w:val="22"/>
        </w:rPr>
        <w:t xml:space="preserve">　C. 非正常损失</w:t>
      </w:r>
    </w:p>
    <w:p>
      <w:r>
        <w:rPr>
          <w:rFonts w:ascii="宋体" w:hAnsi="宋体" w:eastAsia="宋体"/>
          <w:b w:val="0"/>
          <w:sz w:val="22"/>
        </w:rPr>
        <w:t xml:space="preserve">　D. 用于生产应税产品</w:t>
      </w:r>
    </w:p>
    <w:p>
      <w:r>
        <w:rPr>
          <w:rFonts w:ascii="宋体" w:hAnsi="宋体" w:eastAsia="宋体"/>
          <w:b w:val="0"/>
          <w:sz w:val="22"/>
        </w:rPr>
        <w:t>答案：ABC　解析：用于集体福利、个人消费、非正常损失等不得抵扣。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第90题】留存收益包括（　）。</w:t>
      </w:r>
    </w:p>
    <w:p>
      <w:r>
        <w:rPr>
          <w:rFonts w:ascii="宋体" w:hAnsi="宋体" w:eastAsia="宋体"/>
          <w:b w:val="0"/>
          <w:sz w:val="22"/>
        </w:rPr>
        <w:t xml:space="preserve">　A. 盈余公积</w:t>
      </w:r>
    </w:p>
    <w:p>
      <w:r>
        <w:rPr>
          <w:rFonts w:ascii="宋体" w:hAnsi="宋体" w:eastAsia="宋体"/>
          <w:b w:val="0"/>
          <w:sz w:val="22"/>
        </w:rPr>
        <w:t xml:space="preserve">　B. 未分配利润</w:t>
      </w:r>
    </w:p>
    <w:p>
      <w:r>
        <w:rPr>
          <w:rFonts w:ascii="宋体" w:hAnsi="宋体" w:eastAsia="宋体"/>
          <w:b w:val="0"/>
          <w:sz w:val="22"/>
        </w:rPr>
        <w:t xml:space="preserve">　C. 实收资本</w:t>
      </w:r>
    </w:p>
    <w:p>
      <w:r>
        <w:rPr>
          <w:rFonts w:ascii="宋体" w:hAnsi="宋体" w:eastAsia="宋体"/>
          <w:b w:val="0"/>
          <w:sz w:val="22"/>
        </w:rPr>
        <w:t xml:space="preserve">　D. 资本公积</w:t>
      </w:r>
    </w:p>
    <w:p>
      <w:r>
        <w:rPr>
          <w:rFonts w:ascii="宋体" w:hAnsi="宋体" w:eastAsia="宋体"/>
          <w:b w:val="0"/>
          <w:sz w:val="22"/>
        </w:rPr>
        <w:t>答案：AB　解析：留存收益由盈余公积和未分配利润构成。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【初级会计·多选题 第91题】下列属于原始凭证审核内容的有（　）。</w:t>
      </w:r>
    </w:p>
    <w:p>
      <w:r>
        <w:rPr>
          <w:rFonts w:ascii="宋体" w:hAnsi="宋体" w:eastAsia="宋体"/>
          <w:b w:val="0"/>
          <w:sz w:val="22"/>
        </w:rPr>
        <w:t xml:space="preserve">　A. 真实性</w:t>
      </w:r>
    </w:p>
    <w:p>
      <w:r>
        <w:rPr>
          <w:rFonts w:ascii="宋体" w:hAnsi="宋体" w:eastAsia="宋体"/>
          <w:b w:val="0"/>
          <w:sz w:val="22"/>
        </w:rPr>
        <w:t xml:space="preserve">　B. 合法性</w:t>
      </w:r>
    </w:p>
    <w:p>
      <w:r>
        <w:rPr>
          <w:rFonts w:ascii="宋体" w:hAnsi="宋体" w:eastAsia="宋体"/>
          <w:b w:val="0"/>
          <w:sz w:val="22"/>
        </w:rPr>
        <w:t xml:space="preserve">　C. 完整性</w:t>
      </w:r>
    </w:p>
    <w:p>
      <w:r>
        <w:rPr>
          <w:rFonts w:ascii="宋体" w:hAnsi="宋体" w:eastAsia="宋体"/>
          <w:b w:val="0"/>
          <w:sz w:val="22"/>
        </w:rPr>
        <w:t xml:space="preserve">　D. 正确性</w:t>
      </w:r>
    </w:p>
    <w:p>
      <w:r>
        <w:rPr>
          <w:rFonts w:ascii="宋体" w:hAnsi="宋体" w:eastAsia="宋体"/>
          <w:b w:val="0"/>
          <w:sz w:val="22"/>
        </w:rPr>
        <w:t>答案：ABCD　解析：原始凭证审核包括真实、合法、完整、正确、及时等。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第92题】资产=负债+所有者权益是复式记账和编制资产负债表的基础。</w:t>
      </w:r>
    </w:p>
    <w:p>
      <w:r>
        <w:rPr>
          <w:rFonts w:ascii="宋体" w:hAnsi="宋体" w:eastAsia="宋体"/>
          <w:b w:val="0"/>
          <w:sz w:val="22"/>
        </w:rPr>
        <w:t>答案：对　解析：是静态基本会计等式。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第93题】企业以银行存款偿还应付账款，会使资产和负债同时减少。</w:t>
      </w:r>
    </w:p>
    <w:p>
      <w:r>
        <w:rPr>
          <w:rFonts w:ascii="宋体" w:hAnsi="宋体" w:eastAsia="宋体"/>
          <w:b w:val="0"/>
          <w:sz w:val="22"/>
        </w:rPr>
        <w:t>答案：对　解析：借应付账款，贷银行存款。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第94题】小规模纳税人购入货物支付的增值税可以作为进项税额抵扣。</w:t>
      </w:r>
    </w:p>
    <w:p>
      <w:r>
        <w:rPr>
          <w:rFonts w:ascii="宋体" w:hAnsi="宋体" w:eastAsia="宋体"/>
          <w:b w:val="0"/>
          <w:sz w:val="22"/>
        </w:rPr>
        <w:t>答案：错　解析：小规模纳税人进项税不得抵扣，计入成本。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第95题】管理费用、销售费用、财务费用属于期间费用。</w:t>
      </w:r>
    </w:p>
    <w:p>
      <w:r>
        <w:rPr>
          <w:rFonts w:ascii="宋体" w:hAnsi="宋体" w:eastAsia="宋体"/>
          <w:b w:val="0"/>
          <w:sz w:val="22"/>
        </w:rPr>
        <w:t>答案：对　解析：三者均为期间费用，直接计入当期损益。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第96题】资产负债表反映企业一定期间的经营成果。</w:t>
      </w:r>
    </w:p>
    <w:p>
      <w:r>
        <w:rPr>
          <w:rFonts w:ascii="宋体" w:hAnsi="宋体" w:eastAsia="宋体"/>
          <w:b w:val="0"/>
          <w:sz w:val="22"/>
        </w:rPr>
        <w:t>答案：错　解析：资产负债表反映特定日期财务状况；利润表反映经营成果。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第97题】企业销售商品时给予的商业折扣，应按折扣前金额确认收入。</w:t>
      </w:r>
    </w:p>
    <w:p>
      <w:r>
        <w:rPr>
          <w:rFonts w:ascii="宋体" w:hAnsi="宋体" w:eastAsia="宋体"/>
          <w:b w:val="0"/>
          <w:sz w:val="22"/>
        </w:rPr>
        <w:t>答案：错　解析：商业折扣按扣除折扣后的金额确认收入。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第98题】盈余公积和未分配利润统称为留存收益。</w:t>
      </w:r>
    </w:p>
    <w:p>
      <w:r>
        <w:rPr>
          <w:rFonts w:ascii="宋体" w:hAnsi="宋体" w:eastAsia="宋体"/>
          <w:b w:val="0"/>
          <w:sz w:val="22"/>
        </w:rPr>
        <w:t>答案：对　解析：留存收益=盈余公积+未分配利润。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第99题】已提足折旧仍继续使用的固定资产不再计提折旧。</w:t>
      </w:r>
    </w:p>
    <w:p>
      <w:r>
        <w:rPr>
          <w:rFonts w:ascii="宋体" w:hAnsi="宋体" w:eastAsia="宋体"/>
          <w:b w:val="0"/>
          <w:sz w:val="22"/>
        </w:rPr>
        <w:t>答案：对　解析：提足折旧后无论是否继续使用均不再计提。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第100题】企业的罚款支出应计入管理费用。</w:t>
      </w:r>
    </w:p>
    <w:p>
      <w:r>
        <w:rPr>
          <w:rFonts w:ascii="宋体" w:hAnsi="宋体" w:eastAsia="宋体"/>
          <w:b w:val="0"/>
          <w:sz w:val="22"/>
        </w:rPr>
        <w:t>答案：错　解析：罚款、捐赠等计入营业外支出。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【初级会计·判断题 第101题】涉及现金和银行存款之间相互划转的业务，一般只编制付款凭证。</w:t>
      </w:r>
    </w:p>
    <w:p>
      <w:r>
        <w:rPr>
          <w:rFonts w:ascii="宋体" w:hAnsi="宋体" w:eastAsia="宋体"/>
          <w:b w:val="0"/>
          <w:sz w:val="22"/>
        </w:rPr>
        <w:t>答案：对　解析：为避免重复记账，只编付款凭证。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四、备考寄语</w:t>
      </w:r>
    </w:p>
    <w:p>
      <w:r>
        <w:rPr>
          <w:rFonts w:ascii="宋体" w:hAnsi="宋体" w:eastAsia="宋体"/>
          <w:b w:val="0"/>
          <w:sz w:val="22"/>
        </w:rPr>
        <w:t>我是北漂老周，在事务所干了十几年账，去年帮家里小侄女把初级会计啃下来了。初级会计实务看着吓人，其实就是借贷记账那点逻辑，把分录练熟、再刷这套100题，单选多选判断全覆盖，答案解析我都写透了。明年要考的同学，现在就可以动手，别等到报名了才着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