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宋体" w:hAnsi="宋体" w:eastAsia="宋体"/>
          <w:b/>
          <w:sz w:val="36"/>
        </w:rPr>
        <w:t>2026年执业药师职业资格考试（药事管理与法规）全真模拟试卷及答案解析（100题）</w:t>
      </w:r>
    </w:p>
    <w:p>
      <w:pPr>
        <w:jc w:val="center"/>
      </w:pPr>
      <w:r>
        <w:rPr>
          <w:rFonts w:ascii="宋体" w:hAnsi="宋体" w:eastAsia="宋体"/>
          <w:b w:val="0"/>
          <w:sz w:val="22"/>
        </w:rPr>
        <w:t>含最新考试通知+100题模拟｜网友投稿·阿荣旗老周整理（仅考证信息，不涉及任何药品推广）</w:t>
      </w:r>
    </w:p>
    <w:p>
      <w:r>
        <w:rPr>
          <w:rFonts w:ascii="宋体" w:hAnsi="宋体" w:eastAsia="宋体"/>
          <w:b/>
          <w:sz w:val="26"/>
        </w:rPr>
        <w:t>一、最新考试通知（2026年10月核实）</w:t>
      </w:r>
    </w:p>
    <w:p>
      <w:r>
        <w:rPr>
          <w:rFonts w:ascii="宋体" w:hAnsi="宋体" w:eastAsia="宋体"/>
          <w:b w:val="0"/>
          <w:sz w:val="22"/>
        </w:rPr>
        <w:t>1. 考试名称：2026年度执业药师职业资格考试（药学/中药学），由人社部、国家药监局组织，中国人事考试网统一报名。报考提醒见 http://www.cpta.com.cn/examNotice/2211.html 。</w:t>
      </w:r>
    </w:p>
    <w:p>
      <w:r>
        <w:rPr>
          <w:rFonts w:ascii="宋体" w:hAnsi="宋体" w:eastAsia="宋体"/>
          <w:b w:val="0"/>
          <w:sz w:val="22"/>
        </w:rPr>
        <w:t>2. 官方报名入口：中国人事考试网 www.cpta.com.cn。报名已结束（2026年8月各省陆续网上报名）。</w:t>
      </w:r>
    </w:p>
    <w:p>
      <w:r>
        <w:rPr>
          <w:rFonts w:ascii="宋体" w:hAnsi="宋体" w:eastAsia="宋体"/>
          <w:b w:val="0"/>
          <w:sz w:val="22"/>
        </w:rPr>
        <w:t>3. 考试时间（尚未开考，临近）：2026年10月31日、11月1日举行，电子化考试。科目安排为10月31日上午中药学专业知识（一）（二）、下午药学专业知识（一）（二），11月1日考综合知识与技能、药事管理与法规。</w:t>
      </w:r>
    </w:p>
    <w:p>
      <w:r>
        <w:rPr>
          <w:rFonts w:ascii="宋体" w:hAnsi="宋体" w:eastAsia="宋体"/>
          <w:b w:val="0"/>
          <w:sz w:val="22"/>
        </w:rPr>
        <w:t>4. 考试科目：药学/中药学各考专业知识（一）（二）、综合知识与技能、药事管理与法规共四科，4年为一个周期滚动通过。</w:t>
      </w:r>
    </w:p>
    <w:p>
      <w:r>
        <w:rPr>
          <w:rFonts w:ascii="宋体" w:hAnsi="宋体" w:eastAsia="宋体"/>
          <w:b w:val="0"/>
          <w:sz w:val="22"/>
        </w:rPr>
        <w:t>5. 特别说明：本资料仅用于考证学习与法规复习，不推广任何药品、保健品或医疗器械；用药问题请遵医嘱并咨询执业药师。考试时间、科目以中国人事考试网最新公告为准。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二、模拟试卷说明</w:t>
      </w:r>
    </w:p>
    <w:p>
      <w:r>
        <w:rPr>
          <w:rFonts w:ascii="宋体" w:hAnsi="宋体" w:eastAsia="宋体"/>
          <w:b w:val="0"/>
          <w:sz w:val="22"/>
        </w:rPr>
        <w:t>本试卷依据该科目全国统一考试大纲的常见题型与分值结构编写，共100题，含单项选择题、多项选择题、判断题（部分科目含简答/案例分析）。建议闭卷计时完成后再对照答案解析。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三、试题</w:t>
      </w:r>
    </w:p>
    <w:p>
      <w:r>
        <w:rPr>
          <w:rFonts w:ascii="宋体" w:hAnsi="宋体" w:eastAsia="宋体"/>
          <w:b w:val="0"/>
          <w:sz w:val="22"/>
        </w:rPr>
        <w:t>【执业药师·单选题 第1题】我国现行《药品管理法》最新修正施行年份是（　）。</w:t>
      </w:r>
    </w:p>
    <w:p>
      <w:r>
        <w:rPr>
          <w:rFonts w:ascii="宋体" w:hAnsi="宋体" w:eastAsia="宋体"/>
          <w:b w:val="0"/>
          <w:sz w:val="22"/>
        </w:rPr>
        <w:t xml:space="preserve">　A. 2019年修订、2019年12月1日施行</w:t>
      </w:r>
    </w:p>
    <w:p>
      <w:r>
        <w:rPr>
          <w:rFonts w:ascii="宋体" w:hAnsi="宋体" w:eastAsia="宋体"/>
          <w:b w:val="0"/>
          <w:sz w:val="22"/>
        </w:rPr>
        <w:t xml:space="preserve">　B. 2001年</w:t>
      </w:r>
    </w:p>
    <w:p>
      <w:r>
        <w:rPr>
          <w:rFonts w:ascii="宋体" w:hAnsi="宋体" w:eastAsia="宋体"/>
          <w:b w:val="0"/>
          <w:sz w:val="22"/>
        </w:rPr>
        <w:t xml:space="preserve">　C. 1985年</w:t>
      </w:r>
    </w:p>
    <w:p>
      <w:r>
        <w:rPr>
          <w:rFonts w:ascii="宋体" w:hAnsi="宋体" w:eastAsia="宋体"/>
          <w:b w:val="0"/>
          <w:sz w:val="22"/>
        </w:rPr>
        <w:t xml:space="preserve">　D. 2015年</w:t>
      </w:r>
    </w:p>
    <w:p>
      <w:r>
        <w:rPr>
          <w:rFonts w:ascii="宋体" w:hAnsi="宋体" w:eastAsia="宋体"/>
          <w:b w:val="0"/>
          <w:sz w:val="22"/>
        </w:rPr>
        <w:t>答案：A　解析：现行《药品管理法》于2019年全面修订，自2019年12月1日起施行。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第2题】国家对药品实行（　）分类管理制度。</w:t>
      </w:r>
    </w:p>
    <w:p>
      <w:r>
        <w:rPr>
          <w:rFonts w:ascii="宋体" w:hAnsi="宋体" w:eastAsia="宋体"/>
          <w:b w:val="0"/>
          <w:sz w:val="22"/>
        </w:rPr>
        <w:t xml:space="preserve">　A. 处方药与非处方药</w:t>
      </w:r>
    </w:p>
    <w:p>
      <w:r>
        <w:rPr>
          <w:rFonts w:ascii="宋体" w:hAnsi="宋体" w:eastAsia="宋体"/>
          <w:b w:val="0"/>
          <w:sz w:val="22"/>
        </w:rPr>
        <w:t xml:space="preserve">　B. 中药与西药</w:t>
      </w:r>
    </w:p>
    <w:p>
      <w:r>
        <w:rPr>
          <w:rFonts w:ascii="宋体" w:hAnsi="宋体" w:eastAsia="宋体"/>
          <w:b w:val="0"/>
          <w:sz w:val="22"/>
        </w:rPr>
        <w:t xml:space="preserve">　C. 国产与进口</w:t>
      </w:r>
    </w:p>
    <w:p>
      <w:r>
        <w:rPr>
          <w:rFonts w:ascii="宋体" w:hAnsi="宋体" w:eastAsia="宋体"/>
          <w:b w:val="0"/>
          <w:sz w:val="22"/>
        </w:rPr>
        <w:t xml:space="preserve">　D. 口服与注射</w:t>
      </w:r>
    </w:p>
    <w:p>
      <w:r>
        <w:rPr>
          <w:rFonts w:ascii="宋体" w:hAnsi="宋体" w:eastAsia="宋体"/>
          <w:b w:val="0"/>
          <w:sz w:val="22"/>
        </w:rPr>
        <w:t>答案：A　解析：药品按安全性和使用便利性分为处方药（Rx）和非处方药（OTC）。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第3题】非处方药的英文缩写是（　）。</w:t>
      </w:r>
    </w:p>
    <w:p>
      <w:r>
        <w:rPr>
          <w:rFonts w:ascii="宋体" w:hAnsi="宋体" w:eastAsia="宋体"/>
          <w:b w:val="0"/>
          <w:sz w:val="22"/>
        </w:rPr>
        <w:t xml:space="preserve">　A. OTC</w:t>
      </w:r>
    </w:p>
    <w:p>
      <w:r>
        <w:rPr>
          <w:rFonts w:ascii="宋体" w:hAnsi="宋体" w:eastAsia="宋体"/>
          <w:b w:val="0"/>
          <w:sz w:val="22"/>
        </w:rPr>
        <w:t xml:space="preserve">　B. Rx</w:t>
      </w:r>
    </w:p>
    <w:p>
      <w:r>
        <w:rPr>
          <w:rFonts w:ascii="宋体" w:hAnsi="宋体" w:eastAsia="宋体"/>
          <w:b w:val="0"/>
          <w:sz w:val="22"/>
        </w:rPr>
        <w:t xml:space="preserve">　C. GMP</w:t>
      </w:r>
    </w:p>
    <w:p>
      <w:r>
        <w:rPr>
          <w:rFonts w:ascii="宋体" w:hAnsi="宋体" w:eastAsia="宋体"/>
          <w:b w:val="0"/>
          <w:sz w:val="22"/>
        </w:rPr>
        <w:t xml:space="preserve">　D. GSP</w:t>
      </w:r>
    </w:p>
    <w:p>
      <w:r>
        <w:rPr>
          <w:rFonts w:ascii="宋体" w:hAnsi="宋体" w:eastAsia="宋体"/>
          <w:b w:val="0"/>
          <w:sz w:val="22"/>
        </w:rPr>
        <w:t>答案：A　解析：OTC即Over The Counter，指可自行购买的非处方药。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第4题】处方药的标识为（　）。</w:t>
      </w:r>
    </w:p>
    <w:p>
      <w:r>
        <w:rPr>
          <w:rFonts w:ascii="宋体" w:hAnsi="宋体" w:eastAsia="宋体"/>
          <w:b w:val="0"/>
          <w:sz w:val="22"/>
        </w:rPr>
        <w:t xml:space="preserve">　A. Rx</w:t>
      </w:r>
    </w:p>
    <w:p>
      <w:r>
        <w:rPr>
          <w:rFonts w:ascii="宋体" w:hAnsi="宋体" w:eastAsia="宋体"/>
          <w:b w:val="0"/>
          <w:sz w:val="22"/>
        </w:rPr>
        <w:t xml:space="preserve">　B. OTC</w:t>
      </w:r>
    </w:p>
    <w:p>
      <w:r>
        <w:rPr>
          <w:rFonts w:ascii="宋体" w:hAnsi="宋体" w:eastAsia="宋体"/>
          <w:b w:val="0"/>
          <w:sz w:val="22"/>
        </w:rPr>
        <w:t xml:space="preserve">　C. QS</w:t>
      </w:r>
    </w:p>
    <w:p>
      <w:r>
        <w:rPr>
          <w:rFonts w:ascii="宋体" w:hAnsi="宋体" w:eastAsia="宋体"/>
          <w:b w:val="0"/>
          <w:sz w:val="22"/>
        </w:rPr>
        <w:t xml:space="preserve">　D. GMP</w:t>
      </w:r>
    </w:p>
    <w:p>
      <w:r>
        <w:rPr>
          <w:rFonts w:ascii="宋体" w:hAnsi="宋体" w:eastAsia="宋体"/>
          <w:b w:val="0"/>
          <w:sz w:val="22"/>
        </w:rPr>
        <w:t>答案：A　解析：处方药须凭处方购买和使用，标识为Rx。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第5题】药品经营企业必须取得（　）方可经营药品。</w:t>
      </w:r>
    </w:p>
    <w:p>
      <w:r>
        <w:rPr>
          <w:rFonts w:ascii="宋体" w:hAnsi="宋体" w:eastAsia="宋体"/>
          <w:b w:val="0"/>
          <w:sz w:val="22"/>
        </w:rPr>
        <w:t xml:space="preserve">　A. 药品经营许可证</w:t>
      </w:r>
    </w:p>
    <w:p>
      <w:r>
        <w:rPr>
          <w:rFonts w:ascii="宋体" w:hAnsi="宋体" w:eastAsia="宋体"/>
          <w:b w:val="0"/>
          <w:sz w:val="22"/>
        </w:rPr>
        <w:t xml:space="preserve">　B. 卫生许可证</w:t>
      </w:r>
    </w:p>
    <w:p>
      <w:r>
        <w:rPr>
          <w:rFonts w:ascii="宋体" w:hAnsi="宋体" w:eastAsia="宋体"/>
          <w:b w:val="0"/>
          <w:sz w:val="22"/>
        </w:rPr>
        <w:t xml:space="preserve">　C. 食品流通许可证</w:t>
      </w:r>
    </w:p>
    <w:p>
      <w:r>
        <w:rPr>
          <w:rFonts w:ascii="宋体" w:hAnsi="宋体" w:eastAsia="宋体"/>
          <w:b w:val="0"/>
          <w:sz w:val="22"/>
        </w:rPr>
        <w:t xml:space="preserve">　D. 营业执照即可</w:t>
      </w:r>
    </w:p>
    <w:p>
      <w:r>
        <w:rPr>
          <w:rFonts w:ascii="宋体" w:hAnsi="宋体" w:eastAsia="宋体"/>
          <w:b w:val="0"/>
          <w:sz w:val="22"/>
        </w:rPr>
        <w:t>答案：A　解析：从事药品批发、零售须取得《药品经营许可证》并遵守GSP。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第6题】《药品经营质量管理规范》的英文缩写是（　）。</w:t>
      </w:r>
    </w:p>
    <w:p>
      <w:r>
        <w:rPr>
          <w:rFonts w:ascii="宋体" w:hAnsi="宋体" w:eastAsia="宋体"/>
          <w:b w:val="0"/>
          <w:sz w:val="22"/>
        </w:rPr>
        <w:t xml:space="preserve">　A. GSP</w:t>
      </w:r>
    </w:p>
    <w:p>
      <w:r>
        <w:rPr>
          <w:rFonts w:ascii="宋体" w:hAnsi="宋体" w:eastAsia="宋体"/>
          <w:b w:val="0"/>
          <w:sz w:val="22"/>
        </w:rPr>
        <w:t xml:space="preserve">　B. GMP</w:t>
      </w:r>
    </w:p>
    <w:p>
      <w:r>
        <w:rPr>
          <w:rFonts w:ascii="宋体" w:hAnsi="宋体" w:eastAsia="宋体"/>
          <w:b w:val="0"/>
          <w:sz w:val="22"/>
        </w:rPr>
        <w:t xml:space="preserve">　C. GAP</w:t>
      </w:r>
    </w:p>
    <w:p>
      <w:r>
        <w:rPr>
          <w:rFonts w:ascii="宋体" w:hAnsi="宋体" w:eastAsia="宋体"/>
          <w:b w:val="0"/>
          <w:sz w:val="22"/>
        </w:rPr>
        <w:t xml:space="preserve">　D. GLP</w:t>
      </w:r>
    </w:p>
    <w:p>
      <w:r>
        <w:rPr>
          <w:rFonts w:ascii="宋体" w:hAnsi="宋体" w:eastAsia="宋体"/>
          <w:b w:val="0"/>
          <w:sz w:val="22"/>
        </w:rPr>
        <w:t>答案：A　解析：GSP是药品经营质量管理规范；GMP是生产质量管理规范。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第7题】《药品生产质量管理规范》的英文缩写是（　）。</w:t>
      </w:r>
    </w:p>
    <w:p>
      <w:r>
        <w:rPr>
          <w:rFonts w:ascii="宋体" w:hAnsi="宋体" w:eastAsia="宋体"/>
          <w:b w:val="0"/>
          <w:sz w:val="22"/>
        </w:rPr>
        <w:t xml:space="preserve">　A. GMP</w:t>
      </w:r>
    </w:p>
    <w:p>
      <w:r>
        <w:rPr>
          <w:rFonts w:ascii="宋体" w:hAnsi="宋体" w:eastAsia="宋体"/>
          <w:b w:val="0"/>
          <w:sz w:val="22"/>
        </w:rPr>
        <w:t xml:space="preserve">　B. GSP</w:t>
      </w:r>
    </w:p>
    <w:p>
      <w:r>
        <w:rPr>
          <w:rFonts w:ascii="宋体" w:hAnsi="宋体" w:eastAsia="宋体"/>
          <w:b w:val="0"/>
          <w:sz w:val="22"/>
        </w:rPr>
        <w:t xml:space="preserve">　C. GCP</w:t>
      </w:r>
    </w:p>
    <w:p>
      <w:r>
        <w:rPr>
          <w:rFonts w:ascii="宋体" w:hAnsi="宋体" w:eastAsia="宋体"/>
          <w:b w:val="0"/>
          <w:sz w:val="22"/>
        </w:rPr>
        <w:t xml:space="preserve">　D. GAP</w:t>
      </w:r>
    </w:p>
    <w:p>
      <w:r>
        <w:rPr>
          <w:rFonts w:ascii="宋体" w:hAnsi="宋体" w:eastAsia="宋体"/>
          <w:b w:val="0"/>
          <w:sz w:val="22"/>
        </w:rPr>
        <w:t>答案：A　解析：GMP适用于药品生产全过程质量管理。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第8题】药品广告审查机关是（　）。</w:t>
      </w:r>
    </w:p>
    <w:p>
      <w:r>
        <w:rPr>
          <w:rFonts w:ascii="宋体" w:hAnsi="宋体" w:eastAsia="宋体"/>
          <w:b w:val="0"/>
          <w:sz w:val="22"/>
        </w:rPr>
        <w:t xml:space="preserve">　A. 药品监督管理部门</w:t>
      </w:r>
    </w:p>
    <w:p>
      <w:r>
        <w:rPr>
          <w:rFonts w:ascii="宋体" w:hAnsi="宋体" w:eastAsia="宋体"/>
          <w:b w:val="0"/>
          <w:sz w:val="22"/>
        </w:rPr>
        <w:t xml:space="preserve">　B. 市场监督管理部门广告处</w:t>
      </w:r>
    </w:p>
    <w:p>
      <w:r>
        <w:rPr>
          <w:rFonts w:ascii="宋体" w:hAnsi="宋体" w:eastAsia="宋体"/>
          <w:b w:val="0"/>
          <w:sz w:val="22"/>
        </w:rPr>
        <w:t xml:space="preserve">　C. 卫健部门</w:t>
      </w:r>
    </w:p>
    <w:p>
      <w:r>
        <w:rPr>
          <w:rFonts w:ascii="宋体" w:hAnsi="宋体" w:eastAsia="宋体"/>
          <w:b w:val="0"/>
          <w:sz w:val="22"/>
        </w:rPr>
        <w:t xml:space="preserve">　D. 城管</w:t>
      </w:r>
    </w:p>
    <w:p>
      <w:r>
        <w:rPr>
          <w:rFonts w:ascii="宋体" w:hAnsi="宋体" w:eastAsia="宋体"/>
          <w:b w:val="0"/>
          <w:sz w:val="22"/>
        </w:rPr>
        <w:t>答案：A　解析：药品广告须经省级药品监督管理部门审查批准。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第9题】下列属于假药的是（　）。</w:t>
      </w:r>
    </w:p>
    <w:p>
      <w:r>
        <w:rPr>
          <w:rFonts w:ascii="宋体" w:hAnsi="宋体" w:eastAsia="宋体"/>
          <w:b w:val="0"/>
          <w:sz w:val="22"/>
        </w:rPr>
        <w:t xml:space="preserve">　A. 药品所含成份与国家药品标准规定成份不符</w:t>
      </w:r>
    </w:p>
    <w:p>
      <w:r>
        <w:rPr>
          <w:rFonts w:ascii="宋体" w:hAnsi="宋体" w:eastAsia="宋体"/>
          <w:b w:val="0"/>
          <w:sz w:val="22"/>
        </w:rPr>
        <w:t xml:space="preserve">　B. 超过有效期</w:t>
      </w:r>
    </w:p>
    <w:p>
      <w:r>
        <w:rPr>
          <w:rFonts w:ascii="宋体" w:hAnsi="宋体" w:eastAsia="宋体"/>
          <w:b w:val="0"/>
          <w:sz w:val="22"/>
        </w:rPr>
        <w:t xml:space="preserve">　C. 不注明生产批号</w:t>
      </w:r>
    </w:p>
    <w:p>
      <w:r>
        <w:rPr>
          <w:rFonts w:ascii="宋体" w:hAnsi="宋体" w:eastAsia="宋体"/>
          <w:b w:val="0"/>
          <w:sz w:val="22"/>
        </w:rPr>
        <w:t xml:space="preserve">　D. 更改有效期</w:t>
      </w:r>
    </w:p>
    <w:p>
      <w:r>
        <w:rPr>
          <w:rFonts w:ascii="宋体" w:hAnsi="宋体" w:eastAsia="宋体"/>
          <w:b w:val="0"/>
          <w:sz w:val="22"/>
        </w:rPr>
        <w:t>答案：A　解析：成份不符、以非药品冒充药品等为假药；过期、更改批号等多按劣药论处。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第10题】超过有效期的药品按（　）论处。</w:t>
      </w:r>
    </w:p>
    <w:p>
      <w:r>
        <w:rPr>
          <w:rFonts w:ascii="宋体" w:hAnsi="宋体" w:eastAsia="宋体"/>
          <w:b w:val="0"/>
          <w:sz w:val="22"/>
        </w:rPr>
        <w:t xml:space="preserve">　A. 劣药</w:t>
      </w:r>
    </w:p>
    <w:p>
      <w:r>
        <w:rPr>
          <w:rFonts w:ascii="宋体" w:hAnsi="宋体" w:eastAsia="宋体"/>
          <w:b w:val="0"/>
          <w:sz w:val="22"/>
        </w:rPr>
        <w:t xml:space="preserve">　B. 假药</w:t>
      </w:r>
    </w:p>
    <w:p>
      <w:r>
        <w:rPr>
          <w:rFonts w:ascii="宋体" w:hAnsi="宋体" w:eastAsia="宋体"/>
          <w:b w:val="0"/>
          <w:sz w:val="22"/>
        </w:rPr>
        <w:t xml:space="preserve">　C. 合格药</w:t>
      </w:r>
    </w:p>
    <w:p>
      <w:r>
        <w:rPr>
          <w:rFonts w:ascii="宋体" w:hAnsi="宋体" w:eastAsia="宋体"/>
          <w:b w:val="0"/>
          <w:sz w:val="22"/>
        </w:rPr>
        <w:t xml:space="preserve">　D. 保健品</w:t>
      </w:r>
    </w:p>
    <w:p>
      <w:r>
        <w:rPr>
          <w:rFonts w:ascii="宋体" w:hAnsi="宋体" w:eastAsia="宋体"/>
          <w:b w:val="0"/>
          <w:sz w:val="22"/>
        </w:rPr>
        <w:t>答案：A　解析：超过有效期、成份含量不符标准等属于劣药。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第11题】国家对麻醉药品和精神药品实行（　）。</w:t>
      </w:r>
    </w:p>
    <w:p>
      <w:r>
        <w:rPr>
          <w:rFonts w:ascii="宋体" w:hAnsi="宋体" w:eastAsia="宋体"/>
          <w:b w:val="0"/>
          <w:sz w:val="22"/>
        </w:rPr>
        <w:t xml:space="preserve">　A. 定点生产、定点经营、特殊管理</w:t>
      </w:r>
    </w:p>
    <w:p>
      <w:r>
        <w:rPr>
          <w:rFonts w:ascii="宋体" w:hAnsi="宋体" w:eastAsia="宋体"/>
          <w:b w:val="0"/>
          <w:sz w:val="22"/>
        </w:rPr>
        <w:t xml:space="preserve">　B. 自由购销</w:t>
      </w:r>
    </w:p>
    <w:p>
      <w:r>
        <w:rPr>
          <w:rFonts w:ascii="宋体" w:hAnsi="宋体" w:eastAsia="宋体"/>
          <w:b w:val="0"/>
          <w:sz w:val="22"/>
        </w:rPr>
        <w:t xml:space="preserve">　C. 网上随便卖</w:t>
      </w:r>
    </w:p>
    <w:p>
      <w:r>
        <w:rPr>
          <w:rFonts w:ascii="宋体" w:hAnsi="宋体" w:eastAsia="宋体"/>
          <w:b w:val="0"/>
          <w:sz w:val="22"/>
        </w:rPr>
        <w:t xml:space="preserve">　D. 凭身份证即买</w:t>
      </w:r>
    </w:p>
    <w:p>
      <w:r>
        <w:rPr>
          <w:rFonts w:ascii="宋体" w:hAnsi="宋体" w:eastAsia="宋体"/>
          <w:b w:val="0"/>
          <w:sz w:val="22"/>
        </w:rPr>
        <w:t>答案：A　解析：麻精药品实行定点生产经营、专库专柜、双人双锁等特殊管理。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第12题】麻醉药品专用处方至少保存（　）。</w:t>
      </w:r>
    </w:p>
    <w:p>
      <w:r>
        <w:rPr>
          <w:rFonts w:ascii="宋体" w:hAnsi="宋体" w:eastAsia="宋体"/>
          <w:b w:val="0"/>
          <w:sz w:val="22"/>
        </w:rPr>
        <w:t xml:space="preserve">　A. 3年</w:t>
      </w:r>
    </w:p>
    <w:p>
      <w:r>
        <w:rPr>
          <w:rFonts w:ascii="宋体" w:hAnsi="宋体" w:eastAsia="宋体"/>
          <w:b w:val="0"/>
          <w:sz w:val="22"/>
        </w:rPr>
        <w:t xml:space="preserve">　B. 1年</w:t>
      </w:r>
    </w:p>
    <w:p>
      <w:r>
        <w:rPr>
          <w:rFonts w:ascii="宋体" w:hAnsi="宋体" w:eastAsia="宋体"/>
          <w:b w:val="0"/>
          <w:sz w:val="22"/>
        </w:rPr>
        <w:t xml:space="preserve">　C. 2年</w:t>
      </w:r>
    </w:p>
    <w:p>
      <w:r>
        <w:rPr>
          <w:rFonts w:ascii="宋体" w:hAnsi="宋体" w:eastAsia="宋体"/>
          <w:b w:val="0"/>
          <w:sz w:val="22"/>
        </w:rPr>
        <w:t xml:space="preserve">　D. 5年</w:t>
      </w:r>
    </w:p>
    <w:p>
      <w:r>
        <w:rPr>
          <w:rFonts w:ascii="宋体" w:hAnsi="宋体" w:eastAsia="宋体"/>
          <w:b w:val="0"/>
          <w:sz w:val="22"/>
        </w:rPr>
        <w:t>答案：A　解析：麻醉药品、第一类精神药品处方保存3年；第二类精神药品处方保存2年。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第13题】第二类精神药品处方一般不得超过（　）常用量。</w:t>
      </w:r>
    </w:p>
    <w:p>
      <w:r>
        <w:rPr>
          <w:rFonts w:ascii="宋体" w:hAnsi="宋体" w:eastAsia="宋体"/>
          <w:b w:val="0"/>
          <w:sz w:val="22"/>
        </w:rPr>
        <w:t xml:space="preserve">　A. 7日</w:t>
      </w:r>
    </w:p>
    <w:p>
      <w:r>
        <w:rPr>
          <w:rFonts w:ascii="宋体" w:hAnsi="宋体" w:eastAsia="宋体"/>
          <w:b w:val="0"/>
          <w:sz w:val="22"/>
        </w:rPr>
        <w:t xml:space="preserve">　B. 3日</w:t>
      </w:r>
    </w:p>
    <w:p>
      <w:r>
        <w:rPr>
          <w:rFonts w:ascii="宋体" w:hAnsi="宋体" w:eastAsia="宋体"/>
          <w:b w:val="0"/>
          <w:sz w:val="22"/>
        </w:rPr>
        <w:t xml:space="preserve">　C. 1日</w:t>
      </w:r>
    </w:p>
    <w:p>
      <w:r>
        <w:rPr>
          <w:rFonts w:ascii="宋体" w:hAnsi="宋体" w:eastAsia="宋体"/>
          <w:b w:val="0"/>
          <w:sz w:val="22"/>
        </w:rPr>
        <w:t xml:space="preserve">　D. 15日</w:t>
      </w:r>
    </w:p>
    <w:p>
      <w:r>
        <w:rPr>
          <w:rFonts w:ascii="宋体" w:hAnsi="宋体" w:eastAsia="宋体"/>
          <w:b w:val="0"/>
          <w:sz w:val="22"/>
        </w:rPr>
        <w:t>答案：A　解析：第二类精神药品处方一般不超过7日用量。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第14题】执业药师注册有效期为（　）。</w:t>
      </w:r>
    </w:p>
    <w:p>
      <w:r>
        <w:rPr>
          <w:rFonts w:ascii="宋体" w:hAnsi="宋体" w:eastAsia="宋体"/>
          <w:b w:val="0"/>
          <w:sz w:val="22"/>
        </w:rPr>
        <w:t xml:space="preserve">　A. 5年</w:t>
      </w:r>
    </w:p>
    <w:p>
      <w:r>
        <w:rPr>
          <w:rFonts w:ascii="宋体" w:hAnsi="宋体" w:eastAsia="宋体"/>
          <w:b w:val="0"/>
          <w:sz w:val="22"/>
        </w:rPr>
        <w:t xml:space="preserve">　B. 3年</w:t>
      </w:r>
    </w:p>
    <w:p>
      <w:r>
        <w:rPr>
          <w:rFonts w:ascii="宋体" w:hAnsi="宋体" w:eastAsia="宋体"/>
          <w:b w:val="0"/>
          <w:sz w:val="22"/>
        </w:rPr>
        <w:t xml:space="preserve">　C. 2年</w:t>
      </w:r>
    </w:p>
    <w:p>
      <w:r>
        <w:rPr>
          <w:rFonts w:ascii="宋体" w:hAnsi="宋体" w:eastAsia="宋体"/>
          <w:b w:val="0"/>
          <w:sz w:val="22"/>
        </w:rPr>
        <w:t xml:space="preserve">　D. 永久</w:t>
      </w:r>
    </w:p>
    <w:p>
      <w:r>
        <w:rPr>
          <w:rFonts w:ascii="宋体" w:hAnsi="宋体" w:eastAsia="宋体"/>
          <w:b w:val="0"/>
          <w:sz w:val="22"/>
        </w:rPr>
        <w:t>答案：A　解析：执业药师职业资格注册有效期为5年，期满前30日申请延续。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第15题】执业药师的职责不包括（　）。</w:t>
      </w:r>
    </w:p>
    <w:p>
      <w:r>
        <w:rPr>
          <w:rFonts w:ascii="宋体" w:hAnsi="宋体" w:eastAsia="宋体"/>
          <w:b w:val="0"/>
          <w:sz w:val="22"/>
        </w:rPr>
        <w:t xml:space="preserve">　A. 直接为患者开具处方发药并诊断</w:t>
      </w:r>
    </w:p>
    <w:p>
      <w:r>
        <w:rPr>
          <w:rFonts w:ascii="宋体" w:hAnsi="宋体" w:eastAsia="宋体"/>
          <w:b w:val="0"/>
          <w:sz w:val="22"/>
        </w:rPr>
        <w:t xml:space="preserve">　B. 处方审核</w:t>
      </w:r>
    </w:p>
    <w:p>
      <w:r>
        <w:rPr>
          <w:rFonts w:ascii="宋体" w:hAnsi="宋体" w:eastAsia="宋体"/>
          <w:b w:val="0"/>
          <w:sz w:val="22"/>
        </w:rPr>
        <w:t xml:space="preserve">　C. 指导合理用药</w:t>
      </w:r>
    </w:p>
    <w:p>
      <w:r>
        <w:rPr>
          <w:rFonts w:ascii="宋体" w:hAnsi="宋体" w:eastAsia="宋体"/>
          <w:b w:val="0"/>
          <w:sz w:val="22"/>
        </w:rPr>
        <w:t xml:space="preserve">　D. 药学服务</w:t>
      </w:r>
    </w:p>
    <w:p>
      <w:r>
        <w:rPr>
          <w:rFonts w:ascii="宋体" w:hAnsi="宋体" w:eastAsia="宋体"/>
          <w:b w:val="0"/>
          <w:sz w:val="22"/>
        </w:rPr>
        <w:t>答案：A　解析：执业药师负责处方审核和用药指导，诊断和开具处方属医师职责。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第16题】药品必须从具有（　）的企业购进。</w:t>
      </w:r>
    </w:p>
    <w:p>
      <w:r>
        <w:rPr>
          <w:rFonts w:ascii="宋体" w:hAnsi="宋体" w:eastAsia="宋体"/>
          <w:b w:val="0"/>
          <w:sz w:val="22"/>
        </w:rPr>
        <w:t xml:space="preserve">　A. 合法资格和药品生产/经营许可证</w:t>
      </w:r>
    </w:p>
    <w:p>
      <w:r>
        <w:rPr>
          <w:rFonts w:ascii="宋体" w:hAnsi="宋体" w:eastAsia="宋体"/>
          <w:b w:val="0"/>
          <w:sz w:val="22"/>
        </w:rPr>
        <w:t xml:space="preserve">　B. 任何药店</w:t>
      </w:r>
    </w:p>
    <w:p>
      <w:r>
        <w:rPr>
          <w:rFonts w:ascii="宋体" w:hAnsi="宋体" w:eastAsia="宋体"/>
          <w:b w:val="0"/>
          <w:sz w:val="22"/>
        </w:rPr>
        <w:t xml:space="preserve">　C. 网上个人</w:t>
      </w:r>
    </w:p>
    <w:p>
      <w:r>
        <w:rPr>
          <w:rFonts w:ascii="宋体" w:hAnsi="宋体" w:eastAsia="宋体"/>
          <w:b w:val="0"/>
          <w:sz w:val="22"/>
        </w:rPr>
        <w:t xml:space="preserve">　D. 集贸市场</w:t>
      </w:r>
    </w:p>
    <w:p>
      <w:r>
        <w:rPr>
          <w:rFonts w:ascii="宋体" w:hAnsi="宋体" w:eastAsia="宋体"/>
          <w:b w:val="0"/>
          <w:sz w:val="22"/>
        </w:rPr>
        <w:t>答案：A　解析：药品经营企业必须从具有合法资质的供货单位购进药品。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第17题】国家基本药物目录的遴选原则是（　）。</w:t>
      </w:r>
    </w:p>
    <w:p>
      <w:r>
        <w:rPr>
          <w:rFonts w:ascii="宋体" w:hAnsi="宋体" w:eastAsia="宋体"/>
          <w:b w:val="0"/>
          <w:sz w:val="22"/>
        </w:rPr>
        <w:t xml:space="preserve">　A. 防治必需、安全有效、价格合理、使用方便</w:t>
      </w:r>
    </w:p>
    <w:p>
      <w:r>
        <w:rPr>
          <w:rFonts w:ascii="宋体" w:hAnsi="宋体" w:eastAsia="宋体"/>
          <w:b w:val="0"/>
          <w:sz w:val="22"/>
        </w:rPr>
        <w:t xml:space="preserve">　B. 最贵最好</w:t>
      </w:r>
    </w:p>
    <w:p>
      <w:r>
        <w:rPr>
          <w:rFonts w:ascii="宋体" w:hAnsi="宋体" w:eastAsia="宋体"/>
          <w:b w:val="0"/>
          <w:sz w:val="22"/>
        </w:rPr>
        <w:t xml:space="preserve">　C. 进口优先</w:t>
      </w:r>
    </w:p>
    <w:p>
      <w:r>
        <w:rPr>
          <w:rFonts w:ascii="宋体" w:hAnsi="宋体" w:eastAsia="宋体"/>
          <w:b w:val="0"/>
          <w:sz w:val="22"/>
        </w:rPr>
        <w:t xml:space="preserve">　D. 利润最高</w:t>
      </w:r>
    </w:p>
    <w:p>
      <w:r>
        <w:rPr>
          <w:rFonts w:ascii="宋体" w:hAnsi="宋体" w:eastAsia="宋体"/>
          <w:b w:val="0"/>
          <w:sz w:val="22"/>
        </w:rPr>
        <w:t>答案：A　解析：基本药物按防治必需、安全有效、价格合理、使用方便等原则遴选。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第18题】医疗器械根据风险程度分为（　）类管理。</w:t>
      </w:r>
    </w:p>
    <w:p>
      <w:r>
        <w:rPr>
          <w:rFonts w:ascii="宋体" w:hAnsi="宋体" w:eastAsia="宋体"/>
          <w:b w:val="0"/>
          <w:sz w:val="22"/>
        </w:rPr>
        <w:t xml:space="preserve">　A. 三</w:t>
      </w:r>
    </w:p>
    <w:p>
      <w:r>
        <w:rPr>
          <w:rFonts w:ascii="宋体" w:hAnsi="宋体" w:eastAsia="宋体"/>
          <w:b w:val="0"/>
          <w:sz w:val="22"/>
        </w:rPr>
        <w:t xml:space="preserve">　B. 二</w:t>
      </w:r>
    </w:p>
    <w:p>
      <w:r>
        <w:rPr>
          <w:rFonts w:ascii="宋体" w:hAnsi="宋体" w:eastAsia="宋体"/>
          <w:b w:val="0"/>
          <w:sz w:val="22"/>
        </w:rPr>
        <w:t xml:space="preserve">　C. 四</w:t>
      </w:r>
    </w:p>
    <w:p>
      <w:r>
        <w:rPr>
          <w:rFonts w:ascii="宋体" w:hAnsi="宋体" w:eastAsia="宋体"/>
          <w:b w:val="0"/>
          <w:sz w:val="22"/>
        </w:rPr>
        <w:t xml:space="preserve">　D. 一</w:t>
      </w:r>
    </w:p>
    <w:p>
      <w:r>
        <w:rPr>
          <w:rFonts w:ascii="宋体" w:hAnsi="宋体" w:eastAsia="宋体"/>
          <w:b w:val="0"/>
          <w:sz w:val="22"/>
        </w:rPr>
        <w:t>答案：A　解析：医疗器械按风险由低到高分为第一、二、三类管理。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第19题】药品标签上必须注明的内容不包括（　）。</w:t>
      </w:r>
    </w:p>
    <w:p>
      <w:r>
        <w:rPr>
          <w:rFonts w:ascii="宋体" w:hAnsi="宋体" w:eastAsia="宋体"/>
          <w:b w:val="0"/>
          <w:sz w:val="22"/>
        </w:rPr>
        <w:t xml:space="preserve">　A. 生产企业营销策略</w:t>
      </w:r>
    </w:p>
    <w:p>
      <w:r>
        <w:rPr>
          <w:rFonts w:ascii="宋体" w:hAnsi="宋体" w:eastAsia="宋体"/>
          <w:b w:val="0"/>
          <w:sz w:val="22"/>
        </w:rPr>
        <w:t xml:space="preserve">　B. 通用名称</w:t>
      </w:r>
    </w:p>
    <w:p>
      <w:r>
        <w:rPr>
          <w:rFonts w:ascii="宋体" w:hAnsi="宋体" w:eastAsia="宋体"/>
          <w:b w:val="0"/>
          <w:sz w:val="22"/>
        </w:rPr>
        <w:t xml:space="preserve">　C. 批号</w:t>
      </w:r>
    </w:p>
    <w:p>
      <w:r>
        <w:rPr>
          <w:rFonts w:ascii="宋体" w:hAnsi="宋体" w:eastAsia="宋体"/>
          <w:b w:val="0"/>
          <w:sz w:val="22"/>
        </w:rPr>
        <w:t xml:space="preserve">　D. 有效期</w:t>
      </w:r>
    </w:p>
    <w:p>
      <w:r>
        <w:rPr>
          <w:rFonts w:ascii="宋体" w:hAnsi="宋体" w:eastAsia="宋体"/>
          <w:b w:val="0"/>
          <w:sz w:val="22"/>
        </w:rPr>
        <w:t>答案：A　解析：标签须注明通用名、成份、规格、批号、有效期等，不含营销策略。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第20题】药品通用名称是指（　）。</w:t>
      </w:r>
    </w:p>
    <w:p>
      <w:r>
        <w:rPr>
          <w:rFonts w:ascii="宋体" w:hAnsi="宋体" w:eastAsia="宋体"/>
          <w:b w:val="0"/>
          <w:sz w:val="22"/>
        </w:rPr>
        <w:t xml:space="preserve">　A. 列入国家药品标准的药品名称</w:t>
      </w:r>
    </w:p>
    <w:p>
      <w:r>
        <w:rPr>
          <w:rFonts w:ascii="宋体" w:hAnsi="宋体" w:eastAsia="宋体"/>
          <w:b w:val="0"/>
          <w:sz w:val="22"/>
        </w:rPr>
        <w:t xml:space="preserve">　B. 商品名</w:t>
      </w:r>
    </w:p>
    <w:p>
      <w:r>
        <w:rPr>
          <w:rFonts w:ascii="宋体" w:hAnsi="宋体" w:eastAsia="宋体"/>
          <w:b w:val="0"/>
          <w:sz w:val="22"/>
        </w:rPr>
        <w:t xml:space="preserve">　C. 商标名</w:t>
      </w:r>
    </w:p>
    <w:p>
      <w:r>
        <w:rPr>
          <w:rFonts w:ascii="宋体" w:hAnsi="宋体" w:eastAsia="宋体"/>
          <w:b w:val="0"/>
          <w:sz w:val="22"/>
        </w:rPr>
        <w:t xml:space="preserve">　D. 品牌名</w:t>
      </w:r>
    </w:p>
    <w:p>
      <w:r>
        <w:rPr>
          <w:rFonts w:ascii="宋体" w:hAnsi="宋体" w:eastAsia="宋体"/>
          <w:b w:val="0"/>
          <w:sz w:val="22"/>
        </w:rPr>
        <w:t>答案：A　解析：通用名是国家药品标准收载的正式名称，商品名是企业注册的品牌名。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第21题】下列关于药品零售说法正确的是（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处方药必须凭处方销售</w:t>
      </w:r>
    </w:p>
    <w:p>
      <w:r>
        <w:rPr>
          <w:rFonts w:ascii="宋体" w:hAnsi="宋体" w:eastAsia="宋体"/>
          <w:b w:val="0"/>
          <w:sz w:val="22"/>
        </w:rPr>
        <w:t xml:space="preserve">　B. 处方药可随意销售</w:t>
      </w:r>
    </w:p>
    <w:p>
      <w:r>
        <w:rPr>
          <w:rFonts w:ascii="宋体" w:hAnsi="宋体" w:eastAsia="宋体"/>
          <w:b w:val="0"/>
          <w:sz w:val="22"/>
        </w:rPr>
        <w:t xml:space="preserve">　C. 精神药品可随便卖</w:t>
      </w:r>
    </w:p>
    <w:p>
      <w:r>
        <w:rPr>
          <w:rFonts w:ascii="宋体" w:hAnsi="宋体" w:eastAsia="宋体"/>
          <w:b w:val="0"/>
          <w:sz w:val="22"/>
        </w:rPr>
        <w:t xml:space="preserve">　D. 过期药可继续销售</w:t>
      </w:r>
    </w:p>
    <w:p>
      <w:r>
        <w:rPr>
          <w:rFonts w:ascii="宋体" w:hAnsi="宋体" w:eastAsia="宋体"/>
          <w:b w:val="0"/>
          <w:sz w:val="22"/>
        </w:rPr>
        <w:t>答案：A　解析：处方药凭处方销售，过期药不得销售。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第22题】药品召回的责任主体是（　）。</w:t>
      </w:r>
    </w:p>
    <w:p>
      <w:r>
        <w:rPr>
          <w:rFonts w:ascii="宋体" w:hAnsi="宋体" w:eastAsia="宋体"/>
          <w:b w:val="0"/>
          <w:sz w:val="22"/>
        </w:rPr>
        <w:t xml:space="preserve">　A. 药品生产企业</w:t>
      </w:r>
    </w:p>
    <w:p>
      <w:r>
        <w:rPr>
          <w:rFonts w:ascii="宋体" w:hAnsi="宋体" w:eastAsia="宋体"/>
          <w:b w:val="0"/>
          <w:sz w:val="22"/>
        </w:rPr>
        <w:t xml:space="preserve">　B. 零售药店</w:t>
      </w:r>
    </w:p>
    <w:p>
      <w:r>
        <w:rPr>
          <w:rFonts w:ascii="宋体" w:hAnsi="宋体" w:eastAsia="宋体"/>
          <w:b w:val="0"/>
          <w:sz w:val="22"/>
        </w:rPr>
        <w:t xml:space="preserve">　C. 医院</w:t>
      </w:r>
    </w:p>
    <w:p>
      <w:r>
        <w:rPr>
          <w:rFonts w:ascii="宋体" w:hAnsi="宋体" w:eastAsia="宋体"/>
          <w:b w:val="0"/>
          <w:sz w:val="22"/>
        </w:rPr>
        <w:t xml:space="preserve">　D. 患者</w:t>
      </w:r>
    </w:p>
    <w:p>
      <w:r>
        <w:rPr>
          <w:rFonts w:ascii="宋体" w:hAnsi="宋体" w:eastAsia="宋体"/>
          <w:b w:val="0"/>
          <w:sz w:val="22"/>
        </w:rPr>
        <w:t>答案：A　解析：药品上市许可持有人/生产企业是药品召回的责任主体。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第23题】我国药品监督管理的主管部门是（　）。</w:t>
      </w:r>
    </w:p>
    <w:p>
      <w:r>
        <w:rPr>
          <w:rFonts w:ascii="宋体" w:hAnsi="宋体" w:eastAsia="宋体"/>
          <w:b w:val="0"/>
          <w:sz w:val="22"/>
        </w:rPr>
        <w:t xml:space="preserve">　A. 国家药品监督管理局（NMPA）</w:t>
      </w:r>
    </w:p>
    <w:p>
      <w:r>
        <w:rPr>
          <w:rFonts w:ascii="宋体" w:hAnsi="宋体" w:eastAsia="宋体"/>
          <w:b w:val="0"/>
          <w:sz w:val="22"/>
        </w:rPr>
        <w:t xml:space="preserve">　B. 国家卫健委</w:t>
      </w:r>
    </w:p>
    <w:p>
      <w:r>
        <w:rPr>
          <w:rFonts w:ascii="宋体" w:hAnsi="宋体" w:eastAsia="宋体"/>
          <w:b w:val="0"/>
          <w:sz w:val="22"/>
        </w:rPr>
        <w:t xml:space="preserve">　C. 国家市场监管总局</w:t>
      </w:r>
    </w:p>
    <w:p>
      <w:r>
        <w:rPr>
          <w:rFonts w:ascii="宋体" w:hAnsi="宋体" w:eastAsia="宋体"/>
          <w:b w:val="0"/>
          <w:sz w:val="22"/>
        </w:rPr>
        <w:t xml:space="preserve">　D. 中医药管理局</w:t>
      </w:r>
    </w:p>
    <w:p>
      <w:r>
        <w:rPr>
          <w:rFonts w:ascii="宋体" w:hAnsi="宋体" w:eastAsia="宋体"/>
          <w:b w:val="0"/>
          <w:sz w:val="22"/>
        </w:rPr>
        <w:t>答案：A　解析：国家药品监督管理局负责药品、医疗器械和化妆品监督管理。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第24题】药品批准文号中“国药准字H”表示（　）。</w:t>
      </w:r>
    </w:p>
    <w:p>
      <w:r>
        <w:rPr>
          <w:rFonts w:ascii="宋体" w:hAnsi="宋体" w:eastAsia="宋体"/>
          <w:b w:val="0"/>
          <w:sz w:val="22"/>
        </w:rPr>
        <w:t xml:space="preserve">　A. 化学药品</w:t>
      </w:r>
    </w:p>
    <w:p>
      <w:r>
        <w:rPr>
          <w:rFonts w:ascii="宋体" w:hAnsi="宋体" w:eastAsia="宋体"/>
          <w:b w:val="0"/>
          <w:sz w:val="22"/>
        </w:rPr>
        <w:t xml:space="preserve">　B. 中药</w:t>
      </w:r>
    </w:p>
    <w:p>
      <w:r>
        <w:rPr>
          <w:rFonts w:ascii="宋体" w:hAnsi="宋体" w:eastAsia="宋体"/>
          <w:b w:val="0"/>
          <w:sz w:val="22"/>
        </w:rPr>
        <w:t xml:space="preserve">　C. 生物制品</w:t>
      </w:r>
    </w:p>
    <w:p>
      <w:r>
        <w:rPr>
          <w:rFonts w:ascii="宋体" w:hAnsi="宋体" w:eastAsia="宋体"/>
          <w:b w:val="0"/>
          <w:sz w:val="22"/>
        </w:rPr>
        <w:t xml:space="preserve">　D. 进口药</w:t>
      </w:r>
    </w:p>
    <w:p>
      <w:r>
        <w:rPr>
          <w:rFonts w:ascii="宋体" w:hAnsi="宋体" w:eastAsia="宋体"/>
          <w:b w:val="0"/>
          <w:sz w:val="22"/>
        </w:rPr>
        <w:t>答案：A　解析：H为化学药品，Z为中药，S为生物制品，J为进口分包装。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第25题】疫苗管理实行（　）。</w:t>
      </w:r>
    </w:p>
    <w:p>
      <w:r>
        <w:rPr>
          <w:rFonts w:ascii="宋体" w:hAnsi="宋体" w:eastAsia="宋体"/>
          <w:b w:val="0"/>
          <w:sz w:val="22"/>
        </w:rPr>
        <w:t xml:space="preserve">　A. 最严格管理制度，全程追溯</w:t>
      </w:r>
    </w:p>
    <w:p>
      <w:r>
        <w:rPr>
          <w:rFonts w:ascii="宋体" w:hAnsi="宋体" w:eastAsia="宋体"/>
          <w:b w:val="0"/>
          <w:sz w:val="22"/>
        </w:rPr>
        <w:t xml:space="preserve">　B. 自由流通</w:t>
      </w:r>
    </w:p>
    <w:p>
      <w:r>
        <w:rPr>
          <w:rFonts w:ascii="宋体" w:hAnsi="宋体" w:eastAsia="宋体"/>
          <w:b w:val="0"/>
          <w:sz w:val="22"/>
        </w:rPr>
        <w:t xml:space="preserve">　C. 个人可自行采购</w:t>
      </w:r>
    </w:p>
    <w:p>
      <w:r>
        <w:rPr>
          <w:rFonts w:ascii="宋体" w:hAnsi="宋体" w:eastAsia="宋体"/>
          <w:b w:val="0"/>
          <w:sz w:val="22"/>
        </w:rPr>
        <w:t xml:space="preserve">　D. 无需冷链</w:t>
      </w:r>
    </w:p>
    <w:p>
      <w:r>
        <w:rPr>
          <w:rFonts w:ascii="宋体" w:hAnsi="宋体" w:eastAsia="宋体"/>
          <w:b w:val="0"/>
          <w:sz w:val="22"/>
        </w:rPr>
        <w:t>答案：A　解析：疫苗实行最严格监管、全程冷链和追溯管理。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第26题】下列关于执业药师继续教育说法正确的是（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注册有效期内须完成规定学分继续教育</w:t>
      </w:r>
    </w:p>
    <w:p>
      <w:r>
        <w:rPr>
          <w:rFonts w:ascii="宋体" w:hAnsi="宋体" w:eastAsia="宋体"/>
          <w:b w:val="0"/>
          <w:sz w:val="22"/>
        </w:rPr>
        <w:t xml:space="preserve">　B. 无需学习</w:t>
      </w:r>
    </w:p>
    <w:p>
      <w:r>
        <w:rPr>
          <w:rFonts w:ascii="宋体" w:hAnsi="宋体" w:eastAsia="宋体"/>
          <w:b w:val="0"/>
          <w:sz w:val="22"/>
        </w:rPr>
        <w:t xml:space="preserve">　C. 只学一次</w:t>
      </w:r>
    </w:p>
    <w:p>
      <w:r>
        <w:rPr>
          <w:rFonts w:ascii="宋体" w:hAnsi="宋体" w:eastAsia="宋体"/>
          <w:b w:val="0"/>
          <w:sz w:val="22"/>
        </w:rPr>
        <w:t xml:space="preserve">　D. 自学不算</w:t>
      </w:r>
    </w:p>
    <w:p>
      <w:r>
        <w:rPr>
          <w:rFonts w:ascii="宋体" w:hAnsi="宋体" w:eastAsia="宋体"/>
          <w:b w:val="0"/>
          <w:sz w:val="22"/>
        </w:rPr>
        <w:t>答案：A　解析：执业药师应按规定参加继续教育并取得学分。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第27题】药品零售企业销售含特殊药品复方制剂时（　）。</w:t>
      </w:r>
    </w:p>
    <w:p>
      <w:r>
        <w:rPr>
          <w:rFonts w:ascii="宋体" w:hAnsi="宋体" w:eastAsia="宋体"/>
          <w:b w:val="0"/>
          <w:sz w:val="22"/>
        </w:rPr>
        <w:t xml:space="preserve">　A. 按规定登记身份证、限量销售</w:t>
      </w:r>
    </w:p>
    <w:p>
      <w:r>
        <w:rPr>
          <w:rFonts w:ascii="宋体" w:hAnsi="宋体" w:eastAsia="宋体"/>
          <w:b w:val="0"/>
          <w:sz w:val="22"/>
        </w:rPr>
        <w:t xml:space="preserve">　B. 无限制销售</w:t>
      </w:r>
    </w:p>
    <w:p>
      <w:r>
        <w:rPr>
          <w:rFonts w:ascii="宋体" w:hAnsi="宋体" w:eastAsia="宋体"/>
          <w:b w:val="0"/>
          <w:sz w:val="22"/>
        </w:rPr>
        <w:t xml:space="preserve">　C. 现金交易不登记</w:t>
      </w:r>
    </w:p>
    <w:p>
      <w:r>
        <w:rPr>
          <w:rFonts w:ascii="宋体" w:hAnsi="宋体" w:eastAsia="宋体"/>
          <w:b w:val="0"/>
          <w:sz w:val="22"/>
        </w:rPr>
        <w:t xml:space="preserve">　D. 卖给未成年人</w:t>
      </w:r>
    </w:p>
    <w:p>
      <w:r>
        <w:rPr>
          <w:rFonts w:ascii="宋体" w:hAnsi="宋体" w:eastAsia="宋体"/>
          <w:b w:val="0"/>
          <w:sz w:val="22"/>
        </w:rPr>
        <w:t>答案：A　解析：含麻黄碱类复方制剂等须实名登记、限量销售。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第28题】医疗机构配制制剂须取得（　）。</w:t>
      </w:r>
    </w:p>
    <w:p>
      <w:r>
        <w:rPr>
          <w:rFonts w:ascii="宋体" w:hAnsi="宋体" w:eastAsia="宋体"/>
          <w:b w:val="0"/>
          <w:sz w:val="22"/>
        </w:rPr>
        <w:t xml:space="preserve">　A. 医疗机构制剂许可证</w:t>
      </w:r>
    </w:p>
    <w:p>
      <w:r>
        <w:rPr>
          <w:rFonts w:ascii="宋体" w:hAnsi="宋体" w:eastAsia="宋体"/>
          <w:b w:val="0"/>
          <w:sz w:val="22"/>
        </w:rPr>
        <w:t xml:space="preserve">　B. 药品经营许可证</w:t>
      </w:r>
    </w:p>
    <w:p>
      <w:r>
        <w:rPr>
          <w:rFonts w:ascii="宋体" w:hAnsi="宋体" w:eastAsia="宋体"/>
          <w:b w:val="0"/>
          <w:sz w:val="22"/>
        </w:rPr>
        <w:t xml:space="preserve">　C. GMP证书</w:t>
      </w:r>
    </w:p>
    <w:p>
      <w:r>
        <w:rPr>
          <w:rFonts w:ascii="宋体" w:hAnsi="宋体" w:eastAsia="宋体"/>
          <w:b w:val="0"/>
          <w:sz w:val="22"/>
        </w:rPr>
        <w:t xml:space="preserve">　D. 营业执照</w:t>
      </w:r>
    </w:p>
    <w:p>
      <w:r>
        <w:rPr>
          <w:rFonts w:ascii="宋体" w:hAnsi="宋体" w:eastAsia="宋体"/>
          <w:b w:val="0"/>
          <w:sz w:val="22"/>
        </w:rPr>
        <w:t>答案：A　解析：医疗机构制剂须经批准取得制剂许可证，且一般不得在市场销售。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第29题】药品广告不得含有（　）。</w:t>
      </w:r>
    </w:p>
    <w:p>
      <w:r>
        <w:rPr>
          <w:rFonts w:ascii="宋体" w:hAnsi="宋体" w:eastAsia="宋体"/>
          <w:b w:val="0"/>
          <w:sz w:val="22"/>
        </w:rPr>
        <w:t xml:space="preserve">　A. 表示功效、安全性的断言或保证</w:t>
      </w:r>
    </w:p>
    <w:p>
      <w:r>
        <w:rPr>
          <w:rFonts w:ascii="宋体" w:hAnsi="宋体" w:eastAsia="宋体"/>
          <w:b w:val="0"/>
          <w:sz w:val="22"/>
        </w:rPr>
        <w:t xml:space="preserve">　B. 药品通用名</w:t>
      </w:r>
    </w:p>
    <w:p>
      <w:r>
        <w:rPr>
          <w:rFonts w:ascii="宋体" w:hAnsi="宋体" w:eastAsia="宋体"/>
          <w:b w:val="0"/>
          <w:sz w:val="22"/>
        </w:rPr>
        <w:t xml:space="preserve">　C. 适应症</w:t>
      </w:r>
    </w:p>
    <w:p>
      <w:r>
        <w:rPr>
          <w:rFonts w:ascii="宋体" w:hAnsi="宋体" w:eastAsia="宋体"/>
          <w:b w:val="0"/>
          <w:sz w:val="22"/>
        </w:rPr>
        <w:t xml:space="preserve">　D. 禁忌</w:t>
      </w:r>
    </w:p>
    <w:p>
      <w:r>
        <w:rPr>
          <w:rFonts w:ascii="宋体" w:hAnsi="宋体" w:eastAsia="宋体"/>
          <w:b w:val="0"/>
          <w:sz w:val="22"/>
        </w:rPr>
        <w:t>答案：A　解析：药品广告不得含功效断言、保证、治愈率、与其他药比较等内容。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第30题】国家建立药品（　）制度，保护公众用药安全。</w:t>
      </w:r>
    </w:p>
    <w:p>
      <w:r>
        <w:rPr>
          <w:rFonts w:ascii="宋体" w:hAnsi="宋体" w:eastAsia="宋体"/>
          <w:b w:val="0"/>
          <w:sz w:val="22"/>
        </w:rPr>
        <w:t xml:space="preserve">　A. 不良反应监测</w:t>
      </w:r>
    </w:p>
    <w:p>
      <w:r>
        <w:rPr>
          <w:rFonts w:ascii="宋体" w:hAnsi="宋体" w:eastAsia="宋体"/>
          <w:b w:val="0"/>
          <w:sz w:val="22"/>
        </w:rPr>
        <w:t xml:space="preserve">　B. 最低价</w:t>
      </w:r>
    </w:p>
    <w:p>
      <w:r>
        <w:rPr>
          <w:rFonts w:ascii="宋体" w:hAnsi="宋体" w:eastAsia="宋体"/>
          <w:b w:val="0"/>
          <w:sz w:val="22"/>
        </w:rPr>
        <w:t xml:space="preserve">　C. 独家生产</w:t>
      </w:r>
    </w:p>
    <w:p>
      <w:r>
        <w:rPr>
          <w:rFonts w:ascii="宋体" w:hAnsi="宋体" w:eastAsia="宋体"/>
          <w:b w:val="0"/>
          <w:sz w:val="22"/>
        </w:rPr>
        <w:t xml:space="preserve">　D. 强制囤货</w:t>
      </w:r>
    </w:p>
    <w:p>
      <w:r>
        <w:rPr>
          <w:rFonts w:ascii="宋体" w:hAnsi="宋体" w:eastAsia="宋体"/>
          <w:b w:val="0"/>
          <w:sz w:val="22"/>
        </w:rPr>
        <w:t>答案：A　解析：国家实行药品不良反应报告监测制度。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第31题】对已确认发生严重不良反应的药品，国家可采取（　）措施。</w:t>
      </w:r>
    </w:p>
    <w:p>
      <w:r>
        <w:rPr>
          <w:rFonts w:ascii="宋体" w:hAnsi="宋体" w:eastAsia="宋体"/>
          <w:b w:val="0"/>
          <w:sz w:val="22"/>
        </w:rPr>
        <w:t xml:space="preserve">　A. 紧急控制、召回或停产停业</w:t>
      </w:r>
    </w:p>
    <w:p>
      <w:r>
        <w:rPr>
          <w:rFonts w:ascii="宋体" w:hAnsi="宋体" w:eastAsia="宋体"/>
          <w:b w:val="0"/>
          <w:sz w:val="22"/>
        </w:rPr>
        <w:t xml:space="preserve">　B. 继续销售</w:t>
      </w:r>
    </w:p>
    <w:p>
      <w:r>
        <w:rPr>
          <w:rFonts w:ascii="宋体" w:hAnsi="宋体" w:eastAsia="宋体"/>
          <w:b w:val="0"/>
          <w:sz w:val="22"/>
        </w:rPr>
        <w:t xml:space="preserve">　C. 降价</w:t>
      </w:r>
    </w:p>
    <w:p>
      <w:r>
        <w:rPr>
          <w:rFonts w:ascii="宋体" w:hAnsi="宋体" w:eastAsia="宋体"/>
          <w:b w:val="0"/>
          <w:sz w:val="22"/>
        </w:rPr>
        <w:t xml:space="preserve">　D. 广告推广</w:t>
      </w:r>
    </w:p>
    <w:p>
      <w:r>
        <w:rPr>
          <w:rFonts w:ascii="宋体" w:hAnsi="宋体" w:eastAsia="宋体"/>
          <w:b w:val="0"/>
          <w:sz w:val="22"/>
        </w:rPr>
        <w:t>答案：A　解析：可采取暂停生产销售使用、召回等紧急控制措施。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第32题】下列属于第一类精神药品的是（　）。</w:t>
      </w:r>
    </w:p>
    <w:p>
      <w:r>
        <w:rPr>
          <w:rFonts w:ascii="宋体" w:hAnsi="宋体" w:eastAsia="宋体"/>
          <w:b w:val="0"/>
          <w:sz w:val="22"/>
        </w:rPr>
        <w:t xml:space="preserve">　A. 哌醋甲酯（利他林类）</w:t>
      </w:r>
    </w:p>
    <w:p>
      <w:r>
        <w:rPr>
          <w:rFonts w:ascii="宋体" w:hAnsi="宋体" w:eastAsia="宋体"/>
          <w:b w:val="0"/>
          <w:sz w:val="22"/>
        </w:rPr>
        <w:t xml:space="preserve">　B. 地西泮</w:t>
      </w:r>
    </w:p>
    <w:p>
      <w:r>
        <w:rPr>
          <w:rFonts w:ascii="宋体" w:hAnsi="宋体" w:eastAsia="宋体"/>
          <w:b w:val="0"/>
          <w:sz w:val="22"/>
        </w:rPr>
        <w:t xml:space="preserve">　C. 布洛芬</w:t>
      </w:r>
    </w:p>
    <w:p>
      <w:r>
        <w:rPr>
          <w:rFonts w:ascii="宋体" w:hAnsi="宋体" w:eastAsia="宋体"/>
          <w:b w:val="0"/>
          <w:sz w:val="22"/>
        </w:rPr>
        <w:t xml:space="preserve">　D. 维生素C</w:t>
      </w:r>
    </w:p>
    <w:p>
      <w:r>
        <w:rPr>
          <w:rFonts w:ascii="宋体" w:hAnsi="宋体" w:eastAsia="宋体"/>
          <w:b w:val="0"/>
          <w:sz w:val="22"/>
        </w:rPr>
        <w:t>答案：A　解析：哌醋甲酯等属第一类精神药品；地西泮属第二类精神药品。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第33题】药品经营企业购销记录应至少保存（　）。</w:t>
      </w:r>
    </w:p>
    <w:p>
      <w:r>
        <w:rPr>
          <w:rFonts w:ascii="宋体" w:hAnsi="宋体" w:eastAsia="宋体"/>
          <w:b w:val="0"/>
          <w:sz w:val="22"/>
        </w:rPr>
        <w:t xml:space="preserve">　A. 5年</w:t>
      </w:r>
    </w:p>
    <w:p>
      <w:r>
        <w:rPr>
          <w:rFonts w:ascii="宋体" w:hAnsi="宋体" w:eastAsia="宋体"/>
          <w:b w:val="0"/>
          <w:sz w:val="22"/>
        </w:rPr>
        <w:t xml:space="preserve">　B. 1年</w:t>
      </w:r>
    </w:p>
    <w:p>
      <w:r>
        <w:rPr>
          <w:rFonts w:ascii="宋体" w:hAnsi="宋体" w:eastAsia="宋体"/>
          <w:b w:val="0"/>
          <w:sz w:val="22"/>
        </w:rPr>
        <w:t xml:space="preserve">　C. 2年</w:t>
      </w:r>
    </w:p>
    <w:p>
      <w:r>
        <w:rPr>
          <w:rFonts w:ascii="宋体" w:hAnsi="宋体" w:eastAsia="宋体"/>
          <w:b w:val="0"/>
          <w:sz w:val="22"/>
        </w:rPr>
        <w:t xml:space="preserve">　D. 3个月</w:t>
      </w:r>
    </w:p>
    <w:p>
      <w:r>
        <w:rPr>
          <w:rFonts w:ascii="宋体" w:hAnsi="宋体" w:eastAsia="宋体"/>
          <w:b w:val="0"/>
          <w:sz w:val="22"/>
        </w:rPr>
        <w:t>答案：A　解析：药品购销记录应保存至超过药品有效期1年，且不得少于5年。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第34题】关于处方药与非处方药流通，下列正确的是（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非处方药可直接陈列销售</w:t>
      </w:r>
    </w:p>
    <w:p>
      <w:r>
        <w:rPr>
          <w:rFonts w:ascii="宋体" w:hAnsi="宋体" w:eastAsia="宋体"/>
          <w:b w:val="0"/>
          <w:sz w:val="22"/>
        </w:rPr>
        <w:t xml:space="preserve">　B. 处方药可开架自选</w:t>
      </w:r>
    </w:p>
    <w:p>
      <w:r>
        <w:rPr>
          <w:rFonts w:ascii="宋体" w:hAnsi="宋体" w:eastAsia="宋体"/>
          <w:b w:val="0"/>
          <w:sz w:val="22"/>
        </w:rPr>
        <w:t xml:space="preserve">　C. 两者无区别</w:t>
      </w:r>
    </w:p>
    <w:p>
      <w:r>
        <w:rPr>
          <w:rFonts w:ascii="宋体" w:hAnsi="宋体" w:eastAsia="宋体"/>
          <w:b w:val="0"/>
          <w:sz w:val="22"/>
        </w:rPr>
        <w:t xml:space="preserve">　D. 均可在大众媒介广告</w:t>
      </w:r>
    </w:p>
    <w:p>
      <w:r>
        <w:rPr>
          <w:rFonts w:ascii="宋体" w:hAnsi="宋体" w:eastAsia="宋体"/>
          <w:b w:val="0"/>
          <w:sz w:val="22"/>
        </w:rPr>
        <w:t>答案：A　解析：OTC可自行购买陈列，处方药须凭处方、不得开架自选。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第35题】下列关于合理用药说法错误的是（　）。</w:t>
      </w:r>
    </w:p>
    <w:p>
      <w:r>
        <w:rPr>
          <w:rFonts w:ascii="宋体" w:hAnsi="宋体" w:eastAsia="宋体"/>
          <w:b w:val="0"/>
          <w:sz w:val="22"/>
        </w:rPr>
        <w:t xml:space="preserve">　A. 为见效快可自行加大剂量</w:t>
      </w:r>
    </w:p>
    <w:p>
      <w:r>
        <w:rPr>
          <w:rFonts w:ascii="宋体" w:hAnsi="宋体" w:eastAsia="宋体"/>
          <w:b w:val="0"/>
          <w:sz w:val="22"/>
        </w:rPr>
        <w:t xml:space="preserve">　B. 按医嘱用药</w:t>
      </w:r>
    </w:p>
    <w:p>
      <w:r>
        <w:rPr>
          <w:rFonts w:ascii="宋体" w:hAnsi="宋体" w:eastAsia="宋体"/>
          <w:b w:val="0"/>
          <w:sz w:val="22"/>
        </w:rPr>
        <w:t xml:space="preserve">　C. 不随意联用药物</w:t>
      </w:r>
    </w:p>
    <w:p>
      <w:r>
        <w:rPr>
          <w:rFonts w:ascii="宋体" w:hAnsi="宋体" w:eastAsia="宋体"/>
          <w:b w:val="0"/>
          <w:sz w:val="22"/>
        </w:rPr>
        <w:t xml:space="preserve">　D. 注意用药禁忌</w:t>
      </w:r>
    </w:p>
    <w:p>
      <w:r>
        <w:rPr>
          <w:rFonts w:ascii="宋体" w:hAnsi="宋体" w:eastAsia="宋体"/>
          <w:b w:val="0"/>
          <w:sz w:val="22"/>
        </w:rPr>
        <w:t>答案：A　解析：自行加大剂量属不合理用药，可能引起不良反应。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第36题】药品堆垛应留有一定距离，与墙、顶、灯的距离要求体现了（　）。</w:t>
      </w:r>
    </w:p>
    <w:p>
      <w:r>
        <w:rPr>
          <w:rFonts w:ascii="宋体" w:hAnsi="宋体" w:eastAsia="宋体"/>
          <w:b w:val="0"/>
          <w:sz w:val="22"/>
        </w:rPr>
        <w:t xml:space="preserve">　A. GSP对储存陈列的要求</w:t>
      </w:r>
    </w:p>
    <w:p>
      <w:r>
        <w:rPr>
          <w:rFonts w:ascii="宋体" w:hAnsi="宋体" w:eastAsia="宋体"/>
          <w:b w:val="0"/>
          <w:sz w:val="22"/>
        </w:rPr>
        <w:t xml:space="preserve">　B. 美观要求</w:t>
      </w:r>
    </w:p>
    <w:p>
      <w:r>
        <w:rPr>
          <w:rFonts w:ascii="宋体" w:hAnsi="宋体" w:eastAsia="宋体"/>
          <w:b w:val="0"/>
          <w:sz w:val="22"/>
        </w:rPr>
        <w:t xml:space="preserve">　C. 节能要求</w:t>
      </w:r>
    </w:p>
    <w:p>
      <w:r>
        <w:rPr>
          <w:rFonts w:ascii="宋体" w:hAnsi="宋体" w:eastAsia="宋体"/>
          <w:b w:val="0"/>
          <w:sz w:val="22"/>
        </w:rPr>
        <w:t xml:space="preserve">　D. 防火即可</w:t>
      </w:r>
    </w:p>
    <w:p>
      <w:r>
        <w:rPr>
          <w:rFonts w:ascii="宋体" w:hAnsi="宋体" w:eastAsia="宋体"/>
          <w:b w:val="0"/>
          <w:sz w:val="22"/>
        </w:rPr>
        <w:t>答案：A　解析：GSP要求药品按批号堆码，与墙、顶、灯、地保持间距。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第37题】冷藏药品储存温度一般为（　）。</w:t>
      </w:r>
    </w:p>
    <w:p>
      <w:r>
        <w:rPr>
          <w:rFonts w:ascii="宋体" w:hAnsi="宋体" w:eastAsia="宋体"/>
          <w:b w:val="0"/>
          <w:sz w:val="22"/>
        </w:rPr>
        <w:t xml:space="preserve">　A. 2—8℃</w:t>
      </w:r>
    </w:p>
    <w:p>
      <w:r>
        <w:rPr>
          <w:rFonts w:ascii="宋体" w:hAnsi="宋体" w:eastAsia="宋体"/>
          <w:b w:val="0"/>
          <w:sz w:val="22"/>
        </w:rPr>
        <w:t xml:space="preserve">　B. 0℃以下</w:t>
      </w:r>
    </w:p>
    <w:p>
      <w:r>
        <w:rPr>
          <w:rFonts w:ascii="宋体" w:hAnsi="宋体" w:eastAsia="宋体"/>
          <w:b w:val="0"/>
          <w:sz w:val="22"/>
        </w:rPr>
        <w:t xml:space="preserve">　C. 20℃</w:t>
      </w:r>
    </w:p>
    <w:p>
      <w:r>
        <w:rPr>
          <w:rFonts w:ascii="宋体" w:hAnsi="宋体" w:eastAsia="宋体"/>
          <w:b w:val="0"/>
          <w:sz w:val="22"/>
        </w:rPr>
        <w:t xml:space="preserve">　D. 常温即可</w:t>
      </w:r>
    </w:p>
    <w:p>
      <w:r>
        <w:rPr>
          <w:rFonts w:ascii="宋体" w:hAnsi="宋体" w:eastAsia="宋体"/>
          <w:b w:val="0"/>
          <w:sz w:val="22"/>
        </w:rPr>
        <w:t>答案：A　解析：冷藏药品一般在2—8℃保存，生物制品、胰岛素等需冷链。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第38题】药品与非药品、内服与外用药应（　）。</w:t>
      </w:r>
    </w:p>
    <w:p>
      <w:r>
        <w:rPr>
          <w:rFonts w:ascii="宋体" w:hAnsi="宋体" w:eastAsia="宋体"/>
          <w:b w:val="0"/>
          <w:sz w:val="22"/>
        </w:rPr>
        <w:t xml:space="preserve">　A. 分开存放</w:t>
      </w:r>
    </w:p>
    <w:p>
      <w:r>
        <w:rPr>
          <w:rFonts w:ascii="宋体" w:hAnsi="宋体" w:eastAsia="宋体"/>
          <w:b w:val="0"/>
          <w:sz w:val="22"/>
        </w:rPr>
        <w:t xml:space="preserve">　B. 混放</w:t>
      </w:r>
    </w:p>
    <w:p>
      <w:r>
        <w:rPr>
          <w:rFonts w:ascii="宋体" w:hAnsi="宋体" w:eastAsia="宋体"/>
          <w:b w:val="0"/>
          <w:sz w:val="22"/>
        </w:rPr>
        <w:t xml:space="preserve">　C. 叠放</w:t>
      </w:r>
    </w:p>
    <w:p>
      <w:r>
        <w:rPr>
          <w:rFonts w:ascii="宋体" w:hAnsi="宋体" w:eastAsia="宋体"/>
          <w:b w:val="0"/>
          <w:sz w:val="22"/>
        </w:rPr>
        <w:t xml:space="preserve">　D. 随意堆放</w:t>
      </w:r>
    </w:p>
    <w:p>
      <w:r>
        <w:rPr>
          <w:rFonts w:ascii="宋体" w:hAnsi="宋体" w:eastAsia="宋体"/>
          <w:b w:val="0"/>
          <w:sz w:val="22"/>
        </w:rPr>
        <w:t>答案：A　解析：药品按属性分区分类存放，外用药、非药品与内服药分开。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第39题】执业药师在执业活动中应遵循的职业道德不包括（　）。</w:t>
      </w:r>
    </w:p>
    <w:p>
      <w:r>
        <w:rPr>
          <w:rFonts w:ascii="宋体" w:hAnsi="宋体" w:eastAsia="宋体"/>
          <w:b w:val="0"/>
          <w:sz w:val="22"/>
        </w:rPr>
        <w:t xml:space="preserve">　A. 夸大疗效招揽顾客</w:t>
      </w:r>
    </w:p>
    <w:p>
      <w:r>
        <w:rPr>
          <w:rFonts w:ascii="宋体" w:hAnsi="宋体" w:eastAsia="宋体"/>
          <w:b w:val="0"/>
          <w:sz w:val="22"/>
        </w:rPr>
        <w:t xml:space="preserve">　B. 救死扶伤</w:t>
      </w:r>
    </w:p>
    <w:p>
      <w:r>
        <w:rPr>
          <w:rFonts w:ascii="宋体" w:hAnsi="宋体" w:eastAsia="宋体"/>
          <w:b w:val="0"/>
          <w:sz w:val="22"/>
        </w:rPr>
        <w:t xml:space="preserve">　C. 诚信服务</w:t>
      </w:r>
    </w:p>
    <w:p>
      <w:r>
        <w:rPr>
          <w:rFonts w:ascii="宋体" w:hAnsi="宋体" w:eastAsia="宋体"/>
          <w:b w:val="0"/>
          <w:sz w:val="22"/>
        </w:rPr>
        <w:t xml:space="preserve">　D. 尊重患者</w:t>
      </w:r>
    </w:p>
    <w:p>
      <w:r>
        <w:rPr>
          <w:rFonts w:ascii="宋体" w:hAnsi="宋体" w:eastAsia="宋体"/>
          <w:b w:val="0"/>
          <w:sz w:val="22"/>
        </w:rPr>
        <w:t>答案：A　解析：夸大疗效违背职业道德和广告法规。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第40题】国家对中药品种实行（　）保护制度。</w:t>
      </w:r>
    </w:p>
    <w:p>
      <w:r>
        <w:rPr>
          <w:rFonts w:ascii="宋体" w:hAnsi="宋体" w:eastAsia="宋体"/>
          <w:b w:val="0"/>
          <w:sz w:val="22"/>
        </w:rPr>
        <w:t xml:space="preserve">　A. 中药品种保护</w:t>
      </w:r>
    </w:p>
    <w:p>
      <w:r>
        <w:rPr>
          <w:rFonts w:ascii="宋体" w:hAnsi="宋体" w:eastAsia="宋体"/>
          <w:b w:val="0"/>
          <w:sz w:val="22"/>
        </w:rPr>
        <w:t xml:space="preserve">　B. 自由仿制</w:t>
      </w:r>
    </w:p>
    <w:p>
      <w:r>
        <w:rPr>
          <w:rFonts w:ascii="宋体" w:hAnsi="宋体" w:eastAsia="宋体"/>
          <w:b w:val="0"/>
          <w:sz w:val="22"/>
        </w:rPr>
        <w:t xml:space="preserve">　C. 无保护</w:t>
      </w:r>
    </w:p>
    <w:p>
      <w:r>
        <w:rPr>
          <w:rFonts w:ascii="宋体" w:hAnsi="宋体" w:eastAsia="宋体"/>
          <w:b w:val="0"/>
          <w:sz w:val="22"/>
        </w:rPr>
        <w:t xml:space="preserve">　D. 随便生产</w:t>
      </w:r>
    </w:p>
    <w:p>
      <w:r>
        <w:rPr>
          <w:rFonts w:ascii="宋体" w:hAnsi="宋体" w:eastAsia="宋体"/>
          <w:b w:val="0"/>
          <w:sz w:val="22"/>
        </w:rPr>
        <w:t>答案：A　解析：国家实行中药品种保护制度，分级保护。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第41题】下列关于网络售药说法正确的是（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处方药网络销售按规定实行实名处方审核</w:t>
      </w:r>
    </w:p>
    <w:p>
      <w:r>
        <w:rPr>
          <w:rFonts w:ascii="宋体" w:hAnsi="宋体" w:eastAsia="宋体"/>
          <w:b w:val="0"/>
          <w:sz w:val="22"/>
        </w:rPr>
        <w:t xml:space="preserve">　B. 网上可随便卖处方药</w:t>
      </w:r>
    </w:p>
    <w:p>
      <w:r>
        <w:rPr>
          <w:rFonts w:ascii="宋体" w:hAnsi="宋体" w:eastAsia="宋体"/>
          <w:b w:val="0"/>
          <w:sz w:val="22"/>
        </w:rPr>
        <w:t xml:space="preserve">　C. 个人可开网店卖药</w:t>
      </w:r>
    </w:p>
    <w:p>
      <w:r>
        <w:rPr>
          <w:rFonts w:ascii="宋体" w:hAnsi="宋体" w:eastAsia="宋体"/>
          <w:b w:val="0"/>
          <w:sz w:val="22"/>
        </w:rPr>
        <w:t xml:space="preserve">　D. 无需资质</w:t>
      </w:r>
    </w:p>
    <w:p>
      <w:r>
        <w:rPr>
          <w:rFonts w:ascii="宋体" w:hAnsi="宋体" w:eastAsia="宋体"/>
          <w:b w:val="0"/>
          <w:sz w:val="22"/>
        </w:rPr>
        <w:t>答案：A　解析：网售药品须具备资质，处方药须凭真实处方并经审核。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第42题】药品到货验收时，对不合格药品应（　）。</w:t>
      </w:r>
    </w:p>
    <w:p>
      <w:r>
        <w:rPr>
          <w:rFonts w:ascii="宋体" w:hAnsi="宋体" w:eastAsia="宋体"/>
          <w:b w:val="0"/>
          <w:sz w:val="22"/>
        </w:rPr>
        <w:t xml:space="preserve">　A. 拒收并按规定处理记录</w:t>
      </w:r>
    </w:p>
    <w:p>
      <w:r>
        <w:rPr>
          <w:rFonts w:ascii="宋体" w:hAnsi="宋体" w:eastAsia="宋体"/>
          <w:b w:val="0"/>
          <w:sz w:val="22"/>
        </w:rPr>
        <w:t xml:space="preserve">　B. 收下便宜卖</w:t>
      </w:r>
    </w:p>
    <w:p>
      <w:r>
        <w:rPr>
          <w:rFonts w:ascii="宋体" w:hAnsi="宋体" w:eastAsia="宋体"/>
          <w:b w:val="0"/>
          <w:sz w:val="22"/>
        </w:rPr>
        <w:t xml:space="preserve">　C. 混入合格品</w:t>
      </w:r>
    </w:p>
    <w:p>
      <w:r>
        <w:rPr>
          <w:rFonts w:ascii="宋体" w:hAnsi="宋体" w:eastAsia="宋体"/>
          <w:b w:val="0"/>
          <w:sz w:val="22"/>
        </w:rPr>
        <w:t xml:space="preserve">　D. 退回厂家不记录</w:t>
      </w:r>
    </w:p>
    <w:p>
      <w:r>
        <w:rPr>
          <w:rFonts w:ascii="宋体" w:hAnsi="宋体" w:eastAsia="宋体"/>
          <w:b w:val="0"/>
          <w:sz w:val="22"/>
        </w:rPr>
        <w:t>答案：A　解析：不合格药品不得入库，应拒收、隔离并记录处理。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第43题】麻醉药品和第一类精神药品专用账册保存期限为（　）。</w:t>
      </w:r>
    </w:p>
    <w:p>
      <w:r>
        <w:rPr>
          <w:rFonts w:ascii="宋体" w:hAnsi="宋体" w:eastAsia="宋体"/>
          <w:b w:val="0"/>
          <w:sz w:val="22"/>
        </w:rPr>
        <w:t xml:space="preserve">　A. 药品有效期满后不少于5年</w:t>
      </w:r>
    </w:p>
    <w:p>
      <w:r>
        <w:rPr>
          <w:rFonts w:ascii="宋体" w:hAnsi="宋体" w:eastAsia="宋体"/>
          <w:b w:val="0"/>
          <w:sz w:val="22"/>
        </w:rPr>
        <w:t xml:space="preserve">　B. 1年</w:t>
      </w:r>
    </w:p>
    <w:p>
      <w:r>
        <w:rPr>
          <w:rFonts w:ascii="宋体" w:hAnsi="宋体" w:eastAsia="宋体"/>
          <w:b w:val="0"/>
          <w:sz w:val="22"/>
        </w:rPr>
        <w:t xml:space="preserve">　C. 3个月</w:t>
      </w:r>
    </w:p>
    <w:p>
      <w:r>
        <w:rPr>
          <w:rFonts w:ascii="宋体" w:hAnsi="宋体" w:eastAsia="宋体"/>
          <w:b w:val="0"/>
          <w:sz w:val="22"/>
        </w:rPr>
        <w:t xml:space="preserve">　D. 永久</w:t>
      </w:r>
    </w:p>
    <w:p>
      <w:r>
        <w:rPr>
          <w:rFonts w:ascii="宋体" w:hAnsi="宋体" w:eastAsia="宋体"/>
          <w:b w:val="0"/>
          <w:sz w:val="22"/>
        </w:rPr>
        <w:t>答案：A　解析：专用账册保存至药品有效期满后不少于5年。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第44题】药品标签上“有效期至2027年10月”表示该药品可使用到（　）。</w:t>
      </w:r>
    </w:p>
    <w:p>
      <w:r>
        <w:rPr>
          <w:rFonts w:ascii="宋体" w:hAnsi="宋体" w:eastAsia="宋体"/>
          <w:b w:val="0"/>
          <w:sz w:val="22"/>
        </w:rPr>
        <w:t xml:space="preserve">　A. 2027年10月31日</w:t>
      </w:r>
    </w:p>
    <w:p>
      <w:r>
        <w:rPr>
          <w:rFonts w:ascii="宋体" w:hAnsi="宋体" w:eastAsia="宋体"/>
          <w:b w:val="0"/>
          <w:sz w:val="22"/>
        </w:rPr>
        <w:t xml:space="preserve">　B. 2027年10月1日</w:t>
      </w:r>
    </w:p>
    <w:p>
      <w:r>
        <w:rPr>
          <w:rFonts w:ascii="宋体" w:hAnsi="宋体" w:eastAsia="宋体"/>
          <w:b w:val="0"/>
          <w:sz w:val="22"/>
        </w:rPr>
        <w:t xml:space="preserve">　C. 2027年9月30日</w:t>
      </w:r>
    </w:p>
    <w:p>
      <w:r>
        <w:rPr>
          <w:rFonts w:ascii="宋体" w:hAnsi="宋体" w:eastAsia="宋体"/>
          <w:b w:val="0"/>
          <w:sz w:val="22"/>
        </w:rPr>
        <w:t xml:space="preserve">　D. 2027年11月1日</w:t>
      </w:r>
    </w:p>
    <w:p>
      <w:r>
        <w:rPr>
          <w:rFonts w:ascii="宋体" w:hAnsi="宋体" w:eastAsia="宋体"/>
          <w:b w:val="0"/>
          <w:sz w:val="22"/>
        </w:rPr>
        <w:t>答案：A　解析：有效期标注到月的，可使用至该月最后一天。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第45题】下列情形按劣药论处的是（　）。</w:t>
      </w:r>
    </w:p>
    <w:p>
      <w:r>
        <w:rPr>
          <w:rFonts w:ascii="宋体" w:hAnsi="宋体" w:eastAsia="宋体"/>
          <w:b w:val="0"/>
          <w:sz w:val="22"/>
        </w:rPr>
        <w:t xml:space="preserve">　A. 不注明或更改生产批号</w:t>
      </w:r>
    </w:p>
    <w:p>
      <w:r>
        <w:rPr>
          <w:rFonts w:ascii="宋体" w:hAnsi="宋体" w:eastAsia="宋体"/>
          <w:b w:val="0"/>
          <w:sz w:val="22"/>
        </w:rPr>
        <w:t xml:space="preserve">　B. 以非药品冒充药品</w:t>
      </w:r>
    </w:p>
    <w:p>
      <w:r>
        <w:rPr>
          <w:rFonts w:ascii="宋体" w:hAnsi="宋体" w:eastAsia="宋体"/>
          <w:b w:val="0"/>
          <w:sz w:val="22"/>
        </w:rPr>
        <w:t xml:space="preserve">　C. 成份不符</w:t>
      </w:r>
    </w:p>
    <w:p>
      <w:r>
        <w:rPr>
          <w:rFonts w:ascii="宋体" w:hAnsi="宋体" w:eastAsia="宋体"/>
          <w:b w:val="0"/>
          <w:sz w:val="22"/>
        </w:rPr>
        <w:t xml:space="preserve">　D. 变质药品</w:t>
      </w:r>
    </w:p>
    <w:p>
      <w:r>
        <w:rPr>
          <w:rFonts w:ascii="宋体" w:hAnsi="宋体" w:eastAsia="宋体"/>
          <w:b w:val="0"/>
          <w:sz w:val="22"/>
        </w:rPr>
        <w:t>答案：A　解析：不注明/更改批号、超过有效期等按劣药论处。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第46题】执业药师不得有的行为是（　）。</w:t>
      </w:r>
    </w:p>
    <w:p>
      <w:r>
        <w:rPr>
          <w:rFonts w:ascii="宋体" w:hAnsi="宋体" w:eastAsia="宋体"/>
          <w:b w:val="0"/>
          <w:sz w:val="22"/>
        </w:rPr>
        <w:t xml:space="preserve">　A. 在执业单位外挂证取酬</w:t>
      </w:r>
    </w:p>
    <w:p>
      <w:r>
        <w:rPr>
          <w:rFonts w:ascii="宋体" w:hAnsi="宋体" w:eastAsia="宋体"/>
          <w:b w:val="0"/>
          <w:sz w:val="22"/>
        </w:rPr>
        <w:t xml:space="preserve">　B. 审核处方</w:t>
      </w:r>
    </w:p>
    <w:p>
      <w:r>
        <w:rPr>
          <w:rFonts w:ascii="宋体" w:hAnsi="宋体" w:eastAsia="宋体"/>
          <w:b w:val="0"/>
          <w:sz w:val="22"/>
        </w:rPr>
        <w:t xml:space="preserve">　C. 指导用药</w:t>
      </w:r>
    </w:p>
    <w:p>
      <w:r>
        <w:rPr>
          <w:rFonts w:ascii="宋体" w:hAnsi="宋体" w:eastAsia="宋体"/>
          <w:b w:val="0"/>
          <w:sz w:val="22"/>
        </w:rPr>
        <w:t xml:space="preserve">　D. 参加继续教育</w:t>
      </w:r>
    </w:p>
    <w:p>
      <w:r>
        <w:rPr>
          <w:rFonts w:ascii="宋体" w:hAnsi="宋体" w:eastAsia="宋体"/>
          <w:b w:val="0"/>
          <w:sz w:val="22"/>
        </w:rPr>
        <w:t>答案：A　解析：“挂证”（人证分离）属违规行为，将被查处。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第47题】药品零售企业应当在营业场所显著位置悬挂（　）。</w:t>
      </w:r>
    </w:p>
    <w:p>
      <w:r>
        <w:rPr>
          <w:rFonts w:ascii="宋体" w:hAnsi="宋体" w:eastAsia="宋体"/>
          <w:b w:val="0"/>
          <w:sz w:val="22"/>
        </w:rPr>
        <w:t xml:space="preserve">　A. 《药品经营许可证》和执业药师注册证</w:t>
      </w:r>
    </w:p>
    <w:p>
      <w:r>
        <w:rPr>
          <w:rFonts w:ascii="宋体" w:hAnsi="宋体" w:eastAsia="宋体"/>
          <w:b w:val="0"/>
          <w:sz w:val="22"/>
        </w:rPr>
        <w:t xml:space="preserve">　B. 营业执照副本锁柜</w:t>
      </w:r>
    </w:p>
    <w:p>
      <w:r>
        <w:rPr>
          <w:rFonts w:ascii="宋体" w:hAnsi="宋体" w:eastAsia="宋体"/>
          <w:b w:val="0"/>
          <w:sz w:val="22"/>
        </w:rPr>
        <w:t xml:space="preserve">　C. 进货单</w:t>
      </w:r>
    </w:p>
    <w:p>
      <w:r>
        <w:rPr>
          <w:rFonts w:ascii="宋体" w:hAnsi="宋体" w:eastAsia="宋体"/>
          <w:b w:val="0"/>
          <w:sz w:val="22"/>
        </w:rPr>
        <w:t xml:space="preserve">　D. 促销海报</w:t>
      </w:r>
    </w:p>
    <w:p>
      <w:r>
        <w:rPr>
          <w:rFonts w:ascii="宋体" w:hAnsi="宋体" w:eastAsia="宋体"/>
          <w:b w:val="0"/>
          <w:sz w:val="22"/>
        </w:rPr>
        <w:t>答案：A　解析：须悬挂许可证和执业药师注册证等，便于监督。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第48题】关于合理配伍用药，下列正确的是（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注意药物相互作用，避免不合理联用</w:t>
      </w:r>
    </w:p>
    <w:p>
      <w:r>
        <w:rPr>
          <w:rFonts w:ascii="宋体" w:hAnsi="宋体" w:eastAsia="宋体"/>
          <w:b w:val="0"/>
          <w:sz w:val="22"/>
        </w:rPr>
        <w:t xml:space="preserve">　B. 药吃得越多越好</w:t>
      </w:r>
    </w:p>
    <w:p>
      <w:r>
        <w:rPr>
          <w:rFonts w:ascii="宋体" w:hAnsi="宋体" w:eastAsia="宋体"/>
          <w:b w:val="0"/>
          <w:sz w:val="22"/>
        </w:rPr>
        <w:t xml:space="preserve">　C. 中西药随便混吃</w:t>
      </w:r>
    </w:p>
    <w:p>
      <w:r>
        <w:rPr>
          <w:rFonts w:ascii="宋体" w:hAnsi="宋体" w:eastAsia="宋体"/>
          <w:b w:val="0"/>
          <w:sz w:val="22"/>
        </w:rPr>
        <w:t xml:space="preserve">　D. 症状重就加量</w:t>
      </w:r>
    </w:p>
    <w:p>
      <w:r>
        <w:rPr>
          <w:rFonts w:ascii="宋体" w:hAnsi="宋体" w:eastAsia="宋体"/>
          <w:b w:val="0"/>
          <w:sz w:val="22"/>
        </w:rPr>
        <w:t>答案：A　解析：应关注相互作用和禁忌，避免不合理联合用药。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第49题】药品不良反应是指（　）。</w:t>
      </w:r>
    </w:p>
    <w:p>
      <w:r>
        <w:rPr>
          <w:rFonts w:ascii="宋体" w:hAnsi="宋体" w:eastAsia="宋体"/>
          <w:b w:val="0"/>
          <w:sz w:val="22"/>
        </w:rPr>
        <w:t xml:space="preserve">　A. 合格药品在正常用法用量下出现的与用药目的无关的有害反应</w:t>
      </w:r>
    </w:p>
    <w:p>
      <w:r>
        <w:rPr>
          <w:rFonts w:ascii="宋体" w:hAnsi="宋体" w:eastAsia="宋体"/>
          <w:b w:val="0"/>
          <w:sz w:val="22"/>
        </w:rPr>
        <w:t xml:space="preserve">　B. 用药过量引起的反应</w:t>
      </w:r>
    </w:p>
    <w:p>
      <w:r>
        <w:rPr>
          <w:rFonts w:ascii="宋体" w:hAnsi="宋体" w:eastAsia="宋体"/>
          <w:b w:val="0"/>
          <w:sz w:val="22"/>
        </w:rPr>
        <w:t xml:space="preserve">　C. 假药引起的反应</w:t>
      </w:r>
    </w:p>
    <w:p>
      <w:r>
        <w:rPr>
          <w:rFonts w:ascii="宋体" w:hAnsi="宋体" w:eastAsia="宋体"/>
          <w:b w:val="0"/>
          <w:sz w:val="22"/>
        </w:rPr>
        <w:t xml:space="preserve">　D. 用药错误</w:t>
      </w:r>
    </w:p>
    <w:p>
      <w:r>
        <w:rPr>
          <w:rFonts w:ascii="宋体" w:hAnsi="宋体" w:eastAsia="宋体"/>
          <w:b w:val="0"/>
          <w:sz w:val="22"/>
        </w:rPr>
        <w:t>答案：A　解析：ADR指合格药品正常用法用量下的有害反应，不含用药错误。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第50题】下列关于特殊管理药品，错误的是（　）。</w:t>
      </w:r>
    </w:p>
    <w:p>
      <w:r>
        <w:rPr>
          <w:rFonts w:ascii="宋体" w:hAnsi="宋体" w:eastAsia="宋体"/>
          <w:b w:val="0"/>
          <w:sz w:val="22"/>
        </w:rPr>
        <w:t xml:space="preserve">　A. 麻醉药品可在普通药店零售</w:t>
      </w:r>
    </w:p>
    <w:p>
      <w:r>
        <w:rPr>
          <w:rFonts w:ascii="宋体" w:hAnsi="宋体" w:eastAsia="宋体"/>
          <w:b w:val="0"/>
          <w:sz w:val="22"/>
        </w:rPr>
        <w:t xml:space="preserve">　B. 实行专库专柜</w:t>
      </w:r>
    </w:p>
    <w:p>
      <w:r>
        <w:rPr>
          <w:rFonts w:ascii="宋体" w:hAnsi="宋体" w:eastAsia="宋体"/>
          <w:b w:val="0"/>
          <w:sz w:val="22"/>
        </w:rPr>
        <w:t xml:space="preserve">　C. 双人双锁管理</w:t>
      </w:r>
    </w:p>
    <w:p>
      <w:r>
        <w:rPr>
          <w:rFonts w:ascii="宋体" w:hAnsi="宋体" w:eastAsia="宋体"/>
          <w:b w:val="0"/>
          <w:sz w:val="22"/>
        </w:rPr>
        <w:t xml:space="preserve">　D. 专用处方</w:t>
      </w:r>
    </w:p>
    <w:p>
      <w:r>
        <w:rPr>
          <w:rFonts w:ascii="宋体" w:hAnsi="宋体" w:eastAsia="宋体"/>
          <w:b w:val="0"/>
          <w:sz w:val="22"/>
        </w:rPr>
        <w:t>答案：A　解析：麻醉药品不得在普通零售药店销售。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第51题】药品上市许可持有人对药品全生命周期（　）负责。</w:t>
      </w:r>
    </w:p>
    <w:p>
      <w:r>
        <w:rPr>
          <w:rFonts w:ascii="宋体" w:hAnsi="宋体" w:eastAsia="宋体"/>
          <w:b w:val="0"/>
          <w:sz w:val="22"/>
        </w:rPr>
        <w:t xml:space="preserve">　A. 质量</w:t>
      </w:r>
    </w:p>
    <w:p>
      <w:r>
        <w:rPr>
          <w:rFonts w:ascii="宋体" w:hAnsi="宋体" w:eastAsia="宋体"/>
          <w:b w:val="0"/>
          <w:sz w:val="22"/>
        </w:rPr>
        <w:t xml:space="preserve">　B. 广告量</w:t>
      </w:r>
    </w:p>
    <w:p>
      <w:r>
        <w:rPr>
          <w:rFonts w:ascii="宋体" w:hAnsi="宋体" w:eastAsia="宋体"/>
          <w:b w:val="0"/>
          <w:sz w:val="22"/>
        </w:rPr>
        <w:t xml:space="preserve">　C. 销量</w:t>
      </w:r>
    </w:p>
    <w:p>
      <w:r>
        <w:rPr>
          <w:rFonts w:ascii="宋体" w:hAnsi="宋体" w:eastAsia="宋体"/>
          <w:b w:val="0"/>
          <w:sz w:val="22"/>
        </w:rPr>
        <w:t xml:space="preserve">　D. 包装美观</w:t>
      </w:r>
    </w:p>
    <w:p>
      <w:r>
        <w:rPr>
          <w:rFonts w:ascii="宋体" w:hAnsi="宋体" w:eastAsia="宋体"/>
          <w:b w:val="0"/>
          <w:sz w:val="22"/>
        </w:rPr>
        <w:t>答案：A　解析：MAH对药品研制、生产、经营、使用全过程质量负责。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第52题】我国非处方药专用标识的颜色：甲类OTC为（　）。</w:t>
      </w:r>
    </w:p>
    <w:p>
      <w:r>
        <w:rPr>
          <w:rFonts w:ascii="宋体" w:hAnsi="宋体" w:eastAsia="宋体"/>
          <w:b w:val="0"/>
          <w:sz w:val="22"/>
        </w:rPr>
        <w:t xml:space="preserve">　A. 红色</w:t>
      </w:r>
    </w:p>
    <w:p>
      <w:r>
        <w:rPr>
          <w:rFonts w:ascii="宋体" w:hAnsi="宋体" w:eastAsia="宋体"/>
          <w:b w:val="0"/>
          <w:sz w:val="22"/>
        </w:rPr>
        <w:t xml:space="preserve">　B. 绿色</w:t>
      </w:r>
    </w:p>
    <w:p>
      <w:r>
        <w:rPr>
          <w:rFonts w:ascii="宋体" w:hAnsi="宋体" w:eastAsia="宋体"/>
          <w:b w:val="0"/>
          <w:sz w:val="22"/>
        </w:rPr>
        <w:t xml:space="preserve">　C. 蓝色</w:t>
      </w:r>
    </w:p>
    <w:p>
      <w:r>
        <w:rPr>
          <w:rFonts w:ascii="宋体" w:hAnsi="宋体" w:eastAsia="宋体"/>
          <w:b w:val="0"/>
          <w:sz w:val="22"/>
        </w:rPr>
        <w:t xml:space="preserve">　D. 黑色</w:t>
      </w:r>
    </w:p>
    <w:p>
      <w:r>
        <w:rPr>
          <w:rFonts w:ascii="宋体" w:hAnsi="宋体" w:eastAsia="宋体"/>
          <w:b w:val="0"/>
          <w:sz w:val="22"/>
        </w:rPr>
        <w:t>答案：A　解析：甲类OTC为红色标识，乙类OTC为绿色标识。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第53题】药品经营企业应当建立并执行（　）制度，保证药品可追溯。</w:t>
      </w:r>
    </w:p>
    <w:p>
      <w:r>
        <w:rPr>
          <w:rFonts w:ascii="宋体" w:hAnsi="宋体" w:eastAsia="宋体"/>
          <w:b w:val="0"/>
          <w:sz w:val="22"/>
        </w:rPr>
        <w:t xml:space="preserve">　A. 进货查验记录</w:t>
      </w:r>
    </w:p>
    <w:p>
      <w:r>
        <w:rPr>
          <w:rFonts w:ascii="宋体" w:hAnsi="宋体" w:eastAsia="宋体"/>
          <w:b w:val="0"/>
          <w:sz w:val="22"/>
        </w:rPr>
        <w:t xml:space="preserve">　B. 价格欺诈</w:t>
      </w:r>
    </w:p>
    <w:p>
      <w:r>
        <w:rPr>
          <w:rFonts w:ascii="宋体" w:hAnsi="宋体" w:eastAsia="宋体"/>
          <w:b w:val="0"/>
          <w:sz w:val="22"/>
        </w:rPr>
        <w:t xml:space="preserve">　C. 有奖销售</w:t>
      </w:r>
    </w:p>
    <w:p>
      <w:r>
        <w:rPr>
          <w:rFonts w:ascii="宋体" w:hAnsi="宋体" w:eastAsia="宋体"/>
          <w:b w:val="0"/>
          <w:sz w:val="22"/>
        </w:rPr>
        <w:t xml:space="preserve">　D. 捆绑销售</w:t>
      </w:r>
    </w:p>
    <w:p>
      <w:r>
        <w:rPr>
          <w:rFonts w:ascii="宋体" w:hAnsi="宋体" w:eastAsia="宋体"/>
          <w:b w:val="0"/>
          <w:sz w:val="22"/>
        </w:rPr>
        <w:t>答案：A　解析：进货查验和购销记录制度保证药品来源可溯、去向可追。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第54题】关于药品储存“五距”，下列说法正确的是（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药品与墙、顶、灯、地等保持规定距离</w:t>
      </w:r>
    </w:p>
    <w:p>
      <w:r>
        <w:rPr>
          <w:rFonts w:ascii="宋体" w:hAnsi="宋体" w:eastAsia="宋体"/>
          <w:b w:val="0"/>
          <w:sz w:val="22"/>
        </w:rPr>
        <w:t xml:space="preserve">　B. 药品贴墙贴顶堆放</w:t>
      </w:r>
    </w:p>
    <w:p>
      <w:r>
        <w:rPr>
          <w:rFonts w:ascii="宋体" w:hAnsi="宋体" w:eastAsia="宋体"/>
          <w:b w:val="0"/>
          <w:sz w:val="22"/>
        </w:rPr>
        <w:t xml:space="preserve">　C. 药品落地堆压</w:t>
      </w:r>
    </w:p>
    <w:p>
      <w:r>
        <w:rPr>
          <w:rFonts w:ascii="宋体" w:hAnsi="宋体" w:eastAsia="宋体"/>
          <w:b w:val="0"/>
          <w:sz w:val="22"/>
        </w:rPr>
        <w:t xml:space="preserve">　D. 药品紧贴灯管</w:t>
      </w:r>
    </w:p>
    <w:p>
      <w:r>
        <w:rPr>
          <w:rFonts w:ascii="宋体" w:hAnsi="宋体" w:eastAsia="宋体"/>
          <w:b w:val="0"/>
          <w:sz w:val="22"/>
        </w:rPr>
        <w:t>答案：A　解析：五距指药品与墙、屋顶、灯、地面、散热器等保持间距。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第55题】下列关于儿童用药，正确的是（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按体重和年龄计算剂量，不可照搬成人量</w:t>
      </w:r>
    </w:p>
    <w:p>
      <w:r>
        <w:rPr>
          <w:rFonts w:ascii="宋体" w:hAnsi="宋体" w:eastAsia="宋体"/>
          <w:b w:val="0"/>
          <w:sz w:val="22"/>
        </w:rPr>
        <w:t xml:space="preserve">　B. 掰一半成人药即可</w:t>
      </w:r>
    </w:p>
    <w:p>
      <w:r>
        <w:rPr>
          <w:rFonts w:ascii="宋体" w:hAnsi="宋体" w:eastAsia="宋体"/>
          <w:b w:val="0"/>
          <w:sz w:val="22"/>
        </w:rPr>
        <w:t xml:space="preserve">　C. 随便吃</w:t>
      </w:r>
    </w:p>
    <w:p>
      <w:r>
        <w:rPr>
          <w:rFonts w:ascii="宋体" w:hAnsi="宋体" w:eastAsia="宋体"/>
          <w:b w:val="0"/>
          <w:sz w:val="22"/>
        </w:rPr>
        <w:t xml:space="preserve">　D. 多吃效果好</w:t>
      </w:r>
    </w:p>
    <w:p>
      <w:r>
        <w:rPr>
          <w:rFonts w:ascii="宋体" w:hAnsi="宋体" w:eastAsia="宋体"/>
          <w:b w:val="0"/>
          <w:sz w:val="22"/>
        </w:rPr>
        <w:t>答案：A　解析：儿童用药须按体重/年龄精确计算，遵医嘱。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第56题】药品零售处方审核应当由（　）负责。</w:t>
      </w:r>
    </w:p>
    <w:p>
      <w:r>
        <w:rPr>
          <w:rFonts w:ascii="宋体" w:hAnsi="宋体" w:eastAsia="宋体"/>
          <w:b w:val="0"/>
          <w:sz w:val="22"/>
        </w:rPr>
        <w:t xml:space="preserve">　A. 执业药师或依法资格人员</w:t>
      </w:r>
    </w:p>
    <w:p>
      <w:r>
        <w:rPr>
          <w:rFonts w:ascii="宋体" w:hAnsi="宋体" w:eastAsia="宋体"/>
          <w:b w:val="0"/>
          <w:sz w:val="22"/>
        </w:rPr>
        <w:t xml:space="preserve">　B. 收银员</w:t>
      </w:r>
    </w:p>
    <w:p>
      <w:r>
        <w:rPr>
          <w:rFonts w:ascii="宋体" w:hAnsi="宋体" w:eastAsia="宋体"/>
          <w:b w:val="0"/>
          <w:sz w:val="22"/>
        </w:rPr>
        <w:t xml:space="preserve">　C. 保安</w:t>
      </w:r>
    </w:p>
    <w:p>
      <w:r>
        <w:rPr>
          <w:rFonts w:ascii="宋体" w:hAnsi="宋体" w:eastAsia="宋体"/>
          <w:b w:val="0"/>
          <w:sz w:val="22"/>
        </w:rPr>
        <w:t xml:space="preserve">　D. 促销员</w:t>
      </w:r>
    </w:p>
    <w:p>
      <w:r>
        <w:rPr>
          <w:rFonts w:ascii="宋体" w:hAnsi="宋体" w:eastAsia="宋体"/>
          <w:b w:val="0"/>
          <w:sz w:val="22"/>
        </w:rPr>
        <w:t>答案：A　解析：处方审核须由执业药师等具备资格的药学技术人员负责。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第57题】关于过期药品处理，正确的是（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按不合格药品集中销毁记录</w:t>
      </w:r>
    </w:p>
    <w:p>
      <w:r>
        <w:rPr>
          <w:rFonts w:ascii="宋体" w:hAnsi="宋体" w:eastAsia="宋体"/>
          <w:b w:val="0"/>
          <w:sz w:val="22"/>
        </w:rPr>
        <w:t xml:space="preserve">　B. 继续降价销售</w:t>
      </w:r>
    </w:p>
    <w:p>
      <w:r>
        <w:rPr>
          <w:rFonts w:ascii="宋体" w:hAnsi="宋体" w:eastAsia="宋体"/>
          <w:b w:val="0"/>
          <w:sz w:val="22"/>
        </w:rPr>
        <w:t xml:space="preserve">　C. 混入合格品</w:t>
      </w:r>
    </w:p>
    <w:p>
      <w:r>
        <w:rPr>
          <w:rFonts w:ascii="宋体" w:hAnsi="宋体" w:eastAsia="宋体"/>
          <w:b w:val="0"/>
          <w:sz w:val="22"/>
        </w:rPr>
        <w:t xml:space="preserve">　D. 随意丢弃</w:t>
      </w:r>
    </w:p>
    <w:p>
      <w:r>
        <w:rPr>
          <w:rFonts w:ascii="宋体" w:hAnsi="宋体" w:eastAsia="宋体"/>
          <w:b w:val="0"/>
          <w:sz w:val="22"/>
        </w:rPr>
        <w:t>答案：A　解析：过期失效药品应按规定销毁并记录，不得销售。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第58题】下列关于药品广告，正确的是（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不得利用专家、患者名义作证明</w:t>
      </w:r>
    </w:p>
    <w:p>
      <w:r>
        <w:rPr>
          <w:rFonts w:ascii="宋体" w:hAnsi="宋体" w:eastAsia="宋体"/>
          <w:b w:val="0"/>
          <w:sz w:val="22"/>
        </w:rPr>
        <w:t xml:space="preserve">　B. 可承诺治愈率</w:t>
      </w:r>
    </w:p>
    <w:p>
      <w:r>
        <w:rPr>
          <w:rFonts w:ascii="宋体" w:hAnsi="宋体" w:eastAsia="宋体"/>
          <w:b w:val="0"/>
          <w:sz w:val="22"/>
        </w:rPr>
        <w:t xml:space="preserve">　C. 可与其他药比较</w:t>
      </w:r>
    </w:p>
    <w:p>
      <w:r>
        <w:rPr>
          <w:rFonts w:ascii="宋体" w:hAnsi="宋体" w:eastAsia="宋体"/>
          <w:b w:val="0"/>
          <w:sz w:val="22"/>
        </w:rPr>
        <w:t xml:space="preserve">　D. 可夸大疗效</w:t>
      </w:r>
    </w:p>
    <w:p>
      <w:r>
        <w:rPr>
          <w:rFonts w:ascii="宋体" w:hAnsi="宋体" w:eastAsia="宋体"/>
          <w:b w:val="0"/>
          <w:sz w:val="22"/>
        </w:rPr>
        <w:t>答案：A　解析：药品广告不得利用机构、专家、患者名义或形象作证明。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第59题】药品不良反应报告的主体包括（　）。</w:t>
      </w:r>
    </w:p>
    <w:p>
      <w:r>
        <w:rPr>
          <w:rFonts w:ascii="宋体" w:hAnsi="宋体" w:eastAsia="宋体"/>
          <w:b w:val="0"/>
          <w:sz w:val="22"/>
        </w:rPr>
        <w:t xml:space="preserve">　A. 药品生产、经营企业和医疗机构</w:t>
      </w:r>
    </w:p>
    <w:p>
      <w:r>
        <w:rPr>
          <w:rFonts w:ascii="宋体" w:hAnsi="宋体" w:eastAsia="宋体"/>
          <w:b w:val="0"/>
          <w:sz w:val="22"/>
        </w:rPr>
        <w:t xml:space="preserve">　B. 仅患者</w:t>
      </w:r>
    </w:p>
    <w:p>
      <w:r>
        <w:rPr>
          <w:rFonts w:ascii="宋体" w:hAnsi="宋体" w:eastAsia="宋体"/>
          <w:b w:val="0"/>
          <w:sz w:val="22"/>
        </w:rPr>
        <w:t xml:space="preserve">　C. 仅药店</w:t>
      </w:r>
    </w:p>
    <w:p>
      <w:r>
        <w:rPr>
          <w:rFonts w:ascii="宋体" w:hAnsi="宋体" w:eastAsia="宋体"/>
          <w:b w:val="0"/>
          <w:sz w:val="22"/>
        </w:rPr>
        <w:t xml:space="preserve">　D. 仅厂家</w:t>
      </w:r>
    </w:p>
    <w:p>
      <w:r>
        <w:rPr>
          <w:rFonts w:ascii="宋体" w:hAnsi="宋体" w:eastAsia="宋体"/>
          <w:b w:val="0"/>
          <w:sz w:val="22"/>
        </w:rPr>
        <w:t>答案：A　解析：生产、经营企业和医疗机构均应报告不良反应。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第60题】关于执业药师配备，下列正确的是（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零售药店应当按规定配备执业药师</w:t>
      </w:r>
    </w:p>
    <w:p>
      <w:r>
        <w:rPr>
          <w:rFonts w:ascii="宋体" w:hAnsi="宋体" w:eastAsia="宋体"/>
          <w:b w:val="0"/>
          <w:sz w:val="22"/>
        </w:rPr>
        <w:t xml:space="preserve">　B. 无需配备</w:t>
      </w:r>
    </w:p>
    <w:p>
      <w:r>
        <w:rPr>
          <w:rFonts w:ascii="宋体" w:hAnsi="宋体" w:eastAsia="宋体"/>
          <w:b w:val="0"/>
          <w:sz w:val="22"/>
        </w:rPr>
        <w:t xml:space="preserve">　C. 兼职即可</w:t>
      </w:r>
    </w:p>
    <w:p>
      <w:r>
        <w:rPr>
          <w:rFonts w:ascii="宋体" w:hAnsi="宋体" w:eastAsia="宋体"/>
          <w:b w:val="0"/>
          <w:sz w:val="22"/>
        </w:rPr>
        <w:t xml:space="preserve">　D. 谁都可以</w:t>
      </w:r>
    </w:p>
    <w:p>
      <w:r>
        <w:rPr>
          <w:rFonts w:ascii="宋体" w:hAnsi="宋体" w:eastAsia="宋体"/>
          <w:b w:val="0"/>
          <w:sz w:val="22"/>
        </w:rPr>
        <w:t>答案：A　解析：药品零售企业应按规定配备执业药师在岗执业。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第61题】药品批发企业出库复核应当做到（　）。</w:t>
      </w:r>
    </w:p>
    <w:p>
      <w:r>
        <w:rPr>
          <w:rFonts w:ascii="宋体" w:hAnsi="宋体" w:eastAsia="宋体"/>
          <w:b w:val="0"/>
          <w:sz w:val="22"/>
        </w:rPr>
        <w:t xml:space="preserve">　A. 按出库单逐项核对、质量状况检查</w:t>
      </w:r>
    </w:p>
    <w:p>
      <w:r>
        <w:rPr>
          <w:rFonts w:ascii="宋体" w:hAnsi="宋体" w:eastAsia="宋体"/>
          <w:b w:val="0"/>
          <w:sz w:val="22"/>
        </w:rPr>
        <w:t xml:space="preserve">　B. 随便发货</w:t>
      </w:r>
    </w:p>
    <w:p>
      <w:r>
        <w:rPr>
          <w:rFonts w:ascii="宋体" w:hAnsi="宋体" w:eastAsia="宋体"/>
          <w:b w:val="0"/>
          <w:sz w:val="22"/>
        </w:rPr>
        <w:t xml:space="preserve">　C. 不核对</w:t>
      </w:r>
    </w:p>
    <w:p>
      <w:r>
        <w:rPr>
          <w:rFonts w:ascii="宋体" w:hAnsi="宋体" w:eastAsia="宋体"/>
          <w:b w:val="0"/>
          <w:sz w:val="22"/>
        </w:rPr>
        <w:t xml:space="preserve">　D. 先发后补单</w:t>
      </w:r>
    </w:p>
    <w:p>
      <w:r>
        <w:rPr>
          <w:rFonts w:ascii="宋体" w:hAnsi="宋体" w:eastAsia="宋体"/>
          <w:b w:val="0"/>
          <w:sz w:val="22"/>
        </w:rPr>
        <w:t>答案：A　解析：出库须双人复核、核对品名批号数量并检查质量。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第62题】下列关于中药材管理，正确的是（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中药材产地初加工应符合规范</w:t>
      </w:r>
    </w:p>
    <w:p>
      <w:r>
        <w:rPr>
          <w:rFonts w:ascii="宋体" w:hAnsi="宋体" w:eastAsia="宋体"/>
          <w:b w:val="0"/>
          <w:sz w:val="22"/>
        </w:rPr>
        <w:t xml:space="preserve">　B. 随便熏硫</w:t>
      </w:r>
    </w:p>
    <w:p>
      <w:r>
        <w:rPr>
          <w:rFonts w:ascii="宋体" w:hAnsi="宋体" w:eastAsia="宋体"/>
          <w:b w:val="0"/>
          <w:sz w:val="22"/>
        </w:rPr>
        <w:t xml:space="preserve">　C. 染色增重</w:t>
      </w:r>
    </w:p>
    <w:p>
      <w:r>
        <w:rPr>
          <w:rFonts w:ascii="宋体" w:hAnsi="宋体" w:eastAsia="宋体"/>
          <w:b w:val="0"/>
          <w:sz w:val="22"/>
        </w:rPr>
        <w:t xml:space="preserve">　D. 掺杂使假</w:t>
      </w:r>
    </w:p>
    <w:p>
      <w:r>
        <w:rPr>
          <w:rFonts w:ascii="宋体" w:hAnsi="宋体" w:eastAsia="宋体"/>
          <w:b w:val="0"/>
          <w:sz w:val="22"/>
        </w:rPr>
        <w:t>答案：A　解析：禁止滥用硫磺熏蒸、染色增重等违规加工中药材。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第63题】关于处方药销售记录，正确的是（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保存处方或登记销售记录备查</w:t>
      </w:r>
    </w:p>
    <w:p>
      <w:r>
        <w:rPr>
          <w:rFonts w:ascii="宋体" w:hAnsi="宋体" w:eastAsia="宋体"/>
          <w:b w:val="0"/>
          <w:sz w:val="22"/>
        </w:rPr>
        <w:t xml:space="preserve">　B. 不留记录</w:t>
      </w:r>
    </w:p>
    <w:p>
      <w:r>
        <w:rPr>
          <w:rFonts w:ascii="宋体" w:hAnsi="宋体" w:eastAsia="宋体"/>
          <w:b w:val="0"/>
          <w:sz w:val="22"/>
        </w:rPr>
        <w:t xml:space="preserve">　C. 销毁处方</w:t>
      </w:r>
    </w:p>
    <w:p>
      <w:r>
        <w:rPr>
          <w:rFonts w:ascii="宋体" w:hAnsi="宋体" w:eastAsia="宋体"/>
          <w:b w:val="0"/>
          <w:sz w:val="22"/>
        </w:rPr>
        <w:t xml:space="preserve">　D. 随意丢弃</w:t>
      </w:r>
    </w:p>
    <w:p>
      <w:r>
        <w:rPr>
          <w:rFonts w:ascii="宋体" w:hAnsi="宋体" w:eastAsia="宋体"/>
          <w:b w:val="0"/>
          <w:sz w:val="22"/>
        </w:rPr>
        <w:t>答案：A　解析：处方药销售须留存处方或登记记录备查。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第64题】下列关于药师职业道德，错误的是（　）。</w:t>
      </w:r>
    </w:p>
    <w:p>
      <w:r>
        <w:rPr>
          <w:rFonts w:ascii="宋体" w:hAnsi="宋体" w:eastAsia="宋体"/>
          <w:b w:val="0"/>
          <w:sz w:val="22"/>
        </w:rPr>
        <w:t xml:space="preserve">　A. 为提高销量推荐不必要的高价药</w:t>
      </w:r>
    </w:p>
    <w:p>
      <w:r>
        <w:rPr>
          <w:rFonts w:ascii="宋体" w:hAnsi="宋体" w:eastAsia="宋体"/>
          <w:b w:val="0"/>
          <w:sz w:val="22"/>
        </w:rPr>
        <w:t xml:space="preserve">　B. 尊重患者隐私</w:t>
      </w:r>
    </w:p>
    <w:p>
      <w:r>
        <w:rPr>
          <w:rFonts w:ascii="宋体" w:hAnsi="宋体" w:eastAsia="宋体"/>
          <w:b w:val="0"/>
          <w:sz w:val="22"/>
        </w:rPr>
        <w:t xml:space="preserve">　C. 合理用药指导</w:t>
      </w:r>
    </w:p>
    <w:p>
      <w:r>
        <w:rPr>
          <w:rFonts w:ascii="宋体" w:hAnsi="宋体" w:eastAsia="宋体"/>
          <w:b w:val="0"/>
          <w:sz w:val="22"/>
        </w:rPr>
        <w:t xml:space="preserve">　D. 诚信守法</w:t>
      </w:r>
    </w:p>
    <w:p>
      <w:r>
        <w:rPr>
          <w:rFonts w:ascii="宋体" w:hAnsi="宋体" w:eastAsia="宋体"/>
          <w:b w:val="0"/>
          <w:sz w:val="22"/>
        </w:rPr>
        <w:t>答案：A　解析：推荐不必要高价药违背职业道德和合理用药原则。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第65题】药品广告经审查批准后，应当（　）。</w:t>
      </w:r>
    </w:p>
    <w:p>
      <w:r>
        <w:rPr>
          <w:rFonts w:ascii="宋体" w:hAnsi="宋体" w:eastAsia="宋体"/>
          <w:b w:val="0"/>
          <w:sz w:val="22"/>
        </w:rPr>
        <w:t xml:space="preserve">　A. 严格按照批准内容发布</w:t>
      </w:r>
    </w:p>
    <w:p>
      <w:r>
        <w:rPr>
          <w:rFonts w:ascii="宋体" w:hAnsi="宋体" w:eastAsia="宋体"/>
          <w:b w:val="0"/>
          <w:sz w:val="22"/>
        </w:rPr>
        <w:t xml:space="preserve">　B. 随意夸大</w:t>
      </w:r>
    </w:p>
    <w:p>
      <w:r>
        <w:rPr>
          <w:rFonts w:ascii="宋体" w:hAnsi="宋体" w:eastAsia="宋体"/>
          <w:b w:val="0"/>
          <w:sz w:val="22"/>
        </w:rPr>
        <w:t xml:space="preserve">　C. 自行修改</w:t>
      </w:r>
    </w:p>
    <w:p>
      <w:r>
        <w:rPr>
          <w:rFonts w:ascii="宋体" w:hAnsi="宋体" w:eastAsia="宋体"/>
          <w:b w:val="0"/>
          <w:sz w:val="22"/>
        </w:rPr>
        <w:t xml:space="preserve">　D. 删去禁忌</w:t>
      </w:r>
    </w:p>
    <w:p>
      <w:r>
        <w:rPr>
          <w:rFonts w:ascii="宋体" w:hAnsi="宋体" w:eastAsia="宋体"/>
          <w:b w:val="0"/>
          <w:sz w:val="22"/>
        </w:rPr>
        <w:t>答案：A　解析：应按批准的广告内容发布，不得擅自更改。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第66题】关于特殊药品运输，正确的是（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采取安全保障措施、专人押运</w:t>
      </w:r>
    </w:p>
    <w:p>
      <w:r>
        <w:rPr>
          <w:rFonts w:ascii="宋体" w:hAnsi="宋体" w:eastAsia="宋体"/>
          <w:b w:val="0"/>
          <w:sz w:val="22"/>
        </w:rPr>
        <w:t xml:space="preserve">　B. 普通快递寄送</w:t>
      </w:r>
    </w:p>
    <w:p>
      <w:r>
        <w:rPr>
          <w:rFonts w:ascii="宋体" w:hAnsi="宋体" w:eastAsia="宋体"/>
          <w:b w:val="0"/>
          <w:sz w:val="22"/>
        </w:rPr>
        <w:t xml:space="preserve">　C. 交旅客捎带</w:t>
      </w:r>
    </w:p>
    <w:p>
      <w:r>
        <w:rPr>
          <w:rFonts w:ascii="宋体" w:hAnsi="宋体" w:eastAsia="宋体"/>
          <w:b w:val="0"/>
          <w:sz w:val="22"/>
        </w:rPr>
        <w:t xml:space="preserve">　D. 无人押运</w:t>
      </w:r>
    </w:p>
    <w:p>
      <w:r>
        <w:rPr>
          <w:rFonts w:ascii="宋体" w:hAnsi="宋体" w:eastAsia="宋体"/>
          <w:b w:val="0"/>
          <w:sz w:val="22"/>
        </w:rPr>
        <w:t>答案：A　解析：麻精药品运输须采取安全措施并专人押运。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第67题】下列关于进口药品，正确的是（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须经口岸检验合格、取得注册证书</w:t>
      </w:r>
    </w:p>
    <w:p>
      <w:r>
        <w:rPr>
          <w:rFonts w:ascii="宋体" w:hAnsi="宋体" w:eastAsia="宋体"/>
          <w:b w:val="0"/>
          <w:sz w:val="22"/>
        </w:rPr>
        <w:t xml:space="preserve">　B. 可直接上市</w:t>
      </w:r>
    </w:p>
    <w:p>
      <w:r>
        <w:rPr>
          <w:rFonts w:ascii="宋体" w:hAnsi="宋体" w:eastAsia="宋体"/>
          <w:b w:val="0"/>
          <w:sz w:val="22"/>
        </w:rPr>
        <w:t xml:space="preserve">　C. 无需检验</w:t>
      </w:r>
    </w:p>
    <w:p>
      <w:r>
        <w:rPr>
          <w:rFonts w:ascii="宋体" w:hAnsi="宋体" w:eastAsia="宋体"/>
          <w:b w:val="0"/>
          <w:sz w:val="22"/>
        </w:rPr>
        <w:t xml:space="preserve">　D. 与国产药同等无需批准</w:t>
      </w:r>
    </w:p>
    <w:p>
      <w:r>
        <w:rPr>
          <w:rFonts w:ascii="宋体" w:hAnsi="宋体" w:eastAsia="宋体"/>
          <w:b w:val="0"/>
          <w:sz w:val="22"/>
        </w:rPr>
        <w:t>答案：A　解析：进口药品须取得注册证书并经口岸检验合格方可销售使用。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第68题】药品经营企业对到货药品应当（　）。</w:t>
      </w:r>
    </w:p>
    <w:p>
      <w:r>
        <w:rPr>
          <w:rFonts w:ascii="宋体" w:hAnsi="宋体" w:eastAsia="宋体"/>
          <w:b w:val="0"/>
          <w:sz w:val="22"/>
        </w:rPr>
        <w:t xml:space="preserve">　A. 逐批验收合格后方可入库</w:t>
      </w:r>
    </w:p>
    <w:p>
      <w:r>
        <w:rPr>
          <w:rFonts w:ascii="宋体" w:hAnsi="宋体" w:eastAsia="宋体"/>
          <w:b w:val="0"/>
          <w:sz w:val="22"/>
        </w:rPr>
        <w:t xml:space="preserve">　B. 直接入库</w:t>
      </w:r>
    </w:p>
    <w:p>
      <w:r>
        <w:rPr>
          <w:rFonts w:ascii="宋体" w:hAnsi="宋体" w:eastAsia="宋体"/>
          <w:b w:val="0"/>
          <w:sz w:val="22"/>
        </w:rPr>
        <w:t xml:space="preserve">　C. 先卖后验</w:t>
      </w:r>
    </w:p>
    <w:p>
      <w:r>
        <w:rPr>
          <w:rFonts w:ascii="宋体" w:hAnsi="宋体" w:eastAsia="宋体"/>
          <w:b w:val="0"/>
          <w:sz w:val="22"/>
        </w:rPr>
        <w:t xml:space="preserve">　D. 抽一箱即可</w:t>
      </w:r>
    </w:p>
    <w:p>
      <w:r>
        <w:rPr>
          <w:rFonts w:ascii="宋体" w:hAnsi="宋体" w:eastAsia="宋体"/>
          <w:b w:val="0"/>
          <w:sz w:val="22"/>
        </w:rPr>
        <w:t>答案：A　解析：药品到货须逐批查验验收，合格后方可入库销售。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第69题】关于执业药师签字负责，正确的是（　）。</w:t>
      </w:r>
    </w:p>
    <w:p>
      <w:r>
        <w:rPr>
          <w:rFonts w:ascii="宋体" w:hAnsi="宋体" w:eastAsia="宋体"/>
          <w:b w:val="0"/>
          <w:sz w:val="22"/>
        </w:rPr>
        <w:t xml:space="preserve">　A. 对审核调配的处方负责</w:t>
      </w:r>
    </w:p>
    <w:p>
      <w:r>
        <w:rPr>
          <w:rFonts w:ascii="宋体" w:hAnsi="宋体" w:eastAsia="宋体"/>
          <w:b w:val="0"/>
          <w:sz w:val="22"/>
        </w:rPr>
        <w:t xml:space="preserve">　B. 签不签无所谓</w:t>
      </w:r>
    </w:p>
    <w:p>
      <w:r>
        <w:rPr>
          <w:rFonts w:ascii="宋体" w:hAnsi="宋体" w:eastAsia="宋体"/>
          <w:b w:val="0"/>
          <w:sz w:val="22"/>
        </w:rPr>
        <w:t xml:space="preserve">　C. 代他人签字</w:t>
      </w:r>
    </w:p>
    <w:p>
      <w:r>
        <w:rPr>
          <w:rFonts w:ascii="宋体" w:hAnsi="宋体" w:eastAsia="宋体"/>
          <w:b w:val="0"/>
          <w:sz w:val="22"/>
        </w:rPr>
        <w:t xml:space="preserve">　D. 不审核即签</w:t>
      </w:r>
    </w:p>
    <w:p>
      <w:r>
        <w:rPr>
          <w:rFonts w:ascii="宋体" w:hAnsi="宋体" w:eastAsia="宋体"/>
          <w:b w:val="0"/>
          <w:sz w:val="22"/>
        </w:rPr>
        <w:t>答案：A　解析：执业药师对处方审核和药学服务质量签字负责。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【执业药师·单选题 第70题】国家基本药物制度要求基层医疗卫生机构（　）。</w:t>
      </w:r>
    </w:p>
    <w:p>
      <w:r>
        <w:rPr>
          <w:rFonts w:ascii="宋体" w:hAnsi="宋体" w:eastAsia="宋体"/>
          <w:b w:val="0"/>
          <w:sz w:val="22"/>
        </w:rPr>
        <w:t xml:space="preserve">　A. 优先配备使用基本药物</w:t>
      </w:r>
    </w:p>
    <w:p>
      <w:r>
        <w:rPr>
          <w:rFonts w:ascii="宋体" w:hAnsi="宋体" w:eastAsia="宋体"/>
          <w:b w:val="0"/>
          <w:sz w:val="22"/>
        </w:rPr>
        <w:t xml:space="preserve">　B. 不使用基本药物</w:t>
      </w:r>
    </w:p>
    <w:p>
      <w:r>
        <w:rPr>
          <w:rFonts w:ascii="宋体" w:hAnsi="宋体" w:eastAsia="宋体"/>
          <w:b w:val="0"/>
          <w:sz w:val="22"/>
        </w:rPr>
        <w:t xml:space="preserve">　C. 只卖高价药</w:t>
      </w:r>
    </w:p>
    <w:p>
      <w:r>
        <w:rPr>
          <w:rFonts w:ascii="宋体" w:hAnsi="宋体" w:eastAsia="宋体"/>
          <w:b w:val="0"/>
          <w:sz w:val="22"/>
        </w:rPr>
        <w:t xml:space="preserve">　D. 限制采购</w:t>
      </w:r>
    </w:p>
    <w:p>
      <w:r>
        <w:rPr>
          <w:rFonts w:ascii="宋体" w:hAnsi="宋体" w:eastAsia="宋体"/>
          <w:b w:val="0"/>
          <w:sz w:val="22"/>
        </w:rPr>
        <w:t>答案：A　解析：基层机构应按规定优先配备和使用基本药物。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第71题】我国药品管理的“两品一械”是指（　）。</w:t>
      </w:r>
    </w:p>
    <w:p>
      <w:r>
        <w:rPr>
          <w:rFonts w:ascii="宋体" w:hAnsi="宋体" w:eastAsia="宋体"/>
          <w:b w:val="0"/>
          <w:sz w:val="22"/>
        </w:rPr>
        <w:t xml:space="preserve">　A. 药品</w:t>
      </w:r>
    </w:p>
    <w:p>
      <w:r>
        <w:rPr>
          <w:rFonts w:ascii="宋体" w:hAnsi="宋体" w:eastAsia="宋体"/>
          <w:b w:val="0"/>
          <w:sz w:val="22"/>
        </w:rPr>
        <w:t xml:space="preserve">　B. 化妆品</w:t>
      </w:r>
    </w:p>
    <w:p>
      <w:r>
        <w:rPr>
          <w:rFonts w:ascii="宋体" w:hAnsi="宋体" w:eastAsia="宋体"/>
          <w:b w:val="0"/>
          <w:sz w:val="22"/>
        </w:rPr>
        <w:t xml:space="preserve">　C. 医疗器械</w:t>
      </w:r>
    </w:p>
    <w:p>
      <w:r>
        <w:rPr>
          <w:rFonts w:ascii="宋体" w:hAnsi="宋体" w:eastAsia="宋体"/>
          <w:b w:val="0"/>
          <w:sz w:val="22"/>
        </w:rPr>
        <w:t xml:space="preserve">　D. 食品</w:t>
      </w:r>
    </w:p>
    <w:p>
      <w:r>
        <w:rPr>
          <w:rFonts w:ascii="宋体" w:hAnsi="宋体" w:eastAsia="宋体"/>
          <w:b w:val="0"/>
          <w:sz w:val="22"/>
        </w:rPr>
        <w:t>答案：ABC　解析：NMPA监管药品、化妆品、医疗器械，即“两品一械”。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第72题】下列属于劣药情形的有（　）。</w:t>
      </w:r>
    </w:p>
    <w:p>
      <w:r>
        <w:rPr>
          <w:rFonts w:ascii="宋体" w:hAnsi="宋体" w:eastAsia="宋体"/>
          <w:b w:val="0"/>
          <w:sz w:val="22"/>
        </w:rPr>
        <w:t xml:space="preserve">　A. 超过有效期</w:t>
      </w:r>
    </w:p>
    <w:p>
      <w:r>
        <w:rPr>
          <w:rFonts w:ascii="宋体" w:hAnsi="宋体" w:eastAsia="宋体"/>
          <w:b w:val="0"/>
          <w:sz w:val="22"/>
        </w:rPr>
        <w:t xml:space="preserve">　B. 不注明生产批号</w:t>
      </w:r>
    </w:p>
    <w:p>
      <w:r>
        <w:rPr>
          <w:rFonts w:ascii="宋体" w:hAnsi="宋体" w:eastAsia="宋体"/>
          <w:b w:val="0"/>
          <w:sz w:val="22"/>
        </w:rPr>
        <w:t xml:space="preserve">　C. 更改有效期</w:t>
      </w:r>
    </w:p>
    <w:p>
      <w:r>
        <w:rPr>
          <w:rFonts w:ascii="宋体" w:hAnsi="宋体" w:eastAsia="宋体"/>
          <w:b w:val="0"/>
          <w:sz w:val="22"/>
        </w:rPr>
        <w:t xml:space="preserve">　D. 成份与标准不符</w:t>
      </w:r>
    </w:p>
    <w:p>
      <w:r>
        <w:rPr>
          <w:rFonts w:ascii="宋体" w:hAnsi="宋体" w:eastAsia="宋体"/>
          <w:b w:val="0"/>
          <w:sz w:val="22"/>
        </w:rPr>
        <w:t>答案：ABC　解析：过期、批号问题等为劣药；成份不符为假药。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第73题】下列属于假药情形的有（　）。</w:t>
      </w:r>
    </w:p>
    <w:p>
      <w:r>
        <w:rPr>
          <w:rFonts w:ascii="宋体" w:hAnsi="宋体" w:eastAsia="宋体"/>
          <w:b w:val="0"/>
          <w:sz w:val="22"/>
        </w:rPr>
        <w:t xml:space="preserve">　A. 成份与国家药品标准不符</w:t>
      </w:r>
    </w:p>
    <w:p>
      <w:r>
        <w:rPr>
          <w:rFonts w:ascii="宋体" w:hAnsi="宋体" w:eastAsia="宋体"/>
          <w:b w:val="0"/>
          <w:sz w:val="22"/>
        </w:rPr>
        <w:t xml:space="preserve">　B. 以非药品冒充药品</w:t>
      </w:r>
    </w:p>
    <w:p>
      <w:r>
        <w:rPr>
          <w:rFonts w:ascii="宋体" w:hAnsi="宋体" w:eastAsia="宋体"/>
          <w:b w:val="0"/>
          <w:sz w:val="22"/>
        </w:rPr>
        <w:t xml:space="preserve">　C. 变质药品</w:t>
      </w:r>
    </w:p>
    <w:p>
      <w:r>
        <w:rPr>
          <w:rFonts w:ascii="宋体" w:hAnsi="宋体" w:eastAsia="宋体"/>
          <w:b w:val="0"/>
          <w:sz w:val="22"/>
        </w:rPr>
        <w:t xml:space="preserve">　D. 更改生产批号</w:t>
      </w:r>
    </w:p>
    <w:p>
      <w:r>
        <w:rPr>
          <w:rFonts w:ascii="宋体" w:hAnsi="宋体" w:eastAsia="宋体"/>
          <w:b w:val="0"/>
          <w:sz w:val="22"/>
        </w:rPr>
        <w:t>答案：ABC　解析：成份不符、冒充、变质等为假药。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第74题】关于麻醉药品和精神药品管理，正确的有（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定点生产</w:t>
      </w:r>
    </w:p>
    <w:p>
      <w:r>
        <w:rPr>
          <w:rFonts w:ascii="宋体" w:hAnsi="宋体" w:eastAsia="宋体"/>
          <w:b w:val="0"/>
          <w:sz w:val="22"/>
        </w:rPr>
        <w:t xml:space="preserve">　B. 定点经营</w:t>
      </w:r>
    </w:p>
    <w:p>
      <w:r>
        <w:rPr>
          <w:rFonts w:ascii="宋体" w:hAnsi="宋体" w:eastAsia="宋体"/>
          <w:b w:val="0"/>
          <w:sz w:val="22"/>
        </w:rPr>
        <w:t xml:space="preserve">　C. 专库专柜</w:t>
      </w:r>
    </w:p>
    <w:p>
      <w:r>
        <w:rPr>
          <w:rFonts w:ascii="宋体" w:hAnsi="宋体" w:eastAsia="宋体"/>
          <w:b w:val="0"/>
          <w:sz w:val="22"/>
        </w:rPr>
        <w:t xml:space="preserve">　D. 双人双锁</w:t>
      </w:r>
    </w:p>
    <w:p>
      <w:r>
        <w:rPr>
          <w:rFonts w:ascii="宋体" w:hAnsi="宋体" w:eastAsia="宋体"/>
          <w:b w:val="0"/>
          <w:sz w:val="22"/>
        </w:rPr>
        <w:t>答案：ABCD　解析：麻精药品实行定点、专库专柜、双人双锁等严格管理。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第75题】执业药师的主要职责包括（　）。</w:t>
      </w:r>
    </w:p>
    <w:p>
      <w:r>
        <w:rPr>
          <w:rFonts w:ascii="宋体" w:hAnsi="宋体" w:eastAsia="宋体"/>
          <w:b w:val="0"/>
          <w:sz w:val="22"/>
        </w:rPr>
        <w:t xml:space="preserve">　A. 处方审核</w:t>
      </w:r>
    </w:p>
    <w:p>
      <w:r>
        <w:rPr>
          <w:rFonts w:ascii="宋体" w:hAnsi="宋体" w:eastAsia="宋体"/>
          <w:b w:val="0"/>
          <w:sz w:val="22"/>
        </w:rPr>
        <w:t xml:space="preserve">　B. 指导合理用药</w:t>
      </w:r>
    </w:p>
    <w:p>
      <w:r>
        <w:rPr>
          <w:rFonts w:ascii="宋体" w:hAnsi="宋体" w:eastAsia="宋体"/>
          <w:b w:val="0"/>
          <w:sz w:val="22"/>
        </w:rPr>
        <w:t xml:space="preserve">　C. 用药咨询服务</w:t>
      </w:r>
    </w:p>
    <w:p>
      <w:r>
        <w:rPr>
          <w:rFonts w:ascii="宋体" w:hAnsi="宋体" w:eastAsia="宋体"/>
          <w:b w:val="0"/>
          <w:sz w:val="22"/>
        </w:rPr>
        <w:t xml:space="preserve">　D. 诊断开方</w:t>
      </w:r>
    </w:p>
    <w:p>
      <w:r>
        <w:rPr>
          <w:rFonts w:ascii="宋体" w:hAnsi="宋体" w:eastAsia="宋体"/>
          <w:b w:val="0"/>
          <w:sz w:val="22"/>
        </w:rPr>
        <w:t>答案：ABC　解析：诊断开方属医师职责。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第76题】下列不得发布广告的药品有（　）。</w:t>
      </w:r>
    </w:p>
    <w:p>
      <w:r>
        <w:rPr>
          <w:rFonts w:ascii="宋体" w:hAnsi="宋体" w:eastAsia="宋体"/>
          <w:b w:val="0"/>
          <w:sz w:val="22"/>
        </w:rPr>
        <w:t xml:space="preserve">　A. 麻醉药品</w:t>
      </w:r>
    </w:p>
    <w:p>
      <w:r>
        <w:rPr>
          <w:rFonts w:ascii="宋体" w:hAnsi="宋体" w:eastAsia="宋体"/>
          <w:b w:val="0"/>
          <w:sz w:val="22"/>
        </w:rPr>
        <w:t xml:space="preserve">　B. 精神药品</w:t>
      </w:r>
    </w:p>
    <w:p>
      <w:r>
        <w:rPr>
          <w:rFonts w:ascii="宋体" w:hAnsi="宋体" w:eastAsia="宋体"/>
          <w:b w:val="0"/>
          <w:sz w:val="22"/>
        </w:rPr>
        <w:t xml:space="preserve">　C. 医疗用毒性药品</w:t>
      </w:r>
    </w:p>
    <w:p>
      <w:r>
        <w:rPr>
          <w:rFonts w:ascii="宋体" w:hAnsi="宋体" w:eastAsia="宋体"/>
          <w:b w:val="0"/>
          <w:sz w:val="22"/>
        </w:rPr>
        <w:t xml:space="preserve">　D. 医疗机构制剂</w:t>
      </w:r>
    </w:p>
    <w:p>
      <w:r>
        <w:rPr>
          <w:rFonts w:ascii="宋体" w:hAnsi="宋体" w:eastAsia="宋体"/>
          <w:b w:val="0"/>
          <w:sz w:val="22"/>
        </w:rPr>
        <w:t>答案：ABCD　解析：特殊管理药品和医疗机构制剂等不得发布广告。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第77题】药品储存温湿度要求包括（　）。</w:t>
      </w:r>
    </w:p>
    <w:p>
      <w:r>
        <w:rPr>
          <w:rFonts w:ascii="宋体" w:hAnsi="宋体" w:eastAsia="宋体"/>
          <w:b w:val="0"/>
          <w:sz w:val="22"/>
        </w:rPr>
        <w:t xml:space="preserve">　A. 常温0—30℃</w:t>
      </w:r>
    </w:p>
    <w:p>
      <w:r>
        <w:rPr>
          <w:rFonts w:ascii="宋体" w:hAnsi="宋体" w:eastAsia="宋体"/>
          <w:b w:val="0"/>
          <w:sz w:val="22"/>
        </w:rPr>
        <w:t xml:space="preserve">　B. 阴凉处不超过20℃</w:t>
      </w:r>
    </w:p>
    <w:p>
      <w:r>
        <w:rPr>
          <w:rFonts w:ascii="宋体" w:hAnsi="宋体" w:eastAsia="宋体"/>
          <w:b w:val="0"/>
          <w:sz w:val="22"/>
        </w:rPr>
        <w:t xml:space="preserve">　C. 冷藏2—8℃</w:t>
      </w:r>
    </w:p>
    <w:p>
      <w:r>
        <w:rPr>
          <w:rFonts w:ascii="宋体" w:hAnsi="宋体" w:eastAsia="宋体"/>
          <w:b w:val="0"/>
          <w:sz w:val="22"/>
        </w:rPr>
        <w:t xml:space="preserve">　D. 相对湿度35%—75%</w:t>
      </w:r>
    </w:p>
    <w:p>
      <w:r>
        <w:rPr>
          <w:rFonts w:ascii="宋体" w:hAnsi="宋体" w:eastAsia="宋体"/>
          <w:b w:val="0"/>
          <w:sz w:val="22"/>
        </w:rPr>
        <w:t>答案：ABCD　解析：GSP对常温、阴凉、冷藏及湿度均有明确规定。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第78题】药品经营企业必须做到（　）。</w:t>
      </w:r>
    </w:p>
    <w:p>
      <w:r>
        <w:rPr>
          <w:rFonts w:ascii="宋体" w:hAnsi="宋体" w:eastAsia="宋体"/>
          <w:b w:val="0"/>
          <w:sz w:val="22"/>
        </w:rPr>
        <w:t xml:space="preserve">　A. 持证经营</w:t>
      </w:r>
    </w:p>
    <w:p>
      <w:r>
        <w:rPr>
          <w:rFonts w:ascii="宋体" w:hAnsi="宋体" w:eastAsia="宋体"/>
          <w:b w:val="0"/>
          <w:sz w:val="22"/>
        </w:rPr>
        <w:t xml:space="preserve">　B. 从合法渠道购进</w:t>
      </w:r>
    </w:p>
    <w:p>
      <w:r>
        <w:rPr>
          <w:rFonts w:ascii="宋体" w:hAnsi="宋体" w:eastAsia="宋体"/>
          <w:b w:val="0"/>
          <w:sz w:val="22"/>
        </w:rPr>
        <w:t xml:space="preserve">　C. 建立购销记录</w:t>
      </w:r>
    </w:p>
    <w:p>
      <w:r>
        <w:rPr>
          <w:rFonts w:ascii="宋体" w:hAnsi="宋体" w:eastAsia="宋体"/>
          <w:b w:val="0"/>
          <w:sz w:val="22"/>
        </w:rPr>
        <w:t xml:space="preserve">　D. 凭处方销售处方药</w:t>
      </w:r>
    </w:p>
    <w:p>
      <w:r>
        <w:rPr>
          <w:rFonts w:ascii="宋体" w:hAnsi="宋体" w:eastAsia="宋体"/>
          <w:b w:val="0"/>
          <w:sz w:val="22"/>
        </w:rPr>
        <w:t>答案：ABCD　解析：以上均为药品经营的基本要求。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第79题】下列属于药品不良反应报告主体的有（　）。</w:t>
      </w:r>
    </w:p>
    <w:p>
      <w:r>
        <w:rPr>
          <w:rFonts w:ascii="宋体" w:hAnsi="宋体" w:eastAsia="宋体"/>
          <w:b w:val="0"/>
          <w:sz w:val="22"/>
        </w:rPr>
        <w:t xml:space="preserve">　A. 药品生产企业</w:t>
      </w:r>
    </w:p>
    <w:p>
      <w:r>
        <w:rPr>
          <w:rFonts w:ascii="宋体" w:hAnsi="宋体" w:eastAsia="宋体"/>
          <w:b w:val="0"/>
          <w:sz w:val="22"/>
        </w:rPr>
        <w:t xml:space="preserve">　B. 药品经营企业</w:t>
      </w:r>
    </w:p>
    <w:p>
      <w:r>
        <w:rPr>
          <w:rFonts w:ascii="宋体" w:hAnsi="宋体" w:eastAsia="宋体"/>
          <w:b w:val="0"/>
          <w:sz w:val="22"/>
        </w:rPr>
        <w:t xml:space="preserve">　C. 医疗机构</w:t>
      </w:r>
    </w:p>
    <w:p>
      <w:r>
        <w:rPr>
          <w:rFonts w:ascii="宋体" w:hAnsi="宋体" w:eastAsia="宋体"/>
          <w:b w:val="0"/>
          <w:sz w:val="22"/>
        </w:rPr>
        <w:t xml:space="preserve">　D. 患者（应主动报告）</w:t>
      </w:r>
    </w:p>
    <w:p>
      <w:r>
        <w:rPr>
          <w:rFonts w:ascii="宋体" w:hAnsi="宋体" w:eastAsia="宋体"/>
          <w:b w:val="0"/>
          <w:sz w:val="22"/>
        </w:rPr>
        <w:t>答案：ABCD　解析：生产、经营、使用单位及个人均应报告ADR。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第80题】下列关于处方管理正确的有（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麻精处方按规定保存</w:t>
      </w:r>
    </w:p>
    <w:p>
      <w:r>
        <w:rPr>
          <w:rFonts w:ascii="宋体" w:hAnsi="宋体" w:eastAsia="宋体"/>
          <w:b w:val="0"/>
          <w:sz w:val="22"/>
        </w:rPr>
        <w:t xml:space="preserve">　B. 处方审核由执业药师负责</w:t>
      </w:r>
    </w:p>
    <w:p>
      <w:r>
        <w:rPr>
          <w:rFonts w:ascii="宋体" w:hAnsi="宋体" w:eastAsia="宋体"/>
          <w:b w:val="0"/>
          <w:sz w:val="22"/>
        </w:rPr>
        <w:t xml:space="preserve">　C. 按处方调配</w:t>
      </w:r>
    </w:p>
    <w:p>
      <w:r>
        <w:rPr>
          <w:rFonts w:ascii="宋体" w:hAnsi="宋体" w:eastAsia="宋体"/>
          <w:b w:val="0"/>
          <w:sz w:val="22"/>
        </w:rPr>
        <w:t xml:space="preserve">　D. 随意修改处方</w:t>
      </w:r>
    </w:p>
    <w:p>
      <w:r>
        <w:rPr>
          <w:rFonts w:ascii="宋体" w:hAnsi="宋体" w:eastAsia="宋体"/>
          <w:b w:val="0"/>
          <w:sz w:val="22"/>
        </w:rPr>
        <w:t>答案：ABC　解析：不得擅自更改处方，须由处方医师确认。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第81题】非处方药（OTC）的特点包括（　）。</w:t>
      </w:r>
    </w:p>
    <w:p>
      <w:r>
        <w:rPr>
          <w:rFonts w:ascii="宋体" w:hAnsi="宋体" w:eastAsia="宋体"/>
          <w:b w:val="0"/>
          <w:sz w:val="22"/>
        </w:rPr>
        <w:t xml:space="preserve">　A. 可自行购买</w:t>
      </w:r>
    </w:p>
    <w:p>
      <w:r>
        <w:rPr>
          <w:rFonts w:ascii="宋体" w:hAnsi="宋体" w:eastAsia="宋体"/>
          <w:b w:val="0"/>
          <w:sz w:val="22"/>
        </w:rPr>
        <w:t xml:space="preserve">　B. 安全性较高</w:t>
      </w:r>
    </w:p>
    <w:p>
      <w:r>
        <w:rPr>
          <w:rFonts w:ascii="宋体" w:hAnsi="宋体" w:eastAsia="宋体"/>
          <w:b w:val="0"/>
          <w:sz w:val="22"/>
        </w:rPr>
        <w:t xml:space="preserve">　C. 无需处方</w:t>
      </w:r>
    </w:p>
    <w:p>
      <w:r>
        <w:rPr>
          <w:rFonts w:ascii="宋体" w:hAnsi="宋体" w:eastAsia="宋体"/>
          <w:b w:val="0"/>
          <w:sz w:val="22"/>
        </w:rPr>
        <w:t xml:space="preserve">　D. 必须凭处方</w:t>
      </w:r>
    </w:p>
    <w:p>
      <w:r>
        <w:rPr>
          <w:rFonts w:ascii="宋体" w:hAnsi="宋体" w:eastAsia="宋体"/>
          <w:b w:val="0"/>
          <w:sz w:val="22"/>
        </w:rPr>
        <w:t>答案：ABC　解析：OTC不需处方、可自行判断购买。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第82题】下列属于执业药师违规行为的有（　）。</w:t>
      </w:r>
    </w:p>
    <w:p>
      <w:r>
        <w:rPr>
          <w:rFonts w:ascii="宋体" w:hAnsi="宋体" w:eastAsia="宋体"/>
          <w:b w:val="0"/>
          <w:sz w:val="22"/>
        </w:rPr>
        <w:t xml:space="preserve">　A. 挂证人证分离</w:t>
      </w:r>
    </w:p>
    <w:p>
      <w:r>
        <w:rPr>
          <w:rFonts w:ascii="宋体" w:hAnsi="宋体" w:eastAsia="宋体"/>
          <w:b w:val="0"/>
          <w:sz w:val="22"/>
        </w:rPr>
        <w:t xml:space="preserve">　B. 不审核即签字</w:t>
      </w:r>
    </w:p>
    <w:p>
      <w:r>
        <w:rPr>
          <w:rFonts w:ascii="宋体" w:hAnsi="宋体" w:eastAsia="宋体"/>
          <w:b w:val="0"/>
          <w:sz w:val="22"/>
        </w:rPr>
        <w:t xml:space="preserve">　C. 夸大疗效</w:t>
      </w:r>
    </w:p>
    <w:p>
      <w:r>
        <w:rPr>
          <w:rFonts w:ascii="宋体" w:hAnsi="宋体" w:eastAsia="宋体"/>
          <w:b w:val="0"/>
          <w:sz w:val="22"/>
        </w:rPr>
        <w:t xml:space="preserve">　D. 在岗审核处方</w:t>
      </w:r>
    </w:p>
    <w:p>
      <w:r>
        <w:rPr>
          <w:rFonts w:ascii="宋体" w:hAnsi="宋体" w:eastAsia="宋体"/>
          <w:b w:val="0"/>
          <w:sz w:val="22"/>
        </w:rPr>
        <w:t>答案：ABC　解析：前三项均为违规，在岗审核是应尽职责。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第83题】药品零售企业营业场所应（　）。</w:t>
      </w:r>
    </w:p>
    <w:p>
      <w:r>
        <w:rPr>
          <w:rFonts w:ascii="宋体" w:hAnsi="宋体" w:eastAsia="宋体"/>
          <w:b w:val="0"/>
          <w:sz w:val="22"/>
        </w:rPr>
        <w:t xml:space="preserve">　A. 悬挂许可证</w:t>
      </w:r>
    </w:p>
    <w:p>
      <w:r>
        <w:rPr>
          <w:rFonts w:ascii="宋体" w:hAnsi="宋体" w:eastAsia="宋体"/>
          <w:b w:val="0"/>
          <w:sz w:val="22"/>
        </w:rPr>
        <w:t xml:space="preserve">　B. 悬挂执业药师注册证</w:t>
      </w:r>
    </w:p>
    <w:p>
      <w:r>
        <w:rPr>
          <w:rFonts w:ascii="宋体" w:hAnsi="宋体" w:eastAsia="宋体"/>
          <w:b w:val="0"/>
          <w:sz w:val="22"/>
        </w:rPr>
        <w:t xml:space="preserve">　C. 药品分类陈列</w:t>
      </w:r>
    </w:p>
    <w:p>
      <w:r>
        <w:rPr>
          <w:rFonts w:ascii="宋体" w:hAnsi="宋体" w:eastAsia="宋体"/>
          <w:b w:val="0"/>
          <w:sz w:val="22"/>
        </w:rPr>
        <w:t xml:space="preserve">　D. 处方药开架自选</w:t>
      </w:r>
    </w:p>
    <w:p>
      <w:r>
        <w:rPr>
          <w:rFonts w:ascii="宋体" w:hAnsi="宋体" w:eastAsia="宋体"/>
          <w:b w:val="0"/>
          <w:sz w:val="22"/>
        </w:rPr>
        <w:t>答案：ABC　解析：处方药不得开架自选。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第84题】下列关于药品召回说法正确的有（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持有人是责任主体</w:t>
      </w:r>
    </w:p>
    <w:p>
      <w:r>
        <w:rPr>
          <w:rFonts w:ascii="宋体" w:hAnsi="宋体" w:eastAsia="宋体"/>
          <w:b w:val="0"/>
          <w:sz w:val="22"/>
        </w:rPr>
        <w:t xml:space="preserve">　B. 分一级二级三级召回</w:t>
      </w:r>
    </w:p>
    <w:p>
      <w:r>
        <w:rPr>
          <w:rFonts w:ascii="宋体" w:hAnsi="宋体" w:eastAsia="宋体"/>
          <w:b w:val="0"/>
          <w:sz w:val="22"/>
        </w:rPr>
        <w:t xml:space="preserve">　C. 及时通知停售停用</w:t>
      </w:r>
    </w:p>
    <w:p>
      <w:r>
        <w:rPr>
          <w:rFonts w:ascii="宋体" w:hAnsi="宋体" w:eastAsia="宋体"/>
          <w:b w:val="0"/>
          <w:sz w:val="22"/>
        </w:rPr>
        <w:t xml:space="preserve">　D. 隐瞒不报</w:t>
      </w:r>
    </w:p>
    <w:p>
      <w:r>
        <w:rPr>
          <w:rFonts w:ascii="宋体" w:hAnsi="宋体" w:eastAsia="宋体"/>
          <w:b w:val="0"/>
          <w:sz w:val="22"/>
        </w:rPr>
        <w:t>答案：ABC　解析：召回应及时公开并停止销售使用，不得隐瞒。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第85题】合理用药的基本要求包括（　）。</w:t>
      </w:r>
    </w:p>
    <w:p>
      <w:r>
        <w:rPr>
          <w:rFonts w:ascii="宋体" w:hAnsi="宋体" w:eastAsia="宋体"/>
          <w:b w:val="0"/>
          <w:sz w:val="22"/>
        </w:rPr>
        <w:t xml:space="preserve">　A. 对症用药</w:t>
      </w:r>
    </w:p>
    <w:p>
      <w:r>
        <w:rPr>
          <w:rFonts w:ascii="宋体" w:hAnsi="宋体" w:eastAsia="宋体"/>
          <w:b w:val="0"/>
          <w:sz w:val="22"/>
        </w:rPr>
        <w:t xml:space="preserve">　B. 剂量适宜</w:t>
      </w:r>
    </w:p>
    <w:p>
      <w:r>
        <w:rPr>
          <w:rFonts w:ascii="宋体" w:hAnsi="宋体" w:eastAsia="宋体"/>
          <w:b w:val="0"/>
          <w:sz w:val="22"/>
        </w:rPr>
        <w:t xml:space="preserve">　C. 疗程适当</w:t>
      </w:r>
    </w:p>
    <w:p>
      <w:r>
        <w:rPr>
          <w:rFonts w:ascii="宋体" w:hAnsi="宋体" w:eastAsia="宋体"/>
          <w:b w:val="0"/>
          <w:sz w:val="22"/>
        </w:rPr>
        <w:t xml:space="preserve">　D. 多药叠加越多越好</w:t>
      </w:r>
    </w:p>
    <w:p>
      <w:r>
        <w:rPr>
          <w:rFonts w:ascii="宋体" w:hAnsi="宋体" w:eastAsia="宋体"/>
          <w:b w:val="0"/>
          <w:sz w:val="22"/>
        </w:rPr>
        <w:t>答案：ABC　解析：合理用药强调安全有效经济适当，反对盲目多药叠加。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第86题】下列关于冷链药品管理正确的有（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全程温度监控</w:t>
      </w:r>
    </w:p>
    <w:p>
      <w:r>
        <w:rPr>
          <w:rFonts w:ascii="宋体" w:hAnsi="宋体" w:eastAsia="宋体"/>
          <w:b w:val="0"/>
          <w:sz w:val="22"/>
        </w:rPr>
        <w:t xml:space="preserve">　B. 2—8℃保存</w:t>
      </w:r>
    </w:p>
    <w:p>
      <w:r>
        <w:rPr>
          <w:rFonts w:ascii="宋体" w:hAnsi="宋体" w:eastAsia="宋体"/>
          <w:b w:val="0"/>
          <w:sz w:val="22"/>
        </w:rPr>
        <w:t xml:space="preserve">　C. 配备冷藏设备</w:t>
      </w:r>
    </w:p>
    <w:p>
      <w:r>
        <w:rPr>
          <w:rFonts w:ascii="宋体" w:hAnsi="宋体" w:eastAsia="宋体"/>
          <w:b w:val="0"/>
          <w:sz w:val="22"/>
        </w:rPr>
        <w:t xml:space="preserve">　D. 常温放置即可</w:t>
      </w:r>
    </w:p>
    <w:p>
      <w:r>
        <w:rPr>
          <w:rFonts w:ascii="宋体" w:hAnsi="宋体" w:eastAsia="宋体"/>
          <w:b w:val="0"/>
          <w:sz w:val="22"/>
        </w:rPr>
        <w:t>答案：ABC　解析：冷链药品须全程温控，脱离冷链不得销售使用。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第87题】下列属于国家特殊管理药品的有（　）。</w:t>
      </w:r>
    </w:p>
    <w:p>
      <w:r>
        <w:rPr>
          <w:rFonts w:ascii="宋体" w:hAnsi="宋体" w:eastAsia="宋体"/>
          <w:b w:val="0"/>
          <w:sz w:val="22"/>
        </w:rPr>
        <w:t xml:space="preserve">　A. 麻醉药品</w:t>
      </w:r>
    </w:p>
    <w:p>
      <w:r>
        <w:rPr>
          <w:rFonts w:ascii="宋体" w:hAnsi="宋体" w:eastAsia="宋体"/>
          <w:b w:val="0"/>
          <w:sz w:val="22"/>
        </w:rPr>
        <w:t xml:space="preserve">　B. 精神药品</w:t>
      </w:r>
    </w:p>
    <w:p>
      <w:r>
        <w:rPr>
          <w:rFonts w:ascii="宋体" w:hAnsi="宋体" w:eastAsia="宋体"/>
          <w:b w:val="0"/>
          <w:sz w:val="22"/>
        </w:rPr>
        <w:t xml:space="preserve">　C. 医疗用毒性药品</w:t>
      </w:r>
    </w:p>
    <w:p>
      <w:r>
        <w:rPr>
          <w:rFonts w:ascii="宋体" w:hAnsi="宋体" w:eastAsia="宋体"/>
          <w:b w:val="0"/>
          <w:sz w:val="22"/>
        </w:rPr>
        <w:t xml:space="preserve">　D. 放射性药品</w:t>
      </w:r>
    </w:p>
    <w:p>
      <w:r>
        <w:rPr>
          <w:rFonts w:ascii="宋体" w:hAnsi="宋体" w:eastAsia="宋体"/>
          <w:b w:val="0"/>
          <w:sz w:val="22"/>
        </w:rPr>
        <w:t>答案：ABCD　解析：四类特殊管理药品实行特殊管制。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第88题】药品经营企业购销记录应当载明（　）。</w:t>
      </w:r>
    </w:p>
    <w:p>
      <w:r>
        <w:rPr>
          <w:rFonts w:ascii="宋体" w:hAnsi="宋体" w:eastAsia="宋体"/>
          <w:b w:val="0"/>
          <w:sz w:val="22"/>
        </w:rPr>
        <w:t xml:space="preserve">　A. 通用名称</w:t>
      </w:r>
    </w:p>
    <w:p>
      <w:r>
        <w:rPr>
          <w:rFonts w:ascii="宋体" w:hAnsi="宋体" w:eastAsia="宋体"/>
          <w:b w:val="0"/>
          <w:sz w:val="22"/>
        </w:rPr>
        <w:t xml:space="preserve">　B. 批号</w:t>
      </w:r>
    </w:p>
    <w:p>
      <w:r>
        <w:rPr>
          <w:rFonts w:ascii="宋体" w:hAnsi="宋体" w:eastAsia="宋体"/>
          <w:b w:val="0"/>
          <w:sz w:val="22"/>
        </w:rPr>
        <w:t xml:space="preserve">　C. 数量</w:t>
      </w:r>
    </w:p>
    <w:p>
      <w:r>
        <w:rPr>
          <w:rFonts w:ascii="宋体" w:hAnsi="宋体" w:eastAsia="宋体"/>
          <w:b w:val="0"/>
          <w:sz w:val="22"/>
        </w:rPr>
        <w:t xml:space="preserve">　D. 供货单位</w:t>
      </w:r>
    </w:p>
    <w:p>
      <w:r>
        <w:rPr>
          <w:rFonts w:ascii="宋体" w:hAnsi="宋体" w:eastAsia="宋体"/>
          <w:b w:val="0"/>
          <w:sz w:val="22"/>
        </w:rPr>
        <w:t>答案：ABCD　解析：记录须载明品名、规格、批号、数量、购销单位和日期等。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第89题】关于药品通用名和商品名，正确的有（　）。</w:t>
      </w:r>
    </w:p>
    <w:p>
      <w:r>
        <w:rPr>
          <w:rFonts w:ascii="宋体" w:hAnsi="宋体" w:eastAsia="宋体"/>
          <w:b w:val="0"/>
          <w:sz w:val="22"/>
        </w:rPr>
        <w:t xml:space="preserve">　A. 通用名列入国家药品标准</w:t>
      </w:r>
    </w:p>
    <w:p>
      <w:r>
        <w:rPr>
          <w:rFonts w:ascii="宋体" w:hAnsi="宋体" w:eastAsia="宋体"/>
          <w:b w:val="0"/>
          <w:sz w:val="22"/>
        </w:rPr>
        <w:t xml:space="preserve">　B. 商品名为企业注册品牌</w:t>
      </w:r>
    </w:p>
    <w:p>
      <w:r>
        <w:rPr>
          <w:rFonts w:ascii="宋体" w:hAnsi="宋体" w:eastAsia="宋体"/>
          <w:b w:val="0"/>
          <w:sz w:val="22"/>
        </w:rPr>
        <w:t xml:space="preserve">　C. 标签应显著标注通用名</w:t>
      </w:r>
    </w:p>
    <w:p>
      <w:r>
        <w:rPr>
          <w:rFonts w:ascii="宋体" w:hAnsi="宋体" w:eastAsia="宋体"/>
          <w:b w:val="0"/>
          <w:sz w:val="22"/>
        </w:rPr>
        <w:t xml:space="preserve">　D. 商品名可大于通用名字体</w:t>
      </w:r>
    </w:p>
    <w:p>
      <w:r>
        <w:rPr>
          <w:rFonts w:ascii="宋体" w:hAnsi="宋体" w:eastAsia="宋体"/>
          <w:b w:val="0"/>
          <w:sz w:val="22"/>
        </w:rPr>
        <w:t>答案：ABC　解析：通用名字体应显著大于商品名。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【执业药师·多选题 第90题】下列属于药师职业道德基本要求的有（　）。</w:t>
      </w:r>
    </w:p>
    <w:p>
      <w:r>
        <w:rPr>
          <w:rFonts w:ascii="宋体" w:hAnsi="宋体" w:eastAsia="宋体"/>
          <w:b w:val="0"/>
          <w:sz w:val="22"/>
        </w:rPr>
        <w:t xml:space="preserve">　A. 救死扶伤</w:t>
      </w:r>
    </w:p>
    <w:p>
      <w:r>
        <w:rPr>
          <w:rFonts w:ascii="宋体" w:hAnsi="宋体" w:eastAsia="宋体"/>
          <w:b w:val="0"/>
          <w:sz w:val="22"/>
        </w:rPr>
        <w:t xml:space="preserve">　B. 诚信服务</w:t>
      </w:r>
    </w:p>
    <w:p>
      <w:r>
        <w:rPr>
          <w:rFonts w:ascii="宋体" w:hAnsi="宋体" w:eastAsia="宋体"/>
          <w:b w:val="0"/>
          <w:sz w:val="22"/>
        </w:rPr>
        <w:t xml:space="preserve">　C. 尊重患者隐私</w:t>
      </w:r>
    </w:p>
    <w:p>
      <w:r>
        <w:rPr>
          <w:rFonts w:ascii="宋体" w:hAnsi="宋体" w:eastAsia="宋体"/>
          <w:b w:val="0"/>
          <w:sz w:val="22"/>
        </w:rPr>
        <w:t xml:space="preserve">　D. 推销高回扣药品</w:t>
      </w:r>
    </w:p>
    <w:p>
      <w:r>
        <w:rPr>
          <w:rFonts w:ascii="宋体" w:hAnsi="宋体" w:eastAsia="宋体"/>
          <w:b w:val="0"/>
          <w:sz w:val="22"/>
        </w:rPr>
        <w:t>答案：ABC　解析：推销回扣药违背职业道德。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第91题】处方药必须凭执业医师处方方可购买和使用。</w:t>
      </w:r>
    </w:p>
    <w:p>
      <w:r>
        <w:rPr>
          <w:rFonts w:ascii="宋体" w:hAnsi="宋体" w:eastAsia="宋体"/>
          <w:b w:val="0"/>
          <w:sz w:val="22"/>
        </w:rPr>
        <w:t>答案：对　解析：Rx须凭处方销售使用。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第92题】超过有效期的药品按劣药论处。</w:t>
      </w:r>
    </w:p>
    <w:p>
      <w:r>
        <w:rPr>
          <w:rFonts w:ascii="宋体" w:hAnsi="宋体" w:eastAsia="宋体"/>
          <w:b w:val="0"/>
          <w:sz w:val="22"/>
        </w:rPr>
        <w:t>答案：对　解析：过期药品属劣药，不得销售。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第93题】执业药师注册有效期为3年。</w:t>
      </w:r>
    </w:p>
    <w:p>
      <w:r>
        <w:rPr>
          <w:rFonts w:ascii="宋体" w:hAnsi="宋体" w:eastAsia="宋体"/>
          <w:b w:val="0"/>
          <w:sz w:val="22"/>
        </w:rPr>
        <w:t>答案：错　解析：现行规定注册有效期为5年。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第94题】麻醉药品可以在普通零售药店随便购买。</w:t>
      </w:r>
    </w:p>
    <w:p>
      <w:r>
        <w:rPr>
          <w:rFonts w:ascii="宋体" w:hAnsi="宋体" w:eastAsia="宋体"/>
          <w:b w:val="0"/>
          <w:sz w:val="22"/>
        </w:rPr>
        <w:t>答案：错　解析：麻醉药品不得在普通药店零售。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第95题】药品广告可以含有治愈率、有效率的断言。</w:t>
      </w:r>
    </w:p>
    <w:p>
      <w:r>
        <w:rPr>
          <w:rFonts w:ascii="宋体" w:hAnsi="宋体" w:eastAsia="宋体"/>
          <w:b w:val="0"/>
          <w:sz w:val="22"/>
        </w:rPr>
        <w:t>答案：错　解析：药品广告不得含功效断言、保证和治愈率。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第96题】甲类非处方药（OTC）标识为红色。</w:t>
      </w:r>
    </w:p>
    <w:p>
      <w:r>
        <w:rPr>
          <w:rFonts w:ascii="宋体" w:hAnsi="宋体" w:eastAsia="宋体"/>
          <w:b w:val="0"/>
          <w:sz w:val="22"/>
        </w:rPr>
        <w:t>答案：对　解析：甲类红底、乙类绿底标识。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第97题】药品上市许可持有人对药品全生命周期质量负责。</w:t>
      </w:r>
    </w:p>
    <w:p>
      <w:r>
        <w:rPr>
          <w:rFonts w:ascii="宋体" w:hAnsi="宋体" w:eastAsia="宋体"/>
          <w:b w:val="0"/>
          <w:sz w:val="22"/>
        </w:rPr>
        <w:t>答案：对　解析：MAH对研制到使用全过程负责。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第98题】药品经营企业可以从集贸市场个人手中购进药品。</w:t>
      </w:r>
    </w:p>
    <w:p>
      <w:r>
        <w:rPr>
          <w:rFonts w:ascii="宋体" w:hAnsi="宋体" w:eastAsia="宋体"/>
          <w:b w:val="0"/>
          <w:sz w:val="22"/>
        </w:rPr>
        <w:t>答案：错　解析：必须从具有合法资质的供货单位购进。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第99题】执业药师“挂证”（人证分离）属于违规行为。</w:t>
      </w:r>
    </w:p>
    <w:p>
      <w:r>
        <w:rPr>
          <w:rFonts w:ascii="宋体" w:hAnsi="宋体" w:eastAsia="宋体"/>
          <w:b w:val="0"/>
          <w:sz w:val="22"/>
        </w:rPr>
        <w:t>答案：对　解析：挂证将被查处并记入信用记录。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 w:val="0"/>
          <w:sz w:val="22"/>
        </w:rPr>
        <w:t>【执业药师·判断题 第100题】合格药品在正常用法用量下出现的有害反应属于药品不良反应。</w:t>
      </w:r>
    </w:p>
    <w:p>
      <w:r>
        <w:rPr>
          <w:rFonts w:ascii="宋体" w:hAnsi="宋体" w:eastAsia="宋体"/>
          <w:b w:val="0"/>
          <w:sz w:val="22"/>
        </w:rPr>
        <w:t>答案：对　解析：这是ADR的法定定义。</w:t>
      </w:r>
    </w:p>
    <w:p>
      <w:r>
        <w:rPr>
          <w:rFonts w:ascii="宋体" w:hAnsi="宋体" w:eastAsia="宋体"/>
          <w:b w:val="0"/>
          <w:sz w:val="22"/>
        </w:rPr>
      </w:r>
    </w:p>
    <w:p>
      <w:r>
        <w:rPr>
          <w:rFonts w:ascii="宋体" w:hAnsi="宋体" w:eastAsia="宋体"/>
          <w:b/>
          <w:sz w:val="26"/>
        </w:rPr>
        <w:t>四、备考寄语</w:t>
      </w:r>
    </w:p>
    <w:p>
      <w:r>
        <w:rPr>
          <w:rFonts w:ascii="宋体" w:hAnsi="宋体" w:eastAsia="宋体"/>
          <w:b w:val="0"/>
          <w:sz w:val="22"/>
        </w:rPr>
        <w:t>我是阿荣旗老周，药店干了十几年。执业药师这证，开药店、药店挂证上岗都要用，法规这科是最好拿分的。这套100题专门按药事管理与法规出，假药劣药、麻精药品、GSP这些高频考点都在里头。马上要考试的同学，抓紧把法规背两遍，这科性价比最高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