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宋体" w:hAnsi="宋体" w:eastAsia="宋体"/>
          <w:b/>
          <w:sz w:val="36"/>
        </w:rPr>
        <w:t>2026年一级建造师执业资格考试（建设工程法规及相关知识）全真模拟试卷及答案解析（100题）</w:t>
      </w:r>
    </w:p>
    <w:p>
      <w:pPr>
        <w:jc w:val="center"/>
      </w:pPr>
      <w:r>
        <w:rPr>
          <w:rFonts w:ascii="宋体" w:hAnsi="宋体" w:eastAsia="宋体"/>
          <w:b w:val="0"/>
          <w:sz w:val="22"/>
        </w:rPr>
        <w:t>2026考试已结束｜含考务回顾+2027备考方向+100题模拟｜网友投稿·刘哥整理</w:t>
      </w:r>
    </w:p>
    <w:p>
      <w:r>
        <w:rPr>
          <w:rFonts w:ascii="宋体" w:hAnsi="宋体" w:eastAsia="宋体"/>
          <w:b/>
          <w:sz w:val="26"/>
        </w:rPr>
        <w:t>一、最新考试通知（2026年10月核实）</w:t>
      </w:r>
    </w:p>
    <w:p>
      <w:r>
        <w:rPr>
          <w:rFonts w:ascii="宋体" w:hAnsi="宋体" w:eastAsia="宋体"/>
          <w:b w:val="0"/>
          <w:sz w:val="22"/>
        </w:rPr>
        <w:t>1. 考试名称：2026年度一级建造师职业资格考试，由人社部、住建部组织。报考提醒见 http://www.cpta.com.cn/examNotice/2175.html 。</w:t>
      </w:r>
    </w:p>
    <w:p>
      <w:r>
        <w:rPr>
          <w:rFonts w:ascii="宋体" w:hAnsi="宋体" w:eastAsia="宋体"/>
          <w:b w:val="0"/>
          <w:sz w:val="22"/>
        </w:rPr>
        <w:t>2. 官方报名入口：中国人事考试网 www.cpta.com.cn。2026年度报名已于6月结束。</w:t>
      </w:r>
    </w:p>
    <w:p>
      <w:r>
        <w:rPr>
          <w:rFonts w:ascii="宋体" w:hAnsi="宋体" w:eastAsia="宋体"/>
          <w:b w:val="0"/>
          <w:sz w:val="22"/>
        </w:rPr>
        <w:t>3. 考试时间（已结束）：2026年9月12日—13日举行。9月12日上午建设工程经济、下午建设工程法规及相关知识；9月13日上午建设工程项目管理、下午专业工程管理与实务。</w:t>
      </w:r>
    </w:p>
    <w:p>
      <w:r>
        <w:rPr>
          <w:rFonts w:ascii="宋体" w:hAnsi="宋体" w:eastAsia="宋体"/>
          <w:b w:val="0"/>
          <w:sz w:val="22"/>
        </w:rPr>
        <w:t>4. 考试科目：《建设工程经济》《建设工程法规及相关知识》《建设工程项目管理》《专业工程管理与实务》（10个专业），2年为一个滚动周期。</w:t>
      </w:r>
    </w:p>
    <w:p>
      <w:r>
        <w:rPr>
          <w:rFonts w:ascii="宋体" w:hAnsi="宋体" w:eastAsia="宋体"/>
          <w:b w:val="0"/>
          <w:sz w:val="22"/>
        </w:rPr>
        <w:t>5. 面向2027年备考：参考人社部《2026年度专业技术人员职业资格考试工作计划》，一建通常安排在每年9月中旬。2027年具体时间以中国人事考试网及各省人事考试网公告为准；本卷法规科目按最新《民法典》《建筑法》《招标投标法》等编写。</w:t>
      </w:r>
    </w:p>
    <w:p>
      <w:r>
        <w:rPr>
          <w:rFonts w:ascii="宋体" w:hAnsi="宋体" w:eastAsia="宋体"/>
          <w:b w:val="0"/>
          <w:sz w:val="22"/>
        </w:rPr>
      </w:r>
    </w:p>
    <w:p>
      <w:r>
        <w:rPr>
          <w:rFonts w:ascii="宋体" w:hAnsi="宋体" w:eastAsia="宋体"/>
          <w:b/>
          <w:sz w:val="26"/>
        </w:rPr>
        <w:t>二、模拟试卷说明</w:t>
      </w:r>
    </w:p>
    <w:p>
      <w:r>
        <w:rPr>
          <w:rFonts w:ascii="宋体" w:hAnsi="宋体" w:eastAsia="宋体"/>
          <w:b w:val="0"/>
          <w:sz w:val="22"/>
        </w:rPr>
        <w:t>本试卷依据该科目全国统一考试大纲的常见题型与分值结构编写，共100题，含单项选择题、多项选择题、判断题（部分科目含简答/案例分析）。建议闭卷计时完成后再对照答案解析。</w:t>
      </w:r>
    </w:p>
    <w:p>
      <w:r>
        <w:rPr>
          <w:rFonts w:ascii="宋体" w:hAnsi="宋体" w:eastAsia="宋体"/>
          <w:b w:val="0"/>
          <w:sz w:val="22"/>
        </w:rPr>
      </w:r>
    </w:p>
    <w:p>
      <w:r>
        <w:rPr>
          <w:rFonts w:ascii="宋体" w:hAnsi="宋体" w:eastAsia="宋体"/>
          <w:b/>
          <w:sz w:val="26"/>
        </w:rPr>
        <w:t>三、试题</w:t>
      </w:r>
    </w:p>
    <w:p>
      <w:r>
        <w:rPr>
          <w:rFonts w:ascii="宋体" w:hAnsi="宋体" w:eastAsia="宋体"/>
          <w:b w:val="0"/>
          <w:sz w:val="22"/>
        </w:rPr>
        <w:t>【一建法规·单选题 第1题】《民法典》规定，法人应当依法成立，下列不属于法人应当具备条件的是（　）。</w:t>
      </w:r>
    </w:p>
    <w:p>
      <w:r>
        <w:rPr>
          <w:rFonts w:ascii="宋体" w:hAnsi="宋体" w:eastAsia="宋体"/>
          <w:b w:val="0"/>
          <w:sz w:val="22"/>
        </w:rPr>
        <w:t xml:space="preserve">　A. 有法人代表私人账户</w:t>
      </w:r>
    </w:p>
    <w:p>
      <w:r>
        <w:rPr>
          <w:rFonts w:ascii="宋体" w:hAnsi="宋体" w:eastAsia="宋体"/>
          <w:b w:val="0"/>
          <w:sz w:val="22"/>
        </w:rPr>
        <w:t xml:space="preserve">　B. 依法成立</w:t>
      </w:r>
    </w:p>
    <w:p>
      <w:r>
        <w:rPr>
          <w:rFonts w:ascii="宋体" w:hAnsi="宋体" w:eastAsia="宋体"/>
          <w:b w:val="0"/>
          <w:sz w:val="22"/>
        </w:rPr>
        <w:t xml:space="preserve">　C. 有自己的名称组织机构场所</w:t>
      </w:r>
    </w:p>
    <w:p>
      <w:r>
        <w:rPr>
          <w:rFonts w:ascii="宋体" w:hAnsi="宋体" w:eastAsia="宋体"/>
          <w:b w:val="0"/>
          <w:sz w:val="22"/>
        </w:rPr>
        <w:t xml:space="preserve">　D. 有财产或经费</w:t>
      </w:r>
    </w:p>
    <w:p>
      <w:r>
        <w:rPr>
          <w:rFonts w:ascii="宋体" w:hAnsi="宋体" w:eastAsia="宋体"/>
          <w:b w:val="0"/>
          <w:sz w:val="22"/>
        </w:rPr>
        <w:t>答案：A　解析：法人成立条件包括依法成立、名称组织机构场所、财产经费，能独立承担责任。</w:t>
      </w:r>
    </w:p>
    <w:p>
      <w:r>
        <w:rPr>
          <w:rFonts w:ascii="宋体" w:hAnsi="宋体" w:eastAsia="宋体"/>
          <w:b w:val="0"/>
          <w:sz w:val="22"/>
        </w:rPr>
      </w:r>
    </w:p>
    <w:p>
      <w:r>
        <w:rPr>
          <w:rFonts w:ascii="宋体" w:hAnsi="宋体" w:eastAsia="宋体"/>
          <w:b w:val="0"/>
          <w:sz w:val="22"/>
        </w:rPr>
        <w:t>【一建法规·单选题 第2题】民事行为能力中，完全民事行为能力人年龄一般为（　）。</w:t>
      </w:r>
    </w:p>
    <w:p>
      <w:r>
        <w:rPr>
          <w:rFonts w:ascii="宋体" w:hAnsi="宋体" w:eastAsia="宋体"/>
          <w:b w:val="0"/>
          <w:sz w:val="22"/>
        </w:rPr>
        <w:t xml:space="preserve">　A. 18周岁以上</w:t>
      </w:r>
    </w:p>
    <w:p>
      <w:r>
        <w:rPr>
          <w:rFonts w:ascii="宋体" w:hAnsi="宋体" w:eastAsia="宋体"/>
          <w:b w:val="0"/>
          <w:sz w:val="22"/>
        </w:rPr>
        <w:t xml:space="preserve">　B. 10周岁以上</w:t>
      </w:r>
    </w:p>
    <w:p>
      <w:r>
        <w:rPr>
          <w:rFonts w:ascii="宋体" w:hAnsi="宋体" w:eastAsia="宋体"/>
          <w:b w:val="0"/>
          <w:sz w:val="22"/>
        </w:rPr>
        <w:t xml:space="preserve">　C. 14周岁以上</w:t>
      </w:r>
    </w:p>
    <w:p>
      <w:r>
        <w:rPr>
          <w:rFonts w:ascii="宋体" w:hAnsi="宋体" w:eastAsia="宋体"/>
          <w:b w:val="0"/>
          <w:sz w:val="22"/>
        </w:rPr>
        <w:t xml:space="preserve">　D. 16周岁</w:t>
      </w:r>
    </w:p>
    <w:p>
      <w:r>
        <w:rPr>
          <w:rFonts w:ascii="宋体" w:hAnsi="宋体" w:eastAsia="宋体"/>
          <w:b w:val="0"/>
          <w:sz w:val="22"/>
        </w:rPr>
        <w:t>答案：A　解析：18周岁以上成年人为完全民事行为能力人；16—18岁以自己劳动收入为主要生活来源视为完全。</w:t>
      </w:r>
    </w:p>
    <w:p>
      <w:r>
        <w:rPr>
          <w:rFonts w:ascii="宋体" w:hAnsi="宋体" w:eastAsia="宋体"/>
          <w:b w:val="0"/>
          <w:sz w:val="22"/>
        </w:rPr>
      </w:r>
    </w:p>
    <w:p>
      <w:r>
        <w:rPr>
          <w:rFonts w:ascii="宋体" w:hAnsi="宋体" w:eastAsia="宋体"/>
          <w:b w:val="0"/>
          <w:sz w:val="22"/>
        </w:rPr>
        <w:t>【一建法规·单选题 第3题】限制民事行为能力人订立的纯获利益合同（　）。</w:t>
      </w:r>
    </w:p>
    <w:p>
      <w:r>
        <w:rPr>
          <w:rFonts w:ascii="宋体" w:hAnsi="宋体" w:eastAsia="宋体"/>
          <w:b w:val="0"/>
          <w:sz w:val="22"/>
        </w:rPr>
        <w:t xml:space="preserve">　A. 有效</w:t>
      </w:r>
    </w:p>
    <w:p>
      <w:r>
        <w:rPr>
          <w:rFonts w:ascii="宋体" w:hAnsi="宋体" w:eastAsia="宋体"/>
          <w:b w:val="0"/>
          <w:sz w:val="22"/>
        </w:rPr>
        <w:t xml:space="preserve">　B. 无效</w:t>
      </w:r>
    </w:p>
    <w:p>
      <w:r>
        <w:rPr>
          <w:rFonts w:ascii="宋体" w:hAnsi="宋体" w:eastAsia="宋体"/>
          <w:b w:val="0"/>
          <w:sz w:val="22"/>
        </w:rPr>
        <w:t xml:space="preserve">　C. 效力待定须追认</w:t>
      </w:r>
    </w:p>
    <w:p>
      <w:r>
        <w:rPr>
          <w:rFonts w:ascii="宋体" w:hAnsi="宋体" w:eastAsia="宋体"/>
          <w:b w:val="0"/>
          <w:sz w:val="22"/>
        </w:rPr>
        <w:t xml:space="preserve">　D. 可撤销</w:t>
      </w:r>
    </w:p>
    <w:p>
      <w:r>
        <w:rPr>
          <w:rFonts w:ascii="宋体" w:hAnsi="宋体" w:eastAsia="宋体"/>
          <w:b w:val="0"/>
          <w:sz w:val="22"/>
        </w:rPr>
        <w:t>答案：A　解析：限制行为能力人订立的纯获利益或与其年龄智力相适应的合同有效。</w:t>
      </w:r>
    </w:p>
    <w:p>
      <w:r>
        <w:rPr>
          <w:rFonts w:ascii="宋体" w:hAnsi="宋体" w:eastAsia="宋体"/>
          <w:b w:val="0"/>
          <w:sz w:val="22"/>
        </w:rPr>
      </w:r>
    </w:p>
    <w:p>
      <w:r>
        <w:rPr>
          <w:rFonts w:ascii="宋体" w:hAnsi="宋体" w:eastAsia="宋体"/>
          <w:b w:val="0"/>
          <w:sz w:val="22"/>
        </w:rPr>
        <w:t>【一建法规·单选题 第4题】建设工程合同应当采用（　）形式。</w:t>
      </w:r>
    </w:p>
    <w:p>
      <w:r>
        <w:rPr>
          <w:rFonts w:ascii="宋体" w:hAnsi="宋体" w:eastAsia="宋体"/>
          <w:b w:val="0"/>
          <w:sz w:val="22"/>
        </w:rPr>
        <w:t xml:space="preserve">　A. 书面</w:t>
      </w:r>
    </w:p>
    <w:p>
      <w:r>
        <w:rPr>
          <w:rFonts w:ascii="宋体" w:hAnsi="宋体" w:eastAsia="宋体"/>
          <w:b w:val="0"/>
          <w:sz w:val="22"/>
        </w:rPr>
        <w:t xml:space="preserve">　B. 口头</w:t>
      </w:r>
    </w:p>
    <w:p>
      <w:r>
        <w:rPr>
          <w:rFonts w:ascii="宋体" w:hAnsi="宋体" w:eastAsia="宋体"/>
          <w:b w:val="0"/>
          <w:sz w:val="22"/>
        </w:rPr>
        <w:t xml:space="preserve">　C. 口头或书面均可</w:t>
      </w:r>
    </w:p>
    <w:p>
      <w:r>
        <w:rPr>
          <w:rFonts w:ascii="宋体" w:hAnsi="宋体" w:eastAsia="宋体"/>
          <w:b w:val="0"/>
          <w:sz w:val="22"/>
        </w:rPr>
        <w:t xml:space="preserve">　D. 电子留言</w:t>
      </w:r>
    </w:p>
    <w:p>
      <w:r>
        <w:rPr>
          <w:rFonts w:ascii="宋体" w:hAnsi="宋体" w:eastAsia="宋体"/>
          <w:b w:val="0"/>
          <w:sz w:val="22"/>
        </w:rPr>
        <w:t>答案：A　解析：建设工程合同应当采用书面形式。</w:t>
      </w:r>
    </w:p>
    <w:p>
      <w:r>
        <w:rPr>
          <w:rFonts w:ascii="宋体" w:hAnsi="宋体" w:eastAsia="宋体"/>
          <w:b w:val="0"/>
          <w:sz w:val="22"/>
        </w:rPr>
      </w:r>
    </w:p>
    <w:p>
      <w:r>
        <w:rPr>
          <w:rFonts w:ascii="宋体" w:hAnsi="宋体" w:eastAsia="宋体"/>
          <w:b w:val="0"/>
          <w:sz w:val="22"/>
        </w:rPr>
        <w:t>【一建法规·单选题 第5题】当事人在订立合同过程中知悉的商业秘密，无论合同是否成立，不得（　）。</w:t>
      </w:r>
    </w:p>
    <w:p>
      <w:r>
        <w:rPr>
          <w:rFonts w:ascii="宋体" w:hAnsi="宋体" w:eastAsia="宋体"/>
          <w:b w:val="0"/>
          <w:sz w:val="22"/>
        </w:rPr>
        <w:t xml:space="preserve">　A. 泄露或不正当使用</w:t>
      </w:r>
    </w:p>
    <w:p>
      <w:r>
        <w:rPr>
          <w:rFonts w:ascii="宋体" w:hAnsi="宋体" w:eastAsia="宋体"/>
          <w:b w:val="0"/>
          <w:sz w:val="22"/>
        </w:rPr>
        <w:t xml:space="preserve">　B. 告知同事</w:t>
      </w:r>
    </w:p>
    <w:p>
      <w:r>
        <w:rPr>
          <w:rFonts w:ascii="宋体" w:hAnsi="宋体" w:eastAsia="宋体"/>
          <w:b w:val="0"/>
          <w:sz w:val="22"/>
        </w:rPr>
        <w:t xml:space="preserve">　C. 写进论文</w:t>
      </w:r>
    </w:p>
    <w:p>
      <w:r>
        <w:rPr>
          <w:rFonts w:ascii="宋体" w:hAnsi="宋体" w:eastAsia="宋体"/>
          <w:b w:val="0"/>
          <w:sz w:val="22"/>
        </w:rPr>
        <w:t xml:space="preserve">　D. 上网公开</w:t>
      </w:r>
    </w:p>
    <w:p>
      <w:r>
        <w:rPr>
          <w:rFonts w:ascii="宋体" w:hAnsi="宋体" w:eastAsia="宋体"/>
          <w:b w:val="0"/>
          <w:sz w:val="22"/>
        </w:rPr>
        <w:t>答案：A　解析：缔约保密义务要求不得泄露或不正当使用所知悉的商业秘密。</w:t>
      </w:r>
    </w:p>
    <w:p>
      <w:r>
        <w:rPr>
          <w:rFonts w:ascii="宋体" w:hAnsi="宋体" w:eastAsia="宋体"/>
          <w:b w:val="0"/>
          <w:sz w:val="22"/>
        </w:rPr>
      </w:r>
    </w:p>
    <w:p>
      <w:r>
        <w:rPr>
          <w:rFonts w:ascii="宋体" w:hAnsi="宋体" w:eastAsia="宋体"/>
          <w:b w:val="0"/>
          <w:sz w:val="22"/>
        </w:rPr>
        <w:t>【一建法规·单选题 第6题】要约到达受要约人时（　）。</w:t>
      </w:r>
    </w:p>
    <w:p>
      <w:r>
        <w:rPr>
          <w:rFonts w:ascii="宋体" w:hAnsi="宋体" w:eastAsia="宋体"/>
          <w:b w:val="0"/>
          <w:sz w:val="22"/>
        </w:rPr>
        <w:t xml:space="preserve">　A. 生效</w:t>
      </w:r>
    </w:p>
    <w:p>
      <w:r>
        <w:rPr>
          <w:rFonts w:ascii="宋体" w:hAnsi="宋体" w:eastAsia="宋体"/>
          <w:b w:val="0"/>
          <w:sz w:val="22"/>
        </w:rPr>
        <w:t xml:space="preserve">　B. 失效</w:t>
      </w:r>
    </w:p>
    <w:p>
      <w:r>
        <w:rPr>
          <w:rFonts w:ascii="宋体" w:hAnsi="宋体" w:eastAsia="宋体"/>
          <w:b w:val="0"/>
          <w:sz w:val="22"/>
        </w:rPr>
        <w:t xml:space="preserve">　C. 可撤销无限制</w:t>
      </w:r>
    </w:p>
    <w:p>
      <w:r>
        <w:rPr>
          <w:rFonts w:ascii="宋体" w:hAnsi="宋体" w:eastAsia="宋体"/>
          <w:b w:val="0"/>
          <w:sz w:val="22"/>
        </w:rPr>
        <w:t xml:space="preserve">　D. 视为承诺</w:t>
      </w:r>
    </w:p>
    <w:p>
      <w:r>
        <w:rPr>
          <w:rFonts w:ascii="宋体" w:hAnsi="宋体" w:eastAsia="宋体"/>
          <w:b w:val="0"/>
          <w:sz w:val="22"/>
        </w:rPr>
        <w:t>答案：A　解析：要约到达受要约人时生效。</w:t>
      </w:r>
    </w:p>
    <w:p>
      <w:r>
        <w:rPr>
          <w:rFonts w:ascii="宋体" w:hAnsi="宋体" w:eastAsia="宋体"/>
          <w:b w:val="0"/>
          <w:sz w:val="22"/>
        </w:rPr>
      </w:r>
    </w:p>
    <w:p>
      <w:r>
        <w:rPr>
          <w:rFonts w:ascii="宋体" w:hAnsi="宋体" w:eastAsia="宋体"/>
          <w:b w:val="0"/>
          <w:sz w:val="22"/>
        </w:rPr>
        <w:t>【一建法规·单选题 第7题】承诺应当在要约确定的期限内（　）。</w:t>
      </w:r>
    </w:p>
    <w:p>
      <w:r>
        <w:rPr>
          <w:rFonts w:ascii="宋体" w:hAnsi="宋体" w:eastAsia="宋体"/>
          <w:b w:val="0"/>
          <w:sz w:val="22"/>
        </w:rPr>
        <w:t xml:space="preserve">　A. 到达要约人</w:t>
      </w:r>
    </w:p>
    <w:p>
      <w:r>
        <w:rPr>
          <w:rFonts w:ascii="宋体" w:hAnsi="宋体" w:eastAsia="宋体"/>
          <w:b w:val="0"/>
          <w:sz w:val="22"/>
        </w:rPr>
        <w:t xml:space="preserve">　B. 发出即可</w:t>
      </w:r>
    </w:p>
    <w:p>
      <w:r>
        <w:rPr>
          <w:rFonts w:ascii="宋体" w:hAnsi="宋体" w:eastAsia="宋体"/>
          <w:b w:val="0"/>
          <w:sz w:val="22"/>
        </w:rPr>
        <w:t xml:space="preserve">　C. 考虑后再发</w:t>
      </w:r>
    </w:p>
    <w:p>
      <w:r>
        <w:rPr>
          <w:rFonts w:ascii="宋体" w:hAnsi="宋体" w:eastAsia="宋体"/>
          <w:b w:val="0"/>
          <w:sz w:val="22"/>
        </w:rPr>
        <w:t xml:space="preserve">　D. 口头告知</w:t>
      </w:r>
    </w:p>
    <w:p>
      <w:r>
        <w:rPr>
          <w:rFonts w:ascii="宋体" w:hAnsi="宋体" w:eastAsia="宋体"/>
          <w:b w:val="0"/>
          <w:sz w:val="22"/>
        </w:rPr>
        <w:t>答案：A　解析：承诺生效采取到达主义，承诺到达要约人时生效。</w:t>
      </w:r>
    </w:p>
    <w:p>
      <w:r>
        <w:rPr>
          <w:rFonts w:ascii="宋体" w:hAnsi="宋体" w:eastAsia="宋体"/>
          <w:b w:val="0"/>
          <w:sz w:val="22"/>
        </w:rPr>
      </w:r>
    </w:p>
    <w:p>
      <w:r>
        <w:rPr>
          <w:rFonts w:ascii="宋体" w:hAnsi="宋体" w:eastAsia="宋体"/>
          <w:b w:val="0"/>
          <w:sz w:val="22"/>
        </w:rPr>
        <w:t>【一建法规·单选题 第8题】合同履行中，价款约定不明确的，按照（　）的市场价格履行。</w:t>
      </w:r>
    </w:p>
    <w:p>
      <w:r>
        <w:rPr>
          <w:rFonts w:ascii="宋体" w:hAnsi="宋体" w:eastAsia="宋体"/>
          <w:b w:val="0"/>
          <w:sz w:val="22"/>
        </w:rPr>
        <w:t xml:space="preserve">　A. 订立合同时履行地</w:t>
      </w:r>
    </w:p>
    <w:p>
      <w:r>
        <w:rPr>
          <w:rFonts w:ascii="宋体" w:hAnsi="宋体" w:eastAsia="宋体"/>
          <w:b w:val="0"/>
          <w:sz w:val="22"/>
        </w:rPr>
        <w:t xml:space="preserve">　B. 违约时所在地</w:t>
      </w:r>
    </w:p>
    <w:p>
      <w:r>
        <w:rPr>
          <w:rFonts w:ascii="宋体" w:hAnsi="宋体" w:eastAsia="宋体"/>
          <w:b w:val="0"/>
          <w:sz w:val="22"/>
        </w:rPr>
        <w:t xml:space="preserve">　C. 原告所在地</w:t>
      </w:r>
    </w:p>
    <w:p>
      <w:r>
        <w:rPr>
          <w:rFonts w:ascii="宋体" w:hAnsi="宋体" w:eastAsia="宋体"/>
          <w:b w:val="0"/>
          <w:sz w:val="22"/>
        </w:rPr>
        <w:t xml:space="preserve">　D. 任意地点</w:t>
      </w:r>
    </w:p>
    <w:p>
      <w:r>
        <w:rPr>
          <w:rFonts w:ascii="宋体" w:hAnsi="宋体" w:eastAsia="宋体"/>
          <w:b w:val="0"/>
          <w:sz w:val="22"/>
        </w:rPr>
        <w:t>答案：A　解析：价款约定不明，按订立合同时履行地市场价格履行。</w:t>
      </w:r>
    </w:p>
    <w:p>
      <w:r>
        <w:rPr>
          <w:rFonts w:ascii="宋体" w:hAnsi="宋体" w:eastAsia="宋体"/>
          <w:b w:val="0"/>
          <w:sz w:val="22"/>
        </w:rPr>
      </w:r>
    </w:p>
    <w:p>
      <w:r>
        <w:rPr>
          <w:rFonts w:ascii="宋体" w:hAnsi="宋体" w:eastAsia="宋体"/>
          <w:b w:val="0"/>
          <w:sz w:val="22"/>
        </w:rPr>
        <w:t>【一建法规·单选题 第9题】当事人一方不履行合同义务，应当承担的违约责任形式不包括（　）。</w:t>
      </w:r>
    </w:p>
    <w:p>
      <w:r>
        <w:rPr>
          <w:rFonts w:ascii="宋体" w:hAnsi="宋体" w:eastAsia="宋体"/>
          <w:b w:val="0"/>
          <w:sz w:val="22"/>
        </w:rPr>
        <w:t xml:space="preserve">　A. 刑事责任</w:t>
      </w:r>
    </w:p>
    <w:p>
      <w:r>
        <w:rPr>
          <w:rFonts w:ascii="宋体" w:hAnsi="宋体" w:eastAsia="宋体"/>
          <w:b w:val="0"/>
          <w:sz w:val="22"/>
        </w:rPr>
        <w:t xml:space="preserve">　B. 继续履行</w:t>
      </w:r>
    </w:p>
    <w:p>
      <w:r>
        <w:rPr>
          <w:rFonts w:ascii="宋体" w:hAnsi="宋体" w:eastAsia="宋体"/>
          <w:b w:val="0"/>
          <w:sz w:val="22"/>
        </w:rPr>
        <w:t xml:space="preserve">　C. 采取补救措施</w:t>
      </w:r>
    </w:p>
    <w:p>
      <w:r>
        <w:rPr>
          <w:rFonts w:ascii="宋体" w:hAnsi="宋体" w:eastAsia="宋体"/>
          <w:b w:val="0"/>
          <w:sz w:val="22"/>
        </w:rPr>
        <w:t xml:space="preserve">　D. 赔偿损失</w:t>
      </w:r>
    </w:p>
    <w:p>
      <w:r>
        <w:rPr>
          <w:rFonts w:ascii="宋体" w:hAnsi="宋体" w:eastAsia="宋体"/>
          <w:b w:val="0"/>
          <w:sz w:val="22"/>
        </w:rPr>
        <w:t>答案：A　解析：违约责任包括继续履行、补救措施、赔偿损失、违约金、定金等，非刑事责任。</w:t>
      </w:r>
    </w:p>
    <w:p>
      <w:r>
        <w:rPr>
          <w:rFonts w:ascii="宋体" w:hAnsi="宋体" w:eastAsia="宋体"/>
          <w:b w:val="0"/>
          <w:sz w:val="22"/>
        </w:rPr>
      </w:r>
    </w:p>
    <w:p>
      <w:r>
        <w:rPr>
          <w:rFonts w:ascii="宋体" w:hAnsi="宋体" w:eastAsia="宋体"/>
          <w:b w:val="0"/>
          <w:sz w:val="22"/>
        </w:rPr>
        <w:t>【一建法规·单选题 第10题】给付定金的一方不履行约定债务，（　）。</w:t>
      </w:r>
    </w:p>
    <w:p>
      <w:r>
        <w:rPr>
          <w:rFonts w:ascii="宋体" w:hAnsi="宋体" w:eastAsia="宋体"/>
          <w:b w:val="0"/>
          <w:sz w:val="22"/>
        </w:rPr>
        <w:t xml:space="preserve">　A. 无权要求返还定金</w:t>
      </w:r>
    </w:p>
    <w:p>
      <w:r>
        <w:rPr>
          <w:rFonts w:ascii="宋体" w:hAnsi="宋体" w:eastAsia="宋体"/>
          <w:b w:val="0"/>
          <w:sz w:val="22"/>
        </w:rPr>
        <w:t xml:space="preserve">　B. 可要求双倍返还</w:t>
      </w:r>
    </w:p>
    <w:p>
      <w:r>
        <w:rPr>
          <w:rFonts w:ascii="宋体" w:hAnsi="宋体" w:eastAsia="宋体"/>
          <w:b w:val="0"/>
          <w:sz w:val="22"/>
        </w:rPr>
        <w:t xml:space="preserve">　C. 如数返还</w:t>
      </w:r>
    </w:p>
    <w:p>
      <w:r>
        <w:rPr>
          <w:rFonts w:ascii="宋体" w:hAnsi="宋体" w:eastAsia="宋体"/>
          <w:b w:val="0"/>
          <w:sz w:val="22"/>
        </w:rPr>
        <w:t xml:space="preserve">　D. 协商全退</w:t>
      </w:r>
    </w:p>
    <w:p>
      <w:r>
        <w:rPr>
          <w:rFonts w:ascii="宋体" w:hAnsi="宋体" w:eastAsia="宋体"/>
          <w:b w:val="0"/>
          <w:sz w:val="22"/>
        </w:rPr>
        <w:t>答案：A　解析：给付定金方违约无权要求返还；收受定金方违约应双倍返还。</w:t>
      </w:r>
    </w:p>
    <w:p>
      <w:r>
        <w:rPr>
          <w:rFonts w:ascii="宋体" w:hAnsi="宋体" w:eastAsia="宋体"/>
          <w:b w:val="0"/>
          <w:sz w:val="22"/>
        </w:rPr>
      </w:r>
    </w:p>
    <w:p>
      <w:r>
        <w:rPr>
          <w:rFonts w:ascii="宋体" w:hAnsi="宋体" w:eastAsia="宋体"/>
          <w:b w:val="0"/>
          <w:sz w:val="22"/>
        </w:rPr>
        <w:t>【一建法规·单选题 第11题】招标投标活动应当遵循的原则是（　）。</w:t>
      </w:r>
    </w:p>
    <w:p>
      <w:r>
        <w:rPr>
          <w:rFonts w:ascii="宋体" w:hAnsi="宋体" w:eastAsia="宋体"/>
          <w:b w:val="0"/>
          <w:sz w:val="22"/>
        </w:rPr>
        <w:t xml:space="preserve">　A. 公开、公平、公正和诚实信用</w:t>
      </w:r>
    </w:p>
    <w:p>
      <w:r>
        <w:rPr>
          <w:rFonts w:ascii="宋体" w:hAnsi="宋体" w:eastAsia="宋体"/>
          <w:b w:val="0"/>
          <w:sz w:val="22"/>
        </w:rPr>
        <w:t xml:space="preserve">　B. 最低价中标</w:t>
      </w:r>
    </w:p>
    <w:p>
      <w:r>
        <w:rPr>
          <w:rFonts w:ascii="宋体" w:hAnsi="宋体" w:eastAsia="宋体"/>
          <w:b w:val="0"/>
          <w:sz w:val="22"/>
        </w:rPr>
        <w:t xml:space="preserve">　C. 内定中标</w:t>
      </w:r>
    </w:p>
    <w:p>
      <w:r>
        <w:rPr>
          <w:rFonts w:ascii="宋体" w:hAnsi="宋体" w:eastAsia="宋体"/>
          <w:b w:val="0"/>
          <w:sz w:val="22"/>
        </w:rPr>
        <w:t xml:space="preserve">　D. 关系优先</w:t>
      </w:r>
    </w:p>
    <w:p>
      <w:r>
        <w:rPr>
          <w:rFonts w:ascii="宋体" w:hAnsi="宋体" w:eastAsia="宋体"/>
          <w:b w:val="0"/>
          <w:sz w:val="22"/>
        </w:rPr>
        <w:t>答案：A　解析：招投标遵循公开、公平、公正和诚实信用原则。</w:t>
      </w:r>
    </w:p>
    <w:p>
      <w:r>
        <w:rPr>
          <w:rFonts w:ascii="宋体" w:hAnsi="宋体" w:eastAsia="宋体"/>
          <w:b w:val="0"/>
          <w:sz w:val="22"/>
        </w:rPr>
      </w:r>
    </w:p>
    <w:p>
      <w:r>
        <w:rPr>
          <w:rFonts w:ascii="宋体" w:hAnsi="宋体" w:eastAsia="宋体"/>
          <w:b w:val="0"/>
          <w:sz w:val="22"/>
        </w:rPr>
        <w:t>【一建法规·单选题 第12题】依法必须招标的项目，自招标文件开始发出之日起至提交投标文件截止之日止，最短不得少于（　）。</w:t>
      </w:r>
    </w:p>
    <w:p>
      <w:r>
        <w:rPr>
          <w:rFonts w:ascii="宋体" w:hAnsi="宋体" w:eastAsia="宋体"/>
          <w:b w:val="0"/>
          <w:sz w:val="22"/>
        </w:rPr>
        <w:t xml:space="preserve">　A. 20日</w:t>
      </w:r>
    </w:p>
    <w:p>
      <w:r>
        <w:rPr>
          <w:rFonts w:ascii="宋体" w:hAnsi="宋体" w:eastAsia="宋体"/>
          <w:b w:val="0"/>
          <w:sz w:val="22"/>
        </w:rPr>
        <w:t xml:space="preserve">　B. 10日</w:t>
      </w:r>
    </w:p>
    <w:p>
      <w:r>
        <w:rPr>
          <w:rFonts w:ascii="宋体" w:hAnsi="宋体" w:eastAsia="宋体"/>
          <w:b w:val="0"/>
          <w:sz w:val="22"/>
        </w:rPr>
        <w:t xml:space="preserve">　C. 5日</w:t>
      </w:r>
    </w:p>
    <w:p>
      <w:r>
        <w:rPr>
          <w:rFonts w:ascii="宋体" w:hAnsi="宋体" w:eastAsia="宋体"/>
          <w:b w:val="0"/>
          <w:sz w:val="22"/>
        </w:rPr>
        <w:t xml:space="preserve">　D. 30日</w:t>
      </w:r>
    </w:p>
    <w:p>
      <w:r>
        <w:rPr>
          <w:rFonts w:ascii="宋体" w:hAnsi="宋体" w:eastAsia="宋体"/>
          <w:b w:val="0"/>
          <w:sz w:val="22"/>
        </w:rPr>
        <w:t>答案：A　解析：依法必须招标项目，投标准备期最短不少于20日。</w:t>
      </w:r>
    </w:p>
    <w:p>
      <w:r>
        <w:rPr>
          <w:rFonts w:ascii="宋体" w:hAnsi="宋体" w:eastAsia="宋体"/>
          <w:b w:val="0"/>
          <w:sz w:val="22"/>
        </w:rPr>
      </w:r>
    </w:p>
    <w:p>
      <w:r>
        <w:rPr>
          <w:rFonts w:ascii="宋体" w:hAnsi="宋体" w:eastAsia="宋体"/>
          <w:b w:val="0"/>
          <w:sz w:val="22"/>
        </w:rPr>
        <w:t>【一建法规·单选题 第13题】投标保证金一般不得超过招标项目估算价的（　）。</w:t>
      </w:r>
    </w:p>
    <w:p>
      <w:r>
        <w:rPr>
          <w:rFonts w:ascii="宋体" w:hAnsi="宋体" w:eastAsia="宋体"/>
          <w:b w:val="0"/>
          <w:sz w:val="22"/>
        </w:rPr>
        <w:t xml:space="preserve">　A. 2%</w:t>
      </w:r>
    </w:p>
    <w:p>
      <w:r>
        <w:rPr>
          <w:rFonts w:ascii="宋体" w:hAnsi="宋体" w:eastAsia="宋体"/>
          <w:b w:val="0"/>
          <w:sz w:val="22"/>
        </w:rPr>
        <w:t xml:space="preserve">　B. 10%</w:t>
      </w:r>
    </w:p>
    <w:p>
      <w:r>
        <w:rPr>
          <w:rFonts w:ascii="宋体" w:hAnsi="宋体" w:eastAsia="宋体"/>
          <w:b w:val="0"/>
          <w:sz w:val="22"/>
        </w:rPr>
        <w:t xml:space="preserve">　C. 5%</w:t>
      </w:r>
    </w:p>
    <w:p>
      <w:r>
        <w:rPr>
          <w:rFonts w:ascii="宋体" w:hAnsi="宋体" w:eastAsia="宋体"/>
          <w:b w:val="0"/>
          <w:sz w:val="22"/>
        </w:rPr>
        <w:t xml:space="preserve">　D. 20%</w:t>
      </w:r>
    </w:p>
    <w:p>
      <w:r>
        <w:rPr>
          <w:rFonts w:ascii="宋体" w:hAnsi="宋体" w:eastAsia="宋体"/>
          <w:b w:val="0"/>
          <w:sz w:val="22"/>
        </w:rPr>
        <w:t>答案：A　解析：投标保证金不得超过招标项目估算价的2%。</w:t>
      </w:r>
    </w:p>
    <w:p>
      <w:r>
        <w:rPr>
          <w:rFonts w:ascii="宋体" w:hAnsi="宋体" w:eastAsia="宋体"/>
          <w:b w:val="0"/>
          <w:sz w:val="22"/>
        </w:rPr>
      </w:r>
    </w:p>
    <w:p>
      <w:r>
        <w:rPr>
          <w:rFonts w:ascii="宋体" w:hAnsi="宋体" w:eastAsia="宋体"/>
          <w:b w:val="0"/>
          <w:sz w:val="22"/>
        </w:rPr>
        <w:t>【一建法规·单选题 第14题】两个以上法人可以组成联合体，以（　）身份共同投标。</w:t>
      </w:r>
    </w:p>
    <w:p>
      <w:r>
        <w:rPr>
          <w:rFonts w:ascii="宋体" w:hAnsi="宋体" w:eastAsia="宋体"/>
          <w:b w:val="0"/>
          <w:sz w:val="22"/>
        </w:rPr>
        <w:t xml:space="preserve">　A. 一个投标人</w:t>
      </w:r>
    </w:p>
    <w:p>
      <w:r>
        <w:rPr>
          <w:rFonts w:ascii="宋体" w:hAnsi="宋体" w:eastAsia="宋体"/>
          <w:b w:val="0"/>
          <w:sz w:val="22"/>
        </w:rPr>
        <w:t xml:space="preserve">　B. 两个投标人</w:t>
      </w:r>
    </w:p>
    <w:p>
      <w:r>
        <w:rPr>
          <w:rFonts w:ascii="宋体" w:hAnsi="宋体" w:eastAsia="宋体"/>
          <w:b w:val="0"/>
          <w:sz w:val="22"/>
        </w:rPr>
        <w:t xml:space="preserve">　C. 各自</w:t>
      </w:r>
    </w:p>
    <w:p>
      <w:r>
        <w:rPr>
          <w:rFonts w:ascii="宋体" w:hAnsi="宋体" w:eastAsia="宋体"/>
          <w:b w:val="0"/>
          <w:sz w:val="22"/>
        </w:rPr>
        <w:t xml:space="preserve">　D. 分包人</w:t>
      </w:r>
    </w:p>
    <w:p>
      <w:r>
        <w:rPr>
          <w:rFonts w:ascii="宋体" w:hAnsi="宋体" w:eastAsia="宋体"/>
          <w:b w:val="0"/>
          <w:sz w:val="22"/>
        </w:rPr>
        <w:t>答案：A　解析：联合体以一个投标人身份共同投标，中标的各方对中标项目承担连带责任。</w:t>
      </w:r>
    </w:p>
    <w:p>
      <w:r>
        <w:rPr>
          <w:rFonts w:ascii="宋体" w:hAnsi="宋体" w:eastAsia="宋体"/>
          <w:b w:val="0"/>
          <w:sz w:val="22"/>
        </w:rPr>
      </w:r>
    </w:p>
    <w:p>
      <w:r>
        <w:rPr>
          <w:rFonts w:ascii="宋体" w:hAnsi="宋体" w:eastAsia="宋体"/>
          <w:b w:val="0"/>
          <w:sz w:val="22"/>
        </w:rPr>
        <w:t>【一建法规·单选题 第15题】联合体中标的，联合体各方应当（　）。</w:t>
      </w:r>
    </w:p>
    <w:p>
      <w:r>
        <w:rPr>
          <w:rFonts w:ascii="宋体" w:hAnsi="宋体" w:eastAsia="宋体"/>
          <w:b w:val="0"/>
          <w:sz w:val="22"/>
        </w:rPr>
        <w:t xml:space="preserve">　A. 共同与招标人签订合同，承担连带责任</w:t>
      </w:r>
    </w:p>
    <w:p>
      <w:r>
        <w:rPr>
          <w:rFonts w:ascii="宋体" w:hAnsi="宋体" w:eastAsia="宋体"/>
          <w:b w:val="0"/>
          <w:sz w:val="22"/>
        </w:rPr>
        <w:t xml:space="preserve">　B. 分别签约</w:t>
      </w:r>
    </w:p>
    <w:p>
      <w:r>
        <w:rPr>
          <w:rFonts w:ascii="宋体" w:hAnsi="宋体" w:eastAsia="宋体"/>
          <w:b w:val="0"/>
          <w:sz w:val="22"/>
        </w:rPr>
        <w:t xml:space="preserve">　C. 只派代表签约</w:t>
      </w:r>
    </w:p>
    <w:p>
      <w:r>
        <w:rPr>
          <w:rFonts w:ascii="宋体" w:hAnsi="宋体" w:eastAsia="宋体"/>
          <w:b w:val="0"/>
          <w:sz w:val="22"/>
        </w:rPr>
        <w:t xml:space="preserve">　D. 互不负责</w:t>
      </w:r>
    </w:p>
    <w:p>
      <w:r>
        <w:rPr>
          <w:rFonts w:ascii="宋体" w:hAnsi="宋体" w:eastAsia="宋体"/>
          <w:b w:val="0"/>
          <w:sz w:val="22"/>
        </w:rPr>
        <w:t>答案：A　解析：联合体各方应共同与招标人签合同，就中标项目承担连带责任。</w:t>
      </w:r>
    </w:p>
    <w:p>
      <w:r>
        <w:rPr>
          <w:rFonts w:ascii="宋体" w:hAnsi="宋体" w:eastAsia="宋体"/>
          <w:b w:val="0"/>
          <w:sz w:val="22"/>
        </w:rPr>
      </w:r>
    </w:p>
    <w:p>
      <w:r>
        <w:rPr>
          <w:rFonts w:ascii="宋体" w:hAnsi="宋体" w:eastAsia="宋体"/>
          <w:b w:val="0"/>
          <w:sz w:val="22"/>
        </w:rPr>
        <w:t>【一建法规·单选题 第16题】开标应当在招标文件确定的提交投标文件截止时间（　）公开进行。</w:t>
      </w:r>
    </w:p>
    <w:p>
      <w:r>
        <w:rPr>
          <w:rFonts w:ascii="宋体" w:hAnsi="宋体" w:eastAsia="宋体"/>
          <w:b w:val="0"/>
          <w:sz w:val="22"/>
        </w:rPr>
        <w:t xml:space="preserve">　A. 同一时间</w:t>
      </w:r>
    </w:p>
    <w:p>
      <w:r>
        <w:rPr>
          <w:rFonts w:ascii="宋体" w:hAnsi="宋体" w:eastAsia="宋体"/>
          <w:b w:val="0"/>
          <w:sz w:val="22"/>
        </w:rPr>
        <w:t xml:space="preserve">　B. 次日</w:t>
      </w:r>
    </w:p>
    <w:p>
      <w:r>
        <w:rPr>
          <w:rFonts w:ascii="宋体" w:hAnsi="宋体" w:eastAsia="宋体"/>
          <w:b w:val="0"/>
          <w:sz w:val="22"/>
        </w:rPr>
        <w:t xml:space="preserve">　C. 一周后</w:t>
      </w:r>
    </w:p>
    <w:p>
      <w:r>
        <w:rPr>
          <w:rFonts w:ascii="宋体" w:hAnsi="宋体" w:eastAsia="宋体"/>
          <w:b w:val="0"/>
          <w:sz w:val="22"/>
        </w:rPr>
        <w:t xml:space="preserve">　D. 任意时间</w:t>
      </w:r>
    </w:p>
    <w:p>
      <w:r>
        <w:rPr>
          <w:rFonts w:ascii="宋体" w:hAnsi="宋体" w:eastAsia="宋体"/>
          <w:b w:val="0"/>
          <w:sz w:val="22"/>
        </w:rPr>
        <w:t>答案：A　解析：开标应在提交投标文件截止时间的同一时间公开进行。</w:t>
      </w:r>
    </w:p>
    <w:p>
      <w:r>
        <w:rPr>
          <w:rFonts w:ascii="宋体" w:hAnsi="宋体" w:eastAsia="宋体"/>
          <w:b w:val="0"/>
          <w:sz w:val="22"/>
        </w:rPr>
      </w:r>
    </w:p>
    <w:p>
      <w:r>
        <w:rPr>
          <w:rFonts w:ascii="宋体" w:hAnsi="宋体" w:eastAsia="宋体"/>
          <w:b w:val="0"/>
          <w:sz w:val="22"/>
        </w:rPr>
        <w:t>【一建法规·单选题 第17题】评标由（　）负责。</w:t>
      </w:r>
    </w:p>
    <w:p>
      <w:r>
        <w:rPr>
          <w:rFonts w:ascii="宋体" w:hAnsi="宋体" w:eastAsia="宋体"/>
          <w:b w:val="0"/>
          <w:sz w:val="22"/>
        </w:rPr>
        <w:t xml:space="preserve">　A. 招标人依法组建的评标委员会</w:t>
      </w:r>
    </w:p>
    <w:p>
      <w:r>
        <w:rPr>
          <w:rFonts w:ascii="宋体" w:hAnsi="宋体" w:eastAsia="宋体"/>
          <w:b w:val="0"/>
          <w:sz w:val="22"/>
        </w:rPr>
        <w:t xml:space="preserve">　B. 行政监督部门</w:t>
      </w:r>
    </w:p>
    <w:p>
      <w:r>
        <w:rPr>
          <w:rFonts w:ascii="宋体" w:hAnsi="宋体" w:eastAsia="宋体"/>
          <w:b w:val="0"/>
          <w:sz w:val="22"/>
        </w:rPr>
        <w:t xml:space="preserve">　C. 招标人个人</w:t>
      </w:r>
    </w:p>
    <w:p>
      <w:r>
        <w:rPr>
          <w:rFonts w:ascii="宋体" w:hAnsi="宋体" w:eastAsia="宋体"/>
          <w:b w:val="0"/>
          <w:sz w:val="22"/>
        </w:rPr>
        <w:t xml:space="preserve">　D. 监理单位</w:t>
      </w:r>
    </w:p>
    <w:p>
      <w:r>
        <w:rPr>
          <w:rFonts w:ascii="宋体" w:hAnsi="宋体" w:eastAsia="宋体"/>
          <w:b w:val="0"/>
          <w:sz w:val="22"/>
        </w:rPr>
        <w:t>答案：A　解析：评标由招标人依法组建的评标委员会负责。</w:t>
      </w:r>
    </w:p>
    <w:p>
      <w:r>
        <w:rPr>
          <w:rFonts w:ascii="宋体" w:hAnsi="宋体" w:eastAsia="宋体"/>
          <w:b w:val="0"/>
          <w:sz w:val="22"/>
        </w:rPr>
      </w:r>
    </w:p>
    <w:p>
      <w:r>
        <w:rPr>
          <w:rFonts w:ascii="宋体" w:hAnsi="宋体" w:eastAsia="宋体"/>
          <w:b w:val="0"/>
          <w:sz w:val="22"/>
        </w:rPr>
        <w:t>【一建法规·单选题 第18题】依法必须进行招标的项目，招标人应当自收到评标报告之日起（　）内公示中标候选人。</w:t>
      </w:r>
    </w:p>
    <w:p>
      <w:r>
        <w:rPr>
          <w:rFonts w:ascii="宋体" w:hAnsi="宋体" w:eastAsia="宋体"/>
          <w:b w:val="0"/>
          <w:sz w:val="22"/>
        </w:rPr>
        <w:t xml:space="preserve">　A. 3日</w:t>
      </w:r>
    </w:p>
    <w:p>
      <w:r>
        <w:rPr>
          <w:rFonts w:ascii="宋体" w:hAnsi="宋体" w:eastAsia="宋体"/>
          <w:b w:val="0"/>
          <w:sz w:val="22"/>
        </w:rPr>
        <w:t xml:space="preserve">　B. 10日</w:t>
      </w:r>
    </w:p>
    <w:p>
      <w:r>
        <w:rPr>
          <w:rFonts w:ascii="宋体" w:hAnsi="宋体" w:eastAsia="宋体"/>
          <w:b w:val="0"/>
          <w:sz w:val="22"/>
        </w:rPr>
        <w:t xml:space="preserve">　C. 15日</w:t>
      </w:r>
    </w:p>
    <w:p>
      <w:r>
        <w:rPr>
          <w:rFonts w:ascii="宋体" w:hAnsi="宋体" w:eastAsia="宋体"/>
          <w:b w:val="0"/>
          <w:sz w:val="22"/>
        </w:rPr>
        <w:t xml:space="preserve">　D. 1个月</w:t>
      </w:r>
    </w:p>
    <w:p>
      <w:r>
        <w:rPr>
          <w:rFonts w:ascii="宋体" w:hAnsi="宋体" w:eastAsia="宋体"/>
          <w:b w:val="0"/>
          <w:sz w:val="22"/>
        </w:rPr>
        <w:t>答案：A　解析：应自收到评标报告之日起3日内公示中标候选人。</w:t>
      </w:r>
    </w:p>
    <w:p>
      <w:r>
        <w:rPr>
          <w:rFonts w:ascii="宋体" w:hAnsi="宋体" w:eastAsia="宋体"/>
          <w:b w:val="0"/>
          <w:sz w:val="22"/>
        </w:rPr>
      </w:r>
    </w:p>
    <w:p>
      <w:r>
        <w:rPr>
          <w:rFonts w:ascii="宋体" w:hAnsi="宋体" w:eastAsia="宋体"/>
          <w:b w:val="0"/>
          <w:sz w:val="22"/>
        </w:rPr>
        <w:t>【一建法规·单选题 第19题】招标人和中标人应当自中标通知书发出之日起（　）内订立书面合同。</w:t>
      </w:r>
    </w:p>
    <w:p>
      <w:r>
        <w:rPr>
          <w:rFonts w:ascii="宋体" w:hAnsi="宋体" w:eastAsia="宋体"/>
          <w:b w:val="0"/>
          <w:sz w:val="22"/>
        </w:rPr>
        <w:t xml:space="preserve">　A. 30日</w:t>
      </w:r>
    </w:p>
    <w:p>
      <w:r>
        <w:rPr>
          <w:rFonts w:ascii="宋体" w:hAnsi="宋体" w:eastAsia="宋体"/>
          <w:b w:val="0"/>
          <w:sz w:val="22"/>
        </w:rPr>
        <w:t xml:space="preserve">　B. 15日</w:t>
      </w:r>
    </w:p>
    <w:p>
      <w:r>
        <w:rPr>
          <w:rFonts w:ascii="宋体" w:hAnsi="宋体" w:eastAsia="宋体"/>
          <w:b w:val="0"/>
          <w:sz w:val="22"/>
        </w:rPr>
        <w:t xml:space="preserve">　C. 60日</w:t>
      </w:r>
    </w:p>
    <w:p>
      <w:r>
        <w:rPr>
          <w:rFonts w:ascii="宋体" w:hAnsi="宋体" w:eastAsia="宋体"/>
          <w:b w:val="0"/>
          <w:sz w:val="22"/>
        </w:rPr>
        <w:t xml:space="preserve">　D. 7日</w:t>
      </w:r>
    </w:p>
    <w:p>
      <w:r>
        <w:rPr>
          <w:rFonts w:ascii="宋体" w:hAnsi="宋体" w:eastAsia="宋体"/>
          <w:b w:val="0"/>
          <w:sz w:val="22"/>
        </w:rPr>
        <w:t>答案：A　解析：应自中标通知书发出之日起30日内订立书面合同。</w:t>
      </w:r>
    </w:p>
    <w:p>
      <w:r>
        <w:rPr>
          <w:rFonts w:ascii="宋体" w:hAnsi="宋体" w:eastAsia="宋体"/>
          <w:b w:val="0"/>
          <w:sz w:val="22"/>
        </w:rPr>
      </w:r>
    </w:p>
    <w:p>
      <w:r>
        <w:rPr>
          <w:rFonts w:ascii="宋体" w:hAnsi="宋体" w:eastAsia="宋体"/>
          <w:b w:val="0"/>
          <w:sz w:val="22"/>
        </w:rPr>
        <w:t>【一建法规·单选题 第20题】《建筑法》规定，建筑工程开工前，建设单位应当申请领取（　）。</w:t>
      </w:r>
    </w:p>
    <w:p>
      <w:r>
        <w:rPr>
          <w:rFonts w:ascii="宋体" w:hAnsi="宋体" w:eastAsia="宋体"/>
          <w:b w:val="0"/>
          <w:sz w:val="22"/>
        </w:rPr>
        <w:t xml:space="preserve">　A. 施工许可证</w:t>
      </w:r>
    </w:p>
    <w:p>
      <w:r>
        <w:rPr>
          <w:rFonts w:ascii="宋体" w:hAnsi="宋体" w:eastAsia="宋体"/>
          <w:b w:val="0"/>
          <w:sz w:val="22"/>
        </w:rPr>
        <w:t xml:space="preserve">　B. 规划许可证</w:t>
      </w:r>
    </w:p>
    <w:p>
      <w:r>
        <w:rPr>
          <w:rFonts w:ascii="宋体" w:hAnsi="宋体" w:eastAsia="宋体"/>
          <w:b w:val="0"/>
          <w:sz w:val="22"/>
        </w:rPr>
        <w:t xml:space="preserve">　C. 用地许可证</w:t>
      </w:r>
    </w:p>
    <w:p>
      <w:r>
        <w:rPr>
          <w:rFonts w:ascii="宋体" w:hAnsi="宋体" w:eastAsia="宋体"/>
          <w:b w:val="0"/>
          <w:sz w:val="22"/>
        </w:rPr>
        <w:t xml:space="preserve">　D. 安全生产许可证</w:t>
      </w:r>
    </w:p>
    <w:p>
      <w:r>
        <w:rPr>
          <w:rFonts w:ascii="宋体" w:hAnsi="宋体" w:eastAsia="宋体"/>
          <w:b w:val="0"/>
          <w:sz w:val="22"/>
        </w:rPr>
        <w:t>答案：A　解析：建设单位在开工前应向工程所在地县级以上建设主管部门申请施工许可证。</w:t>
      </w:r>
    </w:p>
    <w:p>
      <w:r>
        <w:rPr>
          <w:rFonts w:ascii="宋体" w:hAnsi="宋体" w:eastAsia="宋体"/>
          <w:b w:val="0"/>
          <w:sz w:val="22"/>
        </w:rPr>
      </w:r>
    </w:p>
    <w:p>
      <w:r>
        <w:rPr>
          <w:rFonts w:ascii="宋体" w:hAnsi="宋体" w:eastAsia="宋体"/>
          <w:b w:val="0"/>
          <w:sz w:val="22"/>
        </w:rPr>
        <w:t>【一建法规·单选题 第21题】建设单位应当自领取施工许可证之日起（　）内开工。</w:t>
      </w:r>
    </w:p>
    <w:p>
      <w:r>
        <w:rPr>
          <w:rFonts w:ascii="宋体" w:hAnsi="宋体" w:eastAsia="宋体"/>
          <w:b w:val="0"/>
          <w:sz w:val="22"/>
        </w:rPr>
        <w:t xml:space="preserve">　A. 3个月</w:t>
      </w:r>
    </w:p>
    <w:p>
      <w:r>
        <w:rPr>
          <w:rFonts w:ascii="宋体" w:hAnsi="宋体" w:eastAsia="宋体"/>
          <w:b w:val="0"/>
          <w:sz w:val="22"/>
        </w:rPr>
        <w:t xml:space="preserve">　B. 1个月</w:t>
      </w:r>
    </w:p>
    <w:p>
      <w:r>
        <w:rPr>
          <w:rFonts w:ascii="宋体" w:hAnsi="宋体" w:eastAsia="宋体"/>
          <w:b w:val="0"/>
          <w:sz w:val="22"/>
        </w:rPr>
        <w:t xml:space="preserve">　C. 6个月</w:t>
      </w:r>
    </w:p>
    <w:p>
      <w:r>
        <w:rPr>
          <w:rFonts w:ascii="宋体" w:hAnsi="宋体" w:eastAsia="宋体"/>
          <w:b w:val="0"/>
          <w:sz w:val="22"/>
        </w:rPr>
        <w:t xml:space="preserve">　D. 1年</w:t>
      </w:r>
    </w:p>
    <w:p>
      <w:r>
        <w:rPr>
          <w:rFonts w:ascii="宋体" w:hAnsi="宋体" w:eastAsia="宋体"/>
          <w:b w:val="0"/>
          <w:sz w:val="22"/>
        </w:rPr>
        <w:t>答案：A　解析：领证后应在3个月内开工；因故不能开工应申请延期。</w:t>
      </w:r>
    </w:p>
    <w:p>
      <w:r>
        <w:rPr>
          <w:rFonts w:ascii="宋体" w:hAnsi="宋体" w:eastAsia="宋体"/>
          <w:b w:val="0"/>
          <w:sz w:val="22"/>
        </w:rPr>
      </w:r>
    </w:p>
    <w:p>
      <w:r>
        <w:rPr>
          <w:rFonts w:ascii="宋体" w:hAnsi="宋体" w:eastAsia="宋体"/>
          <w:b w:val="0"/>
          <w:sz w:val="22"/>
        </w:rPr>
        <w:t>【一建法规·单选题 第22题】从事建筑活动的建筑施工企业应具备的条件不包括（　）。</w:t>
      </w:r>
    </w:p>
    <w:p>
      <w:r>
        <w:rPr>
          <w:rFonts w:ascii="宋体" w:hAnsi="宋体" w:eastAsia="宋体"/>
          <w:b w:val="0"/>
          <w:sz w:val="22"/>
        </w:rPr>
        <w:t xml:space="preserve">　A. 有大量闲置资金</w:t>
      </w:r>
    </w:p>
    <w:p>
      <w:r>
        <w:rPr>
          <w:rFonts w:ascii="宋体" w:hAnsi="宋体" w:eastAsia="宋体"/>
          <w:b w:val="0"/>
          <w:sz w:val="22"/>
        </w:rPr>
        <w:t xml:space="preserve">　B. 有注册资本</w:t>
      </w:r>
    </w:p>
    <w:p>
      <w:r>
        <w:rPr>
          <w:rFonts w:ascii="宋体" w:hAnsi="宋体" w:eastAsia="宋体"/>
          <w:b w:val="0"/>
          <w:sz w:val="22"/>
        </w:rPr>
        <w:t xml:space="preserve">　C. 有专业技术人员</w:t>
      </w:r>
    </w:p>
    <w:p>
      <w:r>
        <w:rPr>
          <w:rFonts w:ascii="宋体" w:hAnsi="宋体" w:eastAsia="宋体"/>
          <w:b w:val="0"/>
          <w:sz w:val="22"/>
        </w:rPr>
        <w:t xml:space="preserve">　D. 有技术装备</w:t>
      </w:r>
    </w:p>
    <w:p>
      <w:r>
        <w:rPr>
          <w:rFonts w:ascii="宋体" w:hAnsi="宋体" w:eastAsia="宋体"/>
          <w:b w:val="0"/>
          <w:sz w:val="22"/>
        </w:rPr>
        <w:t>答案：A　解析：应具备注册资本、专业技术人员、技术装备等，不要求大量闲置资金。</w:t>
      </w:r>
    </w:p>
    <w:p>
      <w:r>
        <w:rPr>
          <w:rFonts w:ascii="宋体" w:hAnsi="宋体" w:eastAsia="宋体"/>
          <w:b w:val="0"/>
          <w:sz w:val="22"/>
        </w:rPr>
      </w:r>
    </w:p>
    <w:p>
      <w:r>
        <w:rPr>
          <w:rFonts w:ascii="宋体" w:hAnsi="宋体" w:eastAsia="宋体"/>
          <w:b w:val="0"/>
          <w:sz w:val="22"/>
        </w:rPr>
        <w:t>【一建法规·单选题 第23题】我国建筑业企业资质分为（　）序列。</w:t>
      </w:r>
    </w:p>
    <w:p>
      <w:r>
        <w:rPr>
          <w:rFonts w:ascii="宋体" w:hAnsi="宋体" w:eastAsia="宋体"/>
          <w:b w:val="0"/>
          <w:sz w:val="22"/>
        </w:rPr>
        <w:t xml:space="preserve">　A. 施工总承包、专业承包、劳务分包</w:t>
      </w:r>
    </w:p>
    <w:p>
      <w:r>
        <w:rPr>
          <w:rFonts w:ascii="宋体" w:hAnsi="宋体" w:eastAsia="宋体"/>
          <w:b w:val="0"/>
          <w:sz w:val="22"/>
        </w:rPr>
        <w:t xml:space="preserve">　B. 特级一级二级</w:t>
      </w:r>
    </w:p>
    <w:p>
      <w:r>
        <w:rPr>
          <w:rFonts w:ascii="宋体" w:hAnsi="宋体" w:eastAsia="宋体"/>
          <w:b w:val="0"/>
          <w:sz w:val="22"/>
        </w:rPr>
        <w:t xml:space="preserve">　C. 甲级乙级</w:t>
      </w:r>
    </w:p>
    <w:p>
      <w:r>
        <w:rPr>
          <w:rFonts w:ascii="宋体" w:hAnsi="宋体" w:eastAsia="宋体"/>
          <w:b w:val="0"/>
          <w:sz w:val="22"/>
        </w:rPr>
        <w:t xml:space="preserve">　D. 一、二、三级</w:t>
      </w:r>
    </w:p>
    <w:p>
      <w:r>
        <w:rPr>
          <w:rFonts w:ascii="宋体" w:hAnsi="宋体" w:eastAsia="宋体"/>
          <w:b w:val="0"/>
          <w:sz w:val="22"/>
        </w:rPr>
        <w:t>答案：A　解析：资质分为施工总承包、专业承包、劳务作业三个序列。</w:t>
      </w:r>
    </w:p>
    <w:p>
      <w:r>
        <w:rPr>
          <w:rFonts w:ascii="宋体" w:hAnsi="宋体" w:eastAsia="宋体"/>
          <w:b w:val="0"/>
          <w:sz w:val="22"/>
        </w:rPr>
      </w:r>
    </w:p>
    <w:p>
      <w:r>
        <w:rPr>
          <w:rFonts w:ascii="宋体" w:hAnsi="宋体" w:eastAsia="宋体"/>
          <w:b w:val="0"/>
          <w:sz w:val="22"/>
        </w:rPr>
        <w:t>【一建法规·单选题 第24题】关于分包，下列说法正确的是（　）。</w:t>
      </w:r>
    </w:p>
    <w:p>
      <w:r>
        <w:rPr>
          <w:rFonts w:ascii="宋体" w:hAnsi="宋体" w:eastAsia="宋体"/>
          <w:b w:val="0"/>
          <w:sz w:val="22"/>
        </w:rPr>
        <w:t xml:space="preserve">　A. 总承包单位可将部分工程依法分包给具备资质的单位</w:t>
      </w:r>
    </w:p>
    <w:p>
      <w:r>
        <w:rPr>
          <w:rFonts w:ascii="宋体" w:hAnsi="宋体" w:eastAsia="宋体"/>
          <w:b w:val="0"/>
          <w:sz w:val="22"/>
        </w:rPr>
        <w:t xml:space="preserve">　B. 分包可随意再分包</w:t>
      </w:r>
    </w:p>
    <w:p>
      <w:r>
        <w:rPr>
          <w:rFonts w:ascii="宋体" w:hAnsi="宋体" w:eastAsia="宋体"/>
          <w:b w:val="0"/>
          <w:sz w:val="22"/>
        </w:rPr>
        <w:t xml:space="preserve">　C. 主体结构可分包</w:t>
      </w:r>
    </w:p>
    <w:p>
      <w:r>
        <w:rPr>
          <w:rFonts w:ascii="宋体" w:hAnsi="宋体" w:eastAsia="宋体"/>
          <w:b w:val="0"/>
          <w:sz w:val="22"/>
        </w:rPr>
        <w:t xml:space="preserve">　D. 分包无需建设单位认可</w:t>
      </w:r>
    </w:p>
    <w:p>
      <w:r>
        <w:rPr>
          <w:rFonts w:ascii="宋体" w:hAnsi="宋体" w:eastAsia="宋体"/>
          <w:b w:val="0"/>
          <w:sz w:val="22"/>
        </w:rPr>
        <w:t>答案：A　解析：合法分包须经建设单位认可、分包给有资质单位，主体结构不得分包，不得再分包。</w:t>
      </w:r>
    </w:p>
    <w:p>
      <w:r>
        <w:rPr>
          <w:rFonts w:ascii="宋体" w:hAnsi="宋体" w:eastAsia="宋体"/>
          <w:b w:val="0"/>
          <w:sz w:val="22"/>
        </w:rPr>
      </w:r>
    </w:p>
    <w:p>
      <w:r>
        <w:rPr>
          <w:rFonts w:ascii="宋体" w:hAnsi="宋体" w:eastAsia="宋体"/>
          <w:b w:val="0"/>
          <w:sz w:val="22"/>
        </w:rPr>
        <w:t>【一建法规·单选题 第25题】施工总承包单位对施工现场的安全生产负（　）。</w:t>
      </w:r>
    </w:p>
    <w:p>
      <w:r>
        <w:rPr>
          <w:rFonts w:ascii="宋体" w:hAnsi="宋体" w:eastAsia="宋体"/>
          <w:b w:val="0"/>
          <w:sz w:val="22"/>
        </w:rPr>
        <w:t xml:space="preserve">　A. 总责</w:t>
      </w:r>
    </w:p>
    <w:p>
      <w:r>
        <w:rPr>
          <w:rFonts w:ascii="宋体" w:hAnsi="宋体" w:eastAsia="宋体"/>
          <w:b w:val="0"/>
          <w:sz w:val="22"/>
        </w:rPr>
        <w:t xml:space="preserve">　B. 次责</w:t>
      </w:r>
    </w:p>
    <w:p>
      <w:r>
        <w:rPr>
          <w:rFonts w:ascii="宋体" w:hAnsi="宋体" w:eastAsia="宋体"/>
          <w:b w:val="0"/>
          <w:sz w:val="22"/>
        </w:rPr>
        <w:t xml:space="preserve">　C. 不负责任</w:t>
      </w:r>
    </w:p>
    <w:p>
      <w:r>
        <w:rPr>
          <w:rFonts w:ascii="宋体" w:hAnsi="宋体" w:eastAsia="宋体"/>
          <w:b w:val="0"/>
          <w:sz w:val="22"/>
        </w:rPr>
        <w:t xml:space="preserve">　D. 仅负质量责任</w:t>
      </w:r>
    </w:p>
    <w:p>
      <w:r>
        <w:rPr>
          <w:rFonts w:ascii="宋体" w:hAnsi="宋体" w:eastAsia="宋体"/>
          <w:b w:val="0"/>
          <w:sz w:val="22"/>
        </w:rPr>
        <w:t>答案：A　解析：总承包单位对施工现场安全生产负总责，分包单位向总包负责。</w:t>
      </w:r>
    </w:p>
    <w:p>
      <w:r>
        <w:rPr>
          <w:rFonts w:ascii="宋体" w:hAnsi="宋体" w:eastAsia="宋体"/>
          <w:b w:val="0"/>
          <w:sz w:val="22"/>
        </w:rPr>
      </w:r>
    </w:p>
    <w:p>
      <w:r>
        <w:rPr>
          <w:rFonts w:ascii="宋体" w:hAnsi="宋体" w:eastAsia="宋体"/>
          <w:b w:val="0"/>
          <w:sz w:val="22"/>
        </w:rPr>
        <w:t>【一建法规·单选题 第26题】建设工程实行施工总承包的，由（　）对施工现场的安全生产负总责。</w:t>
      </w:r>
    </w:p>
    <w:p>
      <w:r>
        <w:rPr>
          <w:rFonts w:ascii="宋体" w:hAnsi="宋体" w:eastAsia="宋体"/>
          <w:b w:val="0"/>
          <w:sz w:val="22"/>
        </w:rPr>
        <w:t xml:space="preserve">　A. 总承包单位</w:t>
      </w:r>
    </w:p>
    <w:p>
      <w:r>
        <w:rPr>
          <w:rFonts w:ascii="宋体" w:hAnsi="宋体" w:eastAsia="宋体"/>
          <w:b w:val="0"/>
          <w:sz w:val="22"/>
        </w:rPr>
        <w:t xml:space="preserve">　B. 建设单位</w:t>
      </w:r>
    </w:p>
    <w:p>
      <w:r>
        <w:rPr>
          <w:rFonts w:ascii="宋体" w:hAnsi="宋体" w:eastAsia="宋体"/>
          <w:b w:val="0"/>
          <w:sz w:val="22"/>
        </w:rPr>
        <w:t xml:space="preserve">　C. 监理单位</w:t>
      </w:r>
    </w:p>
    <w:p>
      <w:r>
        <w:rPr>
          <w:rFonts w:ascii="宋体" w:hAnsi="宋体" w:eastAsia="宋体"/>
          <w:b w:val="0"/>
          <w:sz w:val="22"/>
        </w:rPr>
        <w:t xml:space="preserve">　D. 分包单位</w:t>
      </w:r>
    </w:p>
    <w:p>
      <w:r>
        <w:rPr>
          <w:rFonts w:ascii="宋体" w:hAnsi="宋体" w:eastAsia="宋体"/>
          <w:b w:val="0"/>
          <w:sz w:val="22"/>
        </w:rPr>
        <w:t>答案：A　解析：施工总承包的，总包对现场安全生产负总责。</w:t>
      </w:r>
    </w:p>
    <w:p>
      <w:r>
        <w:rPr>
          <w:rFonts w:ascii="宋体" w:hAnsi="宋体" w:eastAsia="宋体"/>
          <w:b w:val="0"/>
          <w:sz w:val="22"/>
        </w:rPr>
      </w:r>
    </w:p>
    <w:p>
      <w:r>
        <w:rPr>
          <w:rFonts w:ascii="宋体" w:hAnsi="宋体" w:eastAsia="宋体"/>
          <w:b w:val="0"/>
          <w:sz w:val="22"/>
        </w:rPr>
        <w:t>【一建法规·单选题 第27题】安全生产中，“三同时”制度是指安全设施与主体工程（　）。</w:t>
      </w:r>
    </w:p>
    <w:p>
      <w:r>
        <w:rPr>
          <w:rFonts w:ascii="宋体" w:hAnsi="宋体" w:eastAsia="宋体"/>
          <w:b w:val="0"/>
          <w:sz w:val="22"/>
        </w:rPr>
        <w:t xml:space="preserve">　A. 同时设计、同时施工、同时投入生产和使用</w:t>
      </w:r>
    </w:p>
    <w:p>
      <w:r>
        <w:rPr>
          <w:rFonts w:ascii="宋体" w:hAnsi="宋体" w:eastAsia="宋体"/>
          <w:b w:val="0"/>
          <w:sz w:val="22"/>
        </w:rPr>
        <w:t xml:space="preserve">　B. 同时审批</w:t>
      </w:r>
    </w:p>
    <w:p>
      <w:r>
        <w:rPr>
          <w:rFonts w:ascii="宋体" w:hAnsi="宋体" w:eastAsia="宋体"/>
          <w:b w:val="0"/>
          <w:sz w:val="22"/>
        </w:rPr>
        <w:t xml:space="preserve">　C. 同时验收</w:t>
      </w:r>
    </w:p>
    <w:p>
      <w:r>
        <w:rPr>
          <w:rFonts w:ascii="宋体" w:hAnsi="宋体" w:eastAsia="宋体"/>
          <w:b w:val="0"/>
          <w:sz w:val="22"/>
        </w:rPr>
        <w:t xml:space="preserve">　D. 同时拨款</w:t>
      </w:r>
    </w:p>
    <w:p>
      <w:r>
        <w:rPr>
          <w:rFonts w:ascii="宋体" w:hAnsi="宋体" w:eastAsia="宋体"/>
          <w:b w:val="0"/>
          <w:sz w:val="22"/>
        </w:rPr>
        <w:t>答案：A　解析：安全设施必须与主体工程同时设计、施工、投入生产和使用。</w:t>
      </w:r>
    </w:p>
    <w:p>
      <w:r>
        <w:rPr>
          <w:rFonts w:ascii="宋体" w:hAnsi="宋体" w:eastAsia="宋体"/>
          <w:b w:val="0"/>
          <w:sz w:val="22"/>
        </w:rPr>
      </w:r>
    </w:p>
    <w:p>
      <w:r>
        <w:rPr>
          <w:rFonts w:ascii="宋体" w:hAnsi="宋体" w:eastAsia="宋体"/>
          <w:b w:val="0"/>
          <w:sz w:val="22"/>
        </w:rPr>
        <w:t>【一建法规·单选题 第28题】施工单位应当对管理人员和作业人员每年至少进行（　）安全生产教育培训。</w:t>
      </w:r>
    </w:p>
    <w:p>
      <w:r>
        <w:rPr>
          <w:rFonts w:ascii="宋体" w:hAnsi="宋体" w:eastAsia="宋体"/>
          <w:b w:val="0"/>
          <w:sz w:val="22"/>
        </w:rPr>
        <w:t xml:space="preserve">　A. 一次</w:t>
      </w:r>
    </w:p>
    <w:p>
      <w:r>
        <w:rPr>
          <w:rFonts w:ascii="宋体" w:hAnsi="宋体" w:eastAsia="宋体"/>
          <w:b w:val="0"/>
          <w:sz w:val="22"/>
        </w:rPr>
        <w:t xml:space="preserve">　B. 两次</w:t>
      </w:r>
    </w:p>
    <w:p>
      <w:r>
        <w:rPr>
          <w:rFonts w:ascii="宋体" w:hAnsi="宋体" w:eastAsia="宋体"/>
          <w:b w:val="0"/>
          <w:sz w:val="22"/>
        </w:rPr>
        <w:t xml:space="preserve">　C. 三次</w:t>
      </w:r>
    </w:p>
    <w:p>
      <w:r>
        <w:rPr>
          <w:rFonts w:ascii="宋体" w:hAnsi="宋体" w:eastAsia="宋体"/>
          <w:b w:val="0"/>
          <w:sz w:val="22"/>
        </w:rPr>
        <w:t xml:space="preserve">　D. 四次</w:t>
      </w:r>
    </w:p>
    <w:p>
      <w:r>
        <w:rPr>
          <w:rFonts w:ascii="宋体" w:hAnsi="宋体" w:eastAsia="宋体"/>
          <w:b w:val="0"/>
          <w:sz w:val="22"/>
        </w:rPr>
        <w:t>答案：A　解析：施工单位应对从业人员每年至少进行一次安全生产教育培训。</w:t>
      </w:r>
    </w:p>
    <w:p>
      <w:r>
        <w:rPr>
          <w:rFonts w:ascii="宋体" w:hAnsi="宋体" w:eastAsia="宋体"/>
          <w:b w:val="0"/>
          <w:sz w:val="22"/>
        </w:rPr>
      </w:r>
    </w:p>
    <w:p>
      <w:r>
        <w:rPr>
          <w:rFonts w:ascii="宋体" w:hAnsi="宋体" w:eastAsia="宋体"/>
          <w:b w:val="0"/>
          <w:sz w:val="22"/>
        </w:rPr>
        <w:t>【一建法规·单选题 第29题】特种作业人员必须按照国家有关规定经专门的安全作业培训，取得（　）后方可上岗。</w:t>
      </w:r>
    </w:p>
    <w:p>
      <w:r>
        <w:rPr>
          <w:rFonts w:ascii="宋体" w:hAnsi="宋体" w:eastAsia="宋体"/>
          <w:b w:val="0"/>
          <w:sz w:val="22"/>
        </w:rPr>
        <w:t xml:space="preserve">　A. 相应资格</w:t>
      </w:r>
    </w:p>
    <w:p>
      <w:r>
        <w:rPr>
          <w:rFonts w:ascii="宋体" w:hAnsi="宋体" w:eastAsia="宋体"/>
          <w:b w:val="0"/>
          <w:sz w:val="22"/>
        </w:rPr>
        <w:t xml:space="preserve">　B. 毕业证</w:t>
      </w:r>
    </w:p>
    <w:p>
      <w:r>
        <w:rPr>
          <w:rFonts w:ascii="宋体" w:hAnsi="宋体" w:eastAsia="宋体"/>
          <w:b w:val="0"/>
          <w:sz w:val="22"/>
        </w:rPr>
        <w:t xml:space="preserve">　C. 上岗证即可</w:t>
      </w:r>
    </w:p>
    <w:p>
      <w:r>
        <w:rPr>
          <w:rFonts w:ascii="宋体" w:hAnsi="宋体" w:eastAsia="宋体"/>
          <w:b w:val="0"/>
          <w:sz w:val="22"/>
        </w:rPr>
        <w:t xml:space="preserve">　D. 口头许可</w:t>
      </w:r>
    </w:p>
    <w:p>
      <w:r>
        <w:rPr>
          <w:rFonts w:ascii="宋体" w:hAnsi="宋体" w:eastAsia="宋体"/>
          <w:b w:val="0"/>
          <w:sz w:val="22"/>
        </w:rPr>
        <w:t>答案：A　解析：特种作业人员须取得特种作业操作资格证书方可上岗。</w:t>
      </w:r>
    </w:p>
    <w:p>
      <w:r>
        <w:rPr>
          <w:rFonts w:ascii="宋体" w:hAnsi="宋体" w:eastAsia="宋体"/>
          <w:b w:val="0"/>
          <w:sz w:val="22"/>
        </w:rPr>
      </w:r>
    </w:p>
    <w:p>
      <w:r>
        <w:rPr>
          <w:rFonts w:ascii="宋体" w:hAnsi="宋体" w:eastAsia="宋体"/>
          <w:b w:val="0"/>
          <w:sz w:val="22"/>
        </w:rPr>
        <w:t>【一建法规·单选题 第30题】生产安全事故发生后，现场有关人员应立即报告（　）。</w:t>
      </w:r>
    </w:p>
    <w:p>
      <w:r>
        <w:rPr>
          <w:rFonts w:ascii="宋体" w:hAnsi="宋体" w:eastAsia="宋体"/>
          <w:b w:val="0"/>
          <w:sz w:val="22"/>
        </w:rPr>
        <w:t xml:space="preserve">　A. 本单位负责人</w:t>
      </w:r>
    </w:p>
    <w:p>
      <w:r>
        <w:rPr>
          <w:rFonts w:ascii="宋体" w:hAnsi="宋体" w:eastAsia="宋体"/>
          <w:b w:val="0"/>
          <w:sz w:val="22"/>
        </w:rPr>
        <w:t xml:space="preserve">　B. 媒体</w:t>
      </w:r>
    </w:p>
    <w:p>
      <w:r>
        <w:rPr>
          <w:rFonts w:ascii="宋体" w:hAnsi="宋体" w:eastAsia="宋体"/>
          <w:b w:val="0"/>
          <w:sz w:val="22"/>
        </w:rPr>
        <w:t xml:space="preserve">　C. 家属</w:t>
      </w:r>
    </w:p>
    <w:p>
      <w:r>
        <w:rPr>
          <w:rFonts w:ascii="宋体" w:hAnsi="宋体" w:eastAsia="宋体"/>
          <w:b w:val="0"/>
          <w:sz w:val="22"/>
        </w:rPr>
        <w:t xml:space="preserve">　D. 监理即可</w:t>
      </w:r>
    </w:p>
    <w:p>
      <w:r>
        <w:rPr>
          <w:rFonts w:ascii="宋体" w:hAnsi="宋体" w:eastAsia="宋体"/>
          <w:b w:val="0"/>
          <w:sz w:val="22"/>
        </w:rPr>
        <w:t>答案：A　解析：事故发生后现场人员应立即报告本单位负责人，单位负责人再向有关部门报告。</w:t>
      </w:r>
    </w:p>
    <w:p>
      <w:r>
        <w:rPr>
          <w:rFonts w:ascii="宋体" w:hAnsi="宋体" w:eastAsia="宋体"/>
          <w:b w:val="0"/>
          <w:sz w:val="22"/>
        </w:rPr>
      </w:r>
    </w:p>
    <w:p>
      <w:r>
        <w:rPr>
          <w:rFonts w:ascii="宋体" w:hAnsi="宋体" w:eastAsia="宋体"/>
          <w:b w:val="0"/>
          <w:sz w:val="22"/>
        </w:rPr>
        <w:t>【一建法规·单选题 第31题】根据《建设工程质量管理条例》，屋面防水工程最低保修期限为（　）。</w:t>
      </w:r>
    </w:p>
    <w:p>
      <w:r>
        <w:rPr>
          <w:rFonts w:ascii="宋体" w:hAnsi="宋体" w:eastAsia="宋体"/>
          <w:b w:val="0"/>
          <w:sz w:val="22"/>
        </w:rPr>
        <w:t xml:space="preserve">　A. 5年</w:t>
      </w:r>
    </w:p>
    <w:p>
      <w:r>
        <w:rPr>
          <w:rFonts w:ascii="宋体" w:hAnsi="宋体" w:eastAsia="宋体"/>
          <w:b w:val="0"/>
          <w:sz w:val="22"/>
        </w:rPr>
        <w:t xml:space="preserve">　B. 2年</w:t>
      </w:r>
    </w:p>
    <w:p>
      <w:r>
        <w:rPr>
          <w:rFonts w:ascii="宋体" w:hAnsi="宋体" w:eastAsia="宋体"/>
          <w:b w:val="0"/>
          <w:sz w:val="22"/>
        </w:rPr>
        <w:t xml:space="preserve">　C. 3年</w:t>
      </w:r>
    </w:p>
    <w:p>
      <w:r>
        <w:rPr>
          <w:rFonts w:ascii="宋体" w:hAnsi="宋体" w:eastAsia="宋体"/>
          <w:b w:val="0"/>
          <w:sz w:val="22"/>
        </w:rPr>
        <w:t xml:space="preserve">　D. 终身</w:t>
      </w:r>
    </w:p>
    <w:p>
      <w:r>
        <w:rPr>
          <w:rFonts w:ascii="宋体" w:hAnsi="宋体" w:eastAsia="宋体"/>
          <w:b w:val="0"/>
          <w:sz w:val="22"/>
        </w:rPr>
        <w:t>答案：A　解析：屋面防水、有防水要求的卫生间房间和外墙面防渗漏最低保修5年。</w:t>
      </w:r>
    </w:p>
    <w:p>
      <w:r>
        <w:rPr>
          <w:rFonts w:ascii="宋体" w:hAnsi="宋体" w:eastAsia="宋体"/>
          <w:b w:val="0"/>
          <w:sz w:val="22"/>
        </w:rPr>
      </w:r>
    </w:p>
    <w:p>
      <w:r>
        <w:rPr>
          <w:rFonts w:ascii="宋体" w:hAnsi="宋体" w:eastAsia="宋体"/>
          <w:b w:val="0"/>
          <w:sz w:val="22"/>
        </w:rPr>
        <w:t>【一建法规·单选题 第32题】电气管线、给排水管道、设备安装和装修工程最低保修期为（　）。</w:t>
      </w:r>
    </w:p>
    <w:p>
      <w:r>
        <w:rPr>
          <w:rFonts w:ascii="宋体" w:hAnsi="宋体" w:eastAsia="宋体"/>
          <w:b w:val="0"/>
          <w:sz w:val="22"/>
        </w:rPr>
        <w:t xml:space="preserve">　A. 2年</w:t>
      </w:r>
    </w:p>
    <w:p>
      <w:r>
        <w:rPr>
          <w:rFonts w:ascii="宋体" w:hAnsi="宋体" w:eastAsia="宋体"/>
          <w:b w:val="0"/>
          <w:sz w:val="22"/>
        </w:rPr>
        <w:t xml:space="preserve">　B. 5年</w:t>
      </w:r>
    </w:p>
    <w:p>
      <w:r>
        <w:rPr>
          <w:rFonts w:ascii="宋体" w:hAnsi="宋体" w:eastAsia="宋体"/>
          <w:b w:val="0"/>
          <w:sz w:val="22"/>
        </w:rPr>
        <w:t xml:space="preserve">　C. 3年</w:t>
      </w:r>
    </w:p>
    <w:p>
      <w:r>
        <w:rPr>
          <w:rFonts w:ascii="宋体" w:hAnsi="宋体" w:eastAsia="宋体"/>
          <w:b w:val="0"/>
          <w:sz w:val="22"/>
        </w:rPr>
        <w:t xml:space="preserve">　D. 1年</w:t>
      </w:r>
    </w:p>
    <w:p>
      <w:r>
        <w:rPr>
          <w:rFonts w:ascii="宋体" w:hAnsi="宋体" w:eastAsia="宋体"/>
          <w:b w:val="0"/>
          <w:sz w:val="22"/>
        </w:rPr>
        <w:t>答案：A　解析：电气管线、给排水管道、设备安装和装修工程保修期为2年。</w:t>
      </w:r>
    </w:p>
    <w:p>
      <w:r>
        <w:rPr>
          <w:rFonts w:ascii="宋体" w:hAnsi="宋体" w:eastAsia="宋体"/>
          <w:b w:val="0"/>
          <w:sz w:val="22"/>
        </w:rPr>
      </w:r>
    </w:p>
    <w:p>
      <w:r>
        <w:rPr>
          <w:rFonts w:ascii="宋体" w:hAnsi="宋体" w:eastAsia="宋体"/>
          <w:b w:val="0"/>
          <w:sz w:val="22"/>
        </w:rPr>
        <w:t>【一建法规·单选题 第33题】建设工程的保修期自（　）起计算。</w:t>
      </w:r>
    </w:p>
    <w:p>
      <w:r>
        <w:rPr>
          <w:rFonts w:ascii="宋体" w:hAnsi="宋体" w:eastAsia="宋体"/>
          <w:b w:val="0"/>
          <w:sz w:val="22"/>
        </w:rPr>
        <w:t xml:space="preserve">　A. 竣工验收合格之日</w:t>
      </w:r>
    </w:p>
    <w:p>
      <w:r>
        <w:rPr>
          <w:rFonts w:ascii="宋体" w:hAnsi="宋体" w:eastAsia="宋体"/>
          <w:b w:val="0"/>
          <w:sz w:val="22"/>
        </w:rPr>
        <w:t xml:space="preserve">　B. 开工之日</w:t>
      </w:r>
    </w:p>
    <w:p>
      <w:r>
        <w:rPr>
          <w:rFonts w:ascii="宋体" w:hAnsi="宋体" w:eastAsia="宋体"/>
          <w:b w:val="0"/>
          <w:sz w:val="22"/>
        </w:rPr>
        <w:t xml:space="preserve">　C. 合同签订之日</w:t>
      </w:r>
    </w:p>
    <w:p>
      <w:r>
        <w:rPr>
          <w:rFonts w:ascii="宋体" w:hAnsi="宋体" w:eastAsia="宋体"/>
          <w:b w:val="0"/>
          <w:sz w:val="22"/>
        </w:rPr>
        <w:t xml:space="preserve">　D. 交付之日</w:t>
      </w:r>
    </w:p>
    <w:p>
      <w:r>
        <w:rPr>
          <w:rFonts w:ascii="宋体" w:hAnsi="宋体" w:eastAsia="宋体"/>
          <w:b w:val="0"/>
          <w:sz w:val="22"/>
        </w:rPr>
        <w:t>答案：A　解析：保修期自竣工验收合格之日起计算。</w:t>
      </w:r>
    </w:p>
    <w:p>
      <w:r>
        <w:rPr>
          <w:rFonts w:ascii="宋体" w:hAnsi="宋体" w:eastAsia="宋体"/>
          <w:b w:val="0"/>
          <w:sz w:val="22"/>
        </w:rPr>
      </w:r>
    </w:p>
    <w:p>
      <w:r>
        <w:rPr>
          <w:rFonts w:ascii="宋体" w:hAnsi="宋体" w:eastAsia="宋体"/>
          <w:b w:val="0"/>
          <w:sz w:val="22"/>
        </w:rPr>
        <w:t>【一建法规·单选题 第34题】建设单位应在工程竣工验收合格后（　）内，将竣工验收报告等报建设主管部门备案。</w:t>
      </w:r>
    </w:p>
    <w:p>
      <w:r>
        <w:rPr>
          <w:rFonts w:ascii="宋体" w:hAnsi="宋体" w:eastAsia="宋体"/>
          <w:b w:val="0"/>
          <w:sz w:val="22"/>
        </w:rPr>
        <w:t xml:space="preserve">　A. 15日</w:t>
      </w:r>
    </w:p>
    <w:p>
      <w:r>
        <w:rPr>
          <w:rFonts w:ascii="宋体" w:hAnsi="宋体" w:eastAsia="宋体"/>
          <w:b w:val="0"/>
          <w:sz w:val="22"/>
        </w:rPr>
        <w:t xml:space="preserve">　B. 1个月</w:t>
      </w:r>
    </w:p>
    <w:p>
      <w:r>
        <w:rPr>
          <w:rFonts w:ascii="宋体" w:hAnsi="宋体" w:eastAsia="宋体"/>
          <w:b w:val="0"/>
          <w:sz w:val="22"/>
        </w:rPr>
        <w:t xml:space="preserve">　C. 10日</w:t>
      </w:r>
    </w:p>
    <w:p>
      <w:r>
        <w:rPr>
          <w:rFonts w:ascii="宋体" w:hAnsi="宋体" w:eastAsia="宋体"/>
          <w:b w:val="0"/>
          <w:sz w:val="22"/>
        </w:rPr>
        <w:t xml:space="preserve">　D. 30日</w:t>
      </w:r>
    </w:p>
    <w:p>
      <w:r>
        <w:rPr>
          <w:rFonts w:ascii="宋体" w:hAnsi="宋体" w:eastAsia="宋体"/>
          <w:b w:val="0"/>
          <w:sz w:val="22"/>
        </w:rPr>
        <w:t>答案：A　解析：应自竣工验收合格之日起15日内办理竣工验收备案。</w:t>
      </w:r>
    </w:p>
    <w:p>
      <w:r>
        <w:rPr>
          <w:rFonts w:ascii="宋体" w:hAnsi="宋体" w:eastAsia="宋体"/>
          <w:b w:val="0"/>
          <w:sz w:val="22"/>
        </w:rPr>
      </w:r>
    </w:p>
    <w:p>
      <w:r>
        <w:rPr>
          <w:rFonts w:ascii="宋体" w:hAnsi="宋体" w:eastAsia="宋体"/>
          <w:b w:val="0"/>
          <w:sz w:val="22"/>
        </w:rPr>
        <w:t>【一建法规·单选题 第35题】《民法典》规定，因施工人的原因致使建设工程质量不符合约定的，发包人有权要求施工人（　）。</w:t>
      </w:r>
    </w:p>
    <w:p>
      <w:r>
        <w:rPr>
          <w:rFonts w:ascii="宋体" w:hAnsi="宋体" w:eastAsia="宋体"/>
          <w:b w:val="0"/>
          <w:sz w:val="22"/>
        </w:rPr>
        <w:t xml:space="preserve">　A. 在合理期限内无偿修理或返工改建</w:t>
      </w:r>
    </w:p>
    <w:p>
      <w:r>
        <w:rPr>
          <w:rFonts w:ascii="宋体" w:hAnsi="宋体" w:eastAsia="宋体"/>
          <w:b w:val="0"/>
          <w:sz w:val="22"/>
        </w:rPr>
        <w:t xml:space="preserve">　B. 直接扣款</w:t>
      </w:r>
    </w:p>
    <w:p>
      <w:r>
        <w:rPr>
          <w:rFonts w:ascii="宋体" w:hAnsi="宋体" w:eastAsia="宋体"/>
          <w:b w:val="0"/>
          <w:sz w:val="22"/>
        </w:rPr>
        <w:t xml:space="preserve">　C. 解除合同</w:t>
      </w:r>
    </w:p>
    <w:p>
      <w:r>
        <w:rPr>
          <w:rFonts w:ascii="宋体" w:hAnsi="宋体" w:eastAsia="宋体"/>
          <w:b w:val="0"/>
          <w:sz w:val="22"/>
        </w:rPr>
        <w:t xml:space="preserve">　D. 不予理会</w:t>
      </w:r>
    </w:p>
    <w:p>
      <w:r>
        <w:rPr>
          <w:rFonts w:ascii="宋体" w:hAnsi="宋体" w:eastAsia="宋体"/>
          <w:b w:val="0"/>
          <w:sz w:val="22"/>
        </w:rPr>
        <w:t>答案：A　解析：施工原因造成质量不合格，发包人有权要求无偿修理、返工或改建。</w:t>
      </w:r>
    </w:p>
    <w:p>
      <w:r>
        <w:rPr>
          <w:rFonts w:ascii="宋体" w:hAnsi="宋体" w:eastAsia="宋体"/>
          <w:b w:val="0"/>
          <w:sz w:val="22"/>
        </w:rPr>
      </w:r>
    </w:p>
    <w:p>
      <w:r>
        <w:rPr>
          <w:rFonts w:ascii="宋体" w:hAnsi="宋体" w:eastAsia="宋体"/>
          <w:b w:val="0"/>
          <w:sz w:val="22"/>
        </w:rPr>
        <w:t>【一建法规·单选题 第36题】劳动合同期限3个月以上不满1年的，试用期不得超过（　）。</w:t>
      </w:r>
    </w:p>
    <w:p>
      <w:r>
        <w:rPr>
          <w:rFonts w:ascii="宋体" w:hAnsi="宋体" w:eastAsia="宋体"/>
          <w:b w:val="0"/>
          <w:sz w:val="22"/>
        </w:rPr>
        <w:t xml:space="preserve">　A. 1个月</w:t>
      </w:r>
    </w:p>
    <w:p>
      <w:r>
        <w:rPr>
          <w:rFonts w:ascii="宋体" w:hAnsi="宋体" w:eastAsia="宋体"/>
          <w:b w:val="0"/>
          <w:sz w:val="22"/>
        </w:rPr>
        <w:t xml:space="preserve">　B. 2个月</w:t>
      </w:r>
    </w:p>
    <w:p>
      <w:r>
        <w:rPr>
          <w:rFonts w:ascii="宋体" w:hAnsi="宋体" w:eastAsia="宋体"/>
          <w:b w:val="0"/>
          <w:sz w:val="22"/>
        </w:rPr>
        <w:t xml:space="preserve">　C. 6个月</w:t>
      </w:r>
    </w:p>
    <w:p>
      <w:r>
        <w:rPr>
          <w:rFonts w:ascii="宋体" w:hAnsi="宋体" w:eastAsia="宋体"/>
          <w:b w:val="0"/>
          <w:sz w:val="22"/>
        </w:rPr>
        <w:t xml:space="preserve">　D. 3个月</w:t>
      </w:r>
    </w:p>
    <w:p>
      <w:r>
        <w:rPr>
          <w:rFonts w:ascii="宋体" w:hAnsi="宋体" w:eastAsia="宋体"/>
          <w:b w:val="0"/>
          <w:sz w:val="22"/>
        </w:rPr>
        <w:t>答案：A　解析：合同3个月—1年，试用期不超过1个月；1—3年不超过2个月；3年以上及无固定期不超过6个月。</w:t>
      </w:r>
    </w:p>
    <w:p>
      <w:r>
        <w:rPr>
          <w:rFonts w:ascii="宋体" w:hAnsi="宋体" w:eastAsia="宋体"/>
          <w:b w:val="0"/>
          <w:sz w:val="22"/>
        </w:rPr>
      </w:r>
    </w:p>
    <w:p>
      <w:r>
        <w:rPr>
          <w:rFonts w:ascii="宋体" w:hAnsi="宋体" w:eastAsia="宋体"/>
          <w:b w:val="0"/>
          <w:sz w:val="22"/>
        </w:rPr>
        <w:t>【一建法规·单选题 第37题】用人单位自用工之日起（　）内与劳动者订立书面劳动合同。</w:t>
      </w:r>
    </w:p>
    <w:p>
      <w:r>
        <w:rPr>
          <w:rFonts w:ascii="宋体" w:hAnsi="宋体" w:eastAsia="宋体"/>
          <w:b w:val="0"/>
          <w:sz w:val="22"/>
        </w:rPr>
        <w:t xml:space="preserve">　A. 1个月</w:t>
      </w:r>
    </w:p>
    <w:p>
      <w:r>
        <w:rPr>
          <w:rFonts w:ascii="宋体" w:hAnsi="宋体" w:eastAsia="宋体"/>
          <w:b w:val="0"/>
          <w:sz w:val="22"/>
        </w:rPr>
        <w:t xml:space="preserve">　B. 2个月</w:t>
      </w:r>
    </w:p>
    <w:p>
      <w:r>
        <w:rPr>
          <w:rFonts w:ascii="宋体" w:hAnsi="宋体" w:eastAsia="宋体"/>
          <w:b w:val="0"/>
          <w:sz w:val="22"/>
        </w:rPr>
        <w:t xml:space="preserve">　C. 3个月</w:t>
      </w:r>
    </w:p>
    <w:p>
      <w:r>
        <w:rPr>
          <w:rFonts w:ascii="宋体" w:hAnsi="宋体" w:eastAsia="宋体"/>
          <w:b w:val="0"/>
          <w:sz w:val="22"/>
        </w:rPr>
        <w:t xml:space="preserve">　D. 半年</w:t>
      </w:r>
    </w:p>
    <w:p>
      <w:r>
        <w:rPr>
          <w:rFonts w:ascii="宋体" w:hAnsi="宋体" w:eastAsia="宋体"/>
          <w:b w:val="0"/>
          <w:sz w:val="22"/>
        </w:rPr>
        <w:t>答案：A　解析：应自用工之日起1个月内订立书面劳动合同。</w:t>
      </w:r>
    </w:p>
    <w:p>
      <w:r>
        <w:rPr>
          <w:rFonts w:ascii="宋体" w:hAnsi="宋体" w:eastAsia="宋体"/>
          <w:b w:val="0"/>
          <w:sz w:val="22"/>
        </w:rPr>
      </w:r>
    </w:p>
    <w:p>
      <w:r>
        <w:rPr>
          <w:rFonts w:ascii="宋体" w:hAnsi="宋体" w:eastAsia="宋体"/>
          <w:b w:val="0"/>
          <w:sz w:val="22"/>
        </w:rPr>
        <w:t>【一建法规·单选题 第38题】劳动者提前（　）以书面形式通知用人单位，可以解除劳动合同。</w:t>
      </w:r>
    </w:p>
    <w:p>
      <w:r>
        <w:rPr>
          <w:rFonts w:ascii="宋体" w:hAnsi="宋体" w:eastAsia="宋体"/>
          <w:b w:val="0"/>
          <w:sz w:val="22"/>
        </w:rPr>
        <w:t xml:space="preserve">　A. 30日</w:t>
      </w:r>
    </w:p>
    <w:p>
      <w:r>
        <w:rPr>
          <w:rFonts w:ascii="宋体" w:hAnsi="宋体" w:eastAsia="宋体"/>
          <w:b w:val="0"/>
          <w:sz w:val="22"/>
        </w:rPr>
        <w:t xml:space="preserve">　B. 15日</w:t>
      </w:r>
    </w:p>
    <w:p>
      <w:r>
        <w:rPr>
          <w:rFonts w:ascii="宋体" w:hAnsi="宋体" w:eastAsia="宋体"/>
          <w:b w:val="0"/>
          <w:sz w:val="22"/>
        </w:rPr>
        <w:t xml:space="preserve">　C. 3日</w:t>
      </w:r>
    </w:p>
    <w:p>
      <w:r>
        <w:rPr>
          <w:rFonts w:ascii="宋体" w:hAnsi="宋体" w:eastAsia="宋体"/>
          <w:b w:val="0"/>
          <w:sz w:val="22"/>
        </w:rPr>
        <w:t xml:space="preserve">　D. 60日</w:t>
      </w:r>
    </w:p>
    <w:p>
      <w:r>
        <w:rPr>
          <w:rFonts w:ascii="宋体" w:hAnsi="宋体" w:eastAsia="宋体"/>
          <w:b w:val="0"/>
          <w:sz w:val="22"/>
        </w:rPr>
        <w:t>答案：A　解析：劳动者提前30日书面通知可解除劳动合同；试用期内提前3日。</w:t>
      </w:r>
    </w:p>
    <w:p>
      <w:r>
        <w:rPr>
          <w:rFonts w:ascii="宋体" w:hAnsi="宋体" w:eastAsia="宋体"/>
          <w:b w:val="0"/>
          <w:sz w:val="22"/>
        </w:rPr>
      </w:r>
    </w:p>
    <w:p>
      <w:r>
        <w:rPr>
          <w:rFonts w:ascii="宋体" w:hAnsi="宋体" w:eastAsia="宋体"/>
          <w:b w:val="0"/>
          <w:sz w:val="22"/>
        </w:rPr>
        <w:t>【一建法规·单选题 第39题】下列情形中，用人单位可以解除劳动合同的是（　）。</w:t>
      </w:r>
    </w:p>
    <w:p>
      <w:r>
        <w:rPr>
          <w:rFonts w:ascii="宋体" w:hAnsi="宋体" w:eastAsia="宋体"/>
          <w:b w:val="0"/>
          <w:sz w:val="22"/>
        </w:rPr>
        <w:t xml:space="preserve">　A. 劳动者严重违反规章制度</w:t>
      </w:r>
    </w:p>
    <w:p>
      <w:r>
        <w:rPr>
          <w:rFonts w:ascii="宋体" w:hAnsi="宋体" w:eastAsia="宋体"/>
          <w:b w:val="0"/>
          <w:sz w:val="22"/>
        </w:rPr>
        <w:t xml:space="preserve">　B. 女职工在孕期</w:t>
      </w:r>
    </w:p>
    <w:p>
      <w:r>
        <w:rPr>
          <w:rFonts w:ascii="宋体" w:hAnsi="宋体" w:eastAsia="宋体"/>
          <w:b w:val="0"/>
          <w:sz w:val="22"/>
        </w:rPr>
        <w:t xml:space="preserve">　C. 患病在医疗期</w:t>
      </w:r>
    </w:p>
    <w:p>
      <w:r>
        <w:rPr>
          <w:rFonts w:ascii="宋体" w:hAnsi="宋体" w:eastAsia="宋体"/>
          <w:b w:val="0"/>
          <w:sz w:val="22"/>
        </w:rPr>
        <w:t xml:space="preserve">　D. 因公负伤丧失劳动能力</w:t>
      </w:r>
    </w:p>
    <w:p>
      <w:r>
        <w:rPr>
          <w:rFonts w:ascii="宋体" w:hAnsi="宋体" w:eastAsia="宋体"/>
          <w:b w:val="0"/>
          <w:sz w:val="22"/>
        </w:rPr>
        <w:t>答案：A　解析：严重违纪等过失性辞退可解除；孕期、医疗期等不得随意解除。</w:t>
      </w:r>
    </w:p>
    <w:p>
      <w:r>
        <w:rPr>
          <w:rFonts w:ascii="宋体" w:hAnsi="宋体" w:eastAsia="宋体"/>
          <w:b w:val="0"/>
          <w:sz w:val="22"/>
        </w:rPr>
      </w:r>
    </w:p>
    <w:p>
      <w:r>
        <w:rPr>
          <w:rFonts w:ascii="宋体" w:hAnsi="宋体" w:eastAsia="宋体"/>
          <w:b w:val="0"/>
          <w:sz w:val="22"/>
        </w:rPr>
        <w:t>【一建法规·单选题 第40题】劳务派遣用工是补充形式，只能在（　）的工作岗位上实施。</w:t>
      </w:r>
    </w:p>
    <w:p>
      <w:r>
        <w:rPr>
          <w:rFonts w:ascii="宋体" w:hAnsi="宋体" w:eastAsia="宋体"/>
          <w:b w:val="0"/>
          <w:sz w:val="22"/>
        </w:rPr>
        <w:t xml:space="preserve">　A. 临时性、辅助性或替代性</w:t>
      </w:r>
    </w:p>
    <w:p>
      <w:r>
        <w:rPr>
          <w:rFonts w:ascii="宋体" w:hAnsi="宋体" w:eastAsia="宋体"/>
          <w:b w:val="0"/>
          <w:sz w:val="22"/>
        </w:rPr>
        <w:t xml:space="preserve">　B. 任何</w:t>
      </w:r>
    </w:p>
    <w:p>
      <w:r>
        <w:rPr>
          <w:rFonts w:ascii="宋体" w:hAnsi="宋体" w:eastAsia="宋体"/>
          <w:b w:val="0"/>
          <w:sz w:val="22"/>
        </w:rPr>
        <w:t xml:space="preserve">　C. 核心管理</w:t>
      </w:r>
    </w:p>
    <w:p>
      <w:r>
        <w:rPr>
          <w:rFonts w:ascii="宋体" w:hAnsi="宋体" w:eastAsia="宋体"/>
          <w:b w:val="0"/>
          <w:sz w:val="22"/>
        </w:rPr>
        <w:t xml:space="preserve">　D. 长期固定</w:t>
      </w:r>
    </w:p>
    <w:p>
      <w:r>
        <w:rPr>
          <w:rFonts w:ascii="宋体" w:hAnsi="宋体" w:eastAsia="宋体"/>
          <w:b w:val="0"/>
          <w:sz w:val="22"/>
        </w:rPr>
        <w:t>答案：A　解析：劳务派遣限于临时性（不超6个月）、辅助性、替代性岗位。</w:t>
      </w:r>
    </w:p>
    <w:p>
      <w:r>
        <w:rPr>
          <w:rFonts w:ascii="宋体" w:hAnsi="宋体" w:eastAsia="宋体"/>
          <w:b w:val="0"/>
          <w:sz w:val="22"/>
        </w:rPr>
      </w:r>
    </w:p>
    <w:p>
      <w:r>
        <w:rPr>
          <w:rFonts w:ascii="宋体" w:hAnsi="宋体" w:eastAsia="宋体"/>
          <w:b w:val="0"/>
          <w:sz w:val="22"/>
        </w:rPr>
        <w:t>【一建法规·单选题 第41题】在城市市区噪声敏感建筑物集中区域内，夜间（　）进行产生环境噪声污染的建筑施工作业。</w:t>
      </w:r>
    </w:p>
    <w:p>
      <w:r>
        <w:rPr>
          <w:rFonts w:ascii="宋体" w:hAnsi="宋体" w:eastAsia="宋体"/>
          <w:b w:val="0"/>
          <w:sz w:val="22"/>
        </w:rPr>
        <w:t xml:space="preserve">　A. 禁止，特殊需要除外</w:t>
      </w:r>
    </w:p>
    <w:p>
      <w:r>
        <w:rPr>
          <w:rFonts w:ascii="宋体" w:hAnsi="宋体" w:eastAsia="宋体"/>
          <w:b w:val="0"/>
          <w:sz w:val="22"/>
        </w:rPr>
        <w:t xml:space="preserve">　B. 可自由</w:t>
      </w:r>
    </w:p>
    <w:p>
      <w:r>
        <w:rPr>
          <w:rFonts w:ascii="宋体" w:hAnsi="宋体" w:eastAsia="宋体"/>
          <w:b w:val="0"/>
          <w:sz w:val="22"/>
        </w:rPr>
        <w:t xml:space="preserve">　C. 鼓励</w:t>
      </w:r>
    </w:p>
    <w:p>
      <w:r>
        <w:rPr>
          <w:rFonts w:ascii="宋体" w:hAnsi="宋体" w:eastAsia="宋体"/>
          <w:b w:val="0"/>
          <w:sz w:val="22"/>
        </w:rPr>
        <w:t xml:space="preserve">　D. 任意</w:t>
      </w:r>
    </w:p>
    <w:p>
      <w:r>
        <w:rPr>
          <w:rFonts w:ascii="宋体" w:hAnsi="宋体" w:eastAsia="宋体"/>
          <w:b w:val="0"/>
          <w:sz w:val="22"/>
        </w:rPr>
        <w:t>答案：A　解析：夜间禁止进行产生噪声的施工作业，抢修抢险及特殊需要连续作业除外。</w:t>
      </w:r>
    </w:p>
    <w:p>
      <w:r>
        <w:rPr>
          <w:rFonts w:ascii="宋体" w:hAnsi="宋体" w:eastAsia="宋体"/>
          <w:b w:val="0"/>
          <w:sz w:val="22"/>
        </w:rPr>
      </w:r>
    </w:p>
    <w:p>
      <w:r>
        <w:rPr>
          <w:rFonts w:ascii="宋体" w:hAnsi="宋体" w:eastAsia="宋体"/>
          <w:b w:val="0"/>
          <w:sz w:val="22"/>
        </w:rPr>
        <w:t>【一建法规·单选题 第42题】《环境保护法》规定，建设项目中防治污染的设施，应当与主体工程（　）。</w:t>
      </w:r>
    </w:p>
    <w:p>
      <w:r>
        <w:rPr>
          <w:rFonts w:ascii="宋体" w:hAnsi="宋体" w:eastAsia="宋体"/>
          <w:b w:val="0"/>
          <w:sz w:val="22"/>
        </w:rPr>
        <w:t xml:space="preserve">　A. 同时设计、同时施工、同时投产使用</w:t>
      </w:r>
    </w:p>
    <w:p>
      <w:r>
        <w:rPr>
          <w:rFonts w:ascii="宋体" w:hAnsi="宋体" w:eastAsia="宋体"/>
          <w:b w:val="0"/>
          <w:sz w:val="22"/>
        </w:rPr>
        <w:t xml:space="preserve">　B. 先污染后治理</w:t>
      </w:r>
    </w:p>
    <w:p>
      <w:r>
        <w:rPr>
          <w:rFonts w:ascii="宋体" w:hAnsi="宋体" w:eastAsia="宋体"/>
          <w:b w:val="0"/>
          <w:sz w:val="22"/>
        </w:rPr>
        <w:t xml:space="preserve">　C. 事后补建</w:t>
      </w:r>
    </w:p>
    <w:p>
      <w:r>
        <w:rPr>
          <w:rFonts w:ascii="宋体" w:hAnsi="宋体" w:eastAsia="宋体"/>
          <w:b w:val="0"/>
          <w:sz w:val="22"/>
        </w:rPr>
        <w:t xml:space="preserve">　D. 无需建设</w:t>
      </w:r>
    </w:p>
    <w:p>
      <w:r>
        <w:rPr>
          <w:rFonts w:ascii="宋体" w:hAnsi="宋体" w:eastAsia="宋体"/>
          <w:b w:val="0"/>
          <w:sz w:val="22"/>
        </w:rPr>
        <w:t>答案：A　解析：防治污染设施与主体工程“三同时”。</w:t>
      </w:r>
    </w:p>
    <w:p>
      <w:r>
        <w:rPr>
          <w:rFonts w:ascii="宋体" w:hAnsi="宋体" w:eastAsia="宋体"/>
          <w:b w:val="0"/>
          <w:sz w:val="22"/>
        </w:rPr>
      </w:r>
    </w:p>
    <w:p>
      <w:r>
        <w:rPr>
          <w:rFonts w:ascii="宋体" w:hAnsi="宋体" w:eastAsia="宋体"/>
          <w:b w:val="0"/>
          <w:sz w:val="22"/>
        </w:rPr>
        <w:t>【一建法规·单选题 第43题】关于知识产权，下列属于专利法保护对象的是（　）。</w:t>
      </w:r>
    </w:p>
    <w:p>
      <w:r>
        <w:rPr>
          <w:rFonts w:ascii="宋体" w:hAnsi="宋体" w:eastAsia="宋体"/>
          <w:b w:val="0"/>
          <w:sz w:val="22"/>
        </w:rPr>
        <w:t xml:space="preserve">　A. 发明、实用新型、外观设计</w:t>
      </w:r>
    </w:p>
    <w:p>
      <w:r>
        <w:rPr>
          <w:rFonts w:ascii="宋体" w:hAnsi="宋体" w:eastAsia="宋体"/>
          <w:b w:val="0"/>
          <w:sz w:val="22"/>
        </w:rPr>
        <w:t xml:space="preserve">　B. 商标</w:t>
      </w:r>
    </w:p>
    <w:p>
      <w:r>
        <w:rPr>
          <w:rFonts w:ascii="宋体" w:hAnsi="宋体" w:eastAsia="宋体"/>
          <w:b w:val="0"/>
          <w:sz w:val="22"/>
        </w:rPr>
        <w:t xml:space="preserve">　C. 著作</w:t>
      </w:r>
    </w:p>
    <w:p>
      <w:r>
        <w:rPr>
          <w:rFonts w:ascii="宋体" w:hAnsi="宋体" w:eastAsia="宋体"/>
          <w:b w:val="0"/>
          <w:sz w:val="22"/>
        </w:rPr>
        <w:t xml:space="preserve">　D. 商业秘密</w:t>
      </w:r>
    </w:p>
    <w:p>
      <w:r>
        <w:rPr>
          <w:rFonts w:ascii="宋体" w:hAnsi="宋体" w:eastAsia="宋体"/>
          <w:b w:val="0"/>
          <w:sz w:val="22"/>
        </w:rPr>
        <w:t>答案：A　解析：专利法保护发明、实用新型和外观设计三类。</w:t>
      </w:r>
    </w:p>
    <w:p>
      <w:r>
        <w:rPr>
          <w:rFonts w:ascii="宋体" w:hAnsi="宋体" w:eastAsia="宋体"/>
          <w:b w:val="0"/>
          <w:sz w:val="22"/>
        </w:rPr>
      </w:r>
    </w:p>
    <w:p>
      <w:r>
        <w:rPr>
          <w:rFonts w:ascii="宋体" w:hAnsi="宋体" w:eastAsia="宋体"/>
          <w:b w:val="0"/>
          <w:sz w:val="22"/>
        </w:rPr>
        <w:t>【一建法规·单选题 第44题】发明专利的保护期限为（　）。</w:t>
      </w:r>
    </w:p>
    <w:p>
      <w:r>
        <w:rPr>
          <w:rFonts w:ascii="宋体" w:hAnsi="宋体" w:eastAsia="宋体"/>
          <w:b w:val="0"/>
          <w:sz w:val="22"/>
        </w:rPr>
        <w:t xml:space="preserve">　A. 20年</w:t>
      </w:r>
    </w:p>
    <w:p>
      <w:r>
        <w:rPr>
          <w:rFonts w:ascii="宋体" w:hAnsi="宋体" w:eastAsia="宋体"/>
          <w:b w:val="0"/>
          <w:sz w:val="22"/>
        </w:rPr>
        <w:t xml:space="preserve">　B. 10年</w:t>
      </w:r>
    </w:p>
    <w:p>
      <w:r>
        <w:rPr>
          <w:rFonts w:ascii="宋体" w:hAnsi="宋体" w:eastAsia="宋体"/>
          <w:b w:val="0"/>
          <w:sz w:val="22"/>
        </w:rPr>
        <w:t xml:space="preserve">　C. 50年</w:t>
      </w:r>
    </w:p>
    <w:p>
      <w:r>
        <w:rPr>
          <w:rFonts w:ascii="宋体" w:hAnsi="宋体" w:eastAsia="宋体"/>
          <w:b w:val="0"/>
          <w:sz w:val="22"/>
        </w:rPr>
        <w:t xml:space="preserve">　D. 永久</w:t>
      </w:r>
    </w:p>
    <w:p>
      <w:r>
        <w:rPr>
          <w:rFonts w:ascii="宋体" w:hAnsi="宋体" w:eastAsia="宋体"/>
          <w:b w:val="0"/>
          <w:sz w:val="22"/>
        </w:rPr>
        <w:t>答案：A　解析：发明专利20年、实用新型和外观设计10年（现行外观设计15年），自申请日起算。</w:t>
      </w:r>
    </w:p>
    <w:p>
      <w:r>
        <w:rPr>
          <w:rFonts w:ascii="宋体" w:hAnsi="宋体" w:eastAsia="宋体"/>
          <w:b w:val="0"/>
          <w:sz w:val="22"/>
        </w:rPr>
      </w:r>
    </w:p>
    <w:p>
      <w:r>
        <w:rPr>
          <w:rFonts w:ascii="宋体" w:hAnsi="宋体" w:eastAsia="宋体"/>
          <w:b w:val="0"/>
          <w:sz w:val="22"/>
        </w:rPr>
        <w:t>【一建法规·单选题 第45题】注册商标有效期为（　）。</w:t>
      </w:r>
    </w:p>
    <w:p>
      <w:r>
        <w:rPr>
          <w:rFonts w:ascii="宋体" w:hAnsi="宋体" w:eastAsia="宋体"/>
          <w:b w:val="0"/>
          <w:sz w:val="22"/>
        </w:rPr>
        <w:t xml:space="preserve">　A. 10年</w:t>
      </w:r>
    </w:p>
    <w:p>
      <w:r>
        <w:rPr>
          <w:rFonts w:ascii="宋体" w:hAnsi="宋体" w:eastAsia="宋体"/>
          <w:b w:val="0"/>
          <w:sz w:val="22"/>
        </w:rPr>
        <w:t xml:space="preserve">　B. 20年</w:t>
      </w:r>
    </w:p>
    <w:p>
      <w:r>
        <w:rPr>
          <w:rFonts w:ascii="宋体" w:hAnsi="宋体" w:eastAsia="宋体"/>
          <w:b w:val="0"/>
          <w:sz w:val="22"/>
        </w:rPr>
        <w:t xml:space="preserve">　C. 5年</w:t>
      </w:r>
    </w:p>
    <w:p>
      <w:r>
        <w:rPr>
          <w:rFonts w:ascii="宋体" w:hAnsi="宋体" w:eastAsia="宋体"/>
          <w:b w:val="0"/>
          <w:sz w:val="22"/>
        </w:rPr>
        <w:t xml:space="preserve">　D. 永久</w:t>
      </w:r>
    </w:p>
    <w:p>
      <w:r>
        <w:rPr>
          <w:rFonts w:ascii="宋体" w:hAnsi="宋体" w:eastAsia="宋体"/>
          <w:b w:val="0"/>
          <w:sz w:val="22"/>
        </w:rPr>
        <w:t>答案：A　解析：注册商标有效期10年，自核准注册之日起算，可续展。</w:t>
      </w:r>
    </w:p>
    <w:p>
      <w:r>
        <w:rPr>
          <w:rFonts w:ascii="宋体" w:hAnsi="宋体" w:eastAsia="宋体"/>
          <w:b w:val="0"/>
          <w:sz w:val="22"/>
        </w:rPr>
      </w:r>
    </w:p>
    <w:p>
      <w:r>
        <w:rPr>
          <w:rFonts w:ascii="宋体" w:hAnsi="宋体" w:eastAsia="宋体"/>
          <w:b w:val="0"/>
          <w:sz w:val="22"/>
        </w:rPr>
        <w:t>【一建法规·单选题 第46题】施工合同中，因不可抗力造成的损失，承担原则是（　）。</w:t>
      </w:r>
    </w:p>
    <w:p>
      <w:r>
        <w:rPr>
          <w:rFonts w:ascii="宋体" w:hAnsi="宋体" w:eastAsia="宋体"/>
          <w:b w:val="0"/>
          <w:sz w:val="22"/>
        </w:rPr>
        <w:t xml:space="preserve">　A. 各自承担相应损失，工期顺延</w:t>
      </w:r>
    </w:p>
    <w:p>
      <w:r>
        <w:rPr>
          <w:rFonts w:ascii="宋体" w:hAnsi="宋体" w:eastAsia="宋体"/>
          <w:b w:val="0"/>
          <w:sz w:val="22"/>
        </w:rPr>
        <w:t xml:space="preserve">　B. 全部由发包人承担</w:t>
      </w:r>
    </w:p>
    <w:p>
      <w:r>
        <w:rPr>
          <w:rFonts w:ascii="宋体" w:hAnsi="宋体" w:eastAsia="宋体"/>
          <w:b w:val="0"/>
          <w:sz w:val="22"/>
        </w:rPr>
        <w:t xml:space="preserve">　C. 全部由承包人承担</w:t>
      </w:r>
    </w:p>
    <w:p>
      <w:r>
        <w:rPr>
          <w:rFonts w:ascii="宋体" w:hAnsi="宋体" w:eastAsia="宋体"/>
          <w:b w:val="0"/>
          <w:sz w:val="22"/>
        </w:rPr>
        <w:t xml:space="preserve">　D. 保险公司承担全部</w:t>
      </w:r>
    </w:p>
    <w:p>
      <w:r>
        <w:rPr>
          <w:rFonts w:ascii="宋体" w:hAnsi="宋体" w:eastAsia="宋体"/>
          <w:b w:val="0"/>
          <w:sz w:val="22"/>
        </w:rPr>
        <w:t>答案：A　解析：不可抗力下双方各自承担自身损失，工程本身损失由发包人承担，工期顺延。</w:t>
      </w:r>
    </w:p>
    <w:p>
      <w:r>
        <w:rPr>
          <w:rFonts w:ascii="宋体" w:hAnsi="宋体" w:eastAsia="宋体"/>
          <w:b w:val="0"/>
          <w:sz w:val="22"/>
        </w:rPr>
      </w:r>
    </w:p>
    <w:p>
      <w:r>
        <w:rPr>
          <w:rFonts w:ascii="宋体" w:hAnsi="宋体" w:eastAsia="宋体"/>
          <w:b w:val="0"/>
          <w:sz w:val="22"/>
        </w:rPr>
        <w:t>【一建法规·单选题 第47题】下列属于工程监理依据的是（　）。</w:t>
      </w:r>
    </w:p>
    <w:p>
      <w:r>
        <w:rPr>
          <w:rFonts w:ascii="宋体" w:hAnsi="宋体" w:eastAsia="宋体"/>
          <w:b w:val="0"/>
          <w:sz w:val="22"/>
        </w:rPr>
        <w:t xml:space="preserve">　A. 法律法规、技术标准、设计文件和承包合同</w:t>
      </w:r>
    </w:p>
    <w:p>
      <w:r>
        <w:rPr>
          <w:rFonts w:ascii="宋体" w:hAnsi="宋体" w:eastAsia="宋体"/>
          <w:b w:val="0"/>
          <w:sz w:val="22"/>
        </w:rPr>
        <w:t xml:space="preserve">　B. 监理个人经验</w:t>
      </w:r>
    </w:p>
    <w:p>
      <w:r>
        <w:rPr>
          <w:rFonts w:ascii="宋体" w:hAnsi="宋体" w:eastAsia="宋体"/>
          <w:b w:val="0"/>
          <w:sz w:val="22"/>
        </w:rPr>
        <w:t xml:space="preserve">　C. 建设单位口头要求</w:t>
      </w:r>
    </w:p>
    <w:p>
      <w:r>
        <w:rPr>
          <w:rFonts w:ascii="宋体" w:hAnsi="宋体" w:eastAsia="宋体"/>
          <w:b w:val="0"/>
          <w:sz w:val="22"/>
        </w:rPr>
        <w:t xml:space="preserve">　D. 施工单位要求</w:t>
      </w:r>
    </w:p>
    <w:p>
      <w:r>
        <w:rPr>
          <w:rFonts w:ascii="宋体" w:hAnsi="宋体" w:eastAsia="宋体"/>
          <w:b w:val="0"/>
          <w:sz w:val="22"/>
        </w:rPr>
        <w:t>答案：A　解析：监理依据法律、法规、技术标准、设计文件和承包合同。</w:t>
      </w:r>
    </w:p>
    <w:p>
      <w:r>
        <w:rPr>
          <w:rFonts w:ascii="宋体" w:hAnsi="宋体" w:eastAsia="宋体"/>
          <w:b w:val="0"/>
          <w:sz w:val="22"/>
        </w:rPr>
      </w:r>
    </w:p>
    <w:p>
      <w:r>
        <w:rPr>
          <w:rFonts w:ascii="宋体" w:hAnsi="宋体" w:eastAsia="宋体"/>
          <w:b w:val="0"/>
          <w:sz w:val="22"/>
        </w:rPr>
        <w:t>【一建法规·单选题 第48题】建设单位应将拆除工程发包给具有（　）的施工单位。</w:t>
      </w:r>
    </w:p>
    <w:p>
      <w:r>
        <w:rPr>
          <w:rFonts w:ascii="宋体" w:hAnsi="宋体" w:eastAsia="宋体"/>
          <w:b w:val="0"/>
          <w:sz w:val="22"/>
        </w:rPr>
        <w:t xml:space="preserve">　A. 相应资质等级</w:t>
      </w:r>
    </w:p>
    <w:p>
      <w:r>
        <w:rPr>
          <w:rFonts w:ascii="宋体" w:hAnsi="宋体" w:eastAsia="宋体"/>
          <w:b w:val="0"/>
          <w:sz w:val="22"/>
        </w:rPr>
        <w:t xml:space="preserve">　B. 任意</w:t>
      </w:r>
    </w:p>
    <w:p>
      <w:r>
        <w:rPr>
          <w:rFonts w:ascii="宋体" w:hAnsi="宋体" w:eastAsia="宋体"/>
          <w:b w:val="0"/>
          <w:sz w:val="22"/>
        </w:rPr>
        <w:t xml:space="preserve">　C. 低价</w:t>
      </w:r>
    </w:p>
    <w:p>
      <w:r>
        <w:rPr>
          <w:rFonts w:ascii="宋体" w:hAnsi="宋体" w:eastAsia="宋体"/>
          <w:b w:val="0"/>
          <w:sz w:val="22"/>
        </w:rPr>
        <w:t xml:space="preserve">　D. 本地</w:t>
      </w:r>
    </w:p>
    <w:p>
      <w:r>
        <w:rPr>
          <w:rFonts w:ascii="宋体" w:hAnsi="宋体" w:eastAsia="宋体"/>
          <w:b w:val="0"/>
          <w:sz w:val="22"/>
        </w:rPr>
        <w:t>答案：A　解析：拆除工程须发包给具有相应资质等级的施工单位。</w:t>
      </w:r>
    </w:p>
    <w:p>
      <w:r>
        <w:rPr>
          <w:rFonts w:ascii="宋体" w:hAnsi="宋体" w:eastAsia="宋体"/>
          <w:b w:val="0"/>
          <w:sz w:val="22"/>
        </w:rPr>
      </w:r>
    </w:p>
    <w:p>
      <w:r>
        <w:rPr>
          <w:rFonts w:ascii="宋体" w:hAnsi="宋体" w:eastAsia="宋体"/>
          <w:b w:val="0"/>
          <w:sz w:val="22"/>
        </w:rPr>
        <w:t>【一建法规·单选题 第49题】关于保险，建筑工程一切险的被保险人一般不包括（　）。</w:t>
      </w:r>
    </w:p>
    <w:p>
      <w:r>
        <w:rPr>
          <w:rFonts w:ascii="宋体" w:hAnsi="宋体" w:eastAsia="宋体"/>
          <w:b w:val="0"/>
          <w:sz w:val="22"/>
        </w:rPr>
        <w:t xml:space="preserve">　A. 施工人员个人家属</w:t>
      </w:r>
    </w:p>
    <w:p>
      <w:r>
        <w:rPr>
          <w:rFonts w:ascii="宋体" w:hAnsi="宋体" w:eastAsia="宋体"/>
          <w:b w:val="0"/>
          <w:sz w:val="22"/>
        </w:rPr>
        <w:t xml:space="preserve">　B. 建设单位</w:t>
      </w:r>
    </w:p>
    <w:p>
      <w:r>
        <w:rPr>
          <w:rFonts w:ascii="宋体" w:hAnsi="宋体" w:eastAsia="宋体"/>
          <w:b w:val="0"/>
          <w:sz w:val="22"/>
        </w:rPr>
        <w:t xml:space="preserve">　C. 施工单位</w:t>
      </w:r>
    </w:p>
    <w:p>
      <w:r>
        <w:rPr>
          <w:rFonts w:ascii="宋体" w:hAnsi="宋体" w:eastAsia="宋体"/>
          <w:b w:val="0"/>
          <w:sz w:val="22"/>
        </w:rPr>
        <w:t xml:space="preserve">　D. 设计单位</w:t>
      </w:r>
    </w:p>
    <w:p>
      <w:r>
        <w:rPr>
          <w:rFonts w:ascii="宋体" w:hAnsi="宋体" w:eastAsia="宋体"/>
          <w:b w:val="0"/>
          <w:sz w:val="22"/>
        </w:rPr>
        <w:t>答案：A　解析：工程一切险被保险人包括业主、承包商等项目相关方，不含施工人员家属。</w:t>
      </w:r>
    </w:p>
    <w:p>
      <w:r>
        <w:rPr>
          <w:rFonts w:ascii="宋体" w:hAnsi="宋体" w:eastAsia="宋体"/>
          <w:b w:val="0"/>
          <w:sz w:val="22"/>
        </w:rPr>
      </w:r>
    </w:p>
    <w:p>
      <w:r>
        <w:rPr>
          <w:rFonts w:ascii="宋体" w:hAnsi="宋体" w:eastAsia="宋体"/>
          <w:b w:val="0"/>
          <w:sz w:val="22"/>
        </w:rPr>
        <w:t>【一建法规·单选题 第50题】建筑施工企业管理人员安全生产考核合格证书有效期为（　）。</w:t>
      </w:r>
    </w:p>
    <w:p>
      <w:r>
        <w:rPr>
          <w:rFonts w:ascii="宋体" w:hAnsi="宋体" w:eastAsia="宋体"/>
          <w:b w:val="0"/>
          <w:sz w:val="22"/>
        </w:rPr>
        <w:t xml:space="preserve">　A. 3年</w:t>
      </w:r>
    </w:p>
    <w:p>
      <w:r>
        <w:rPr>
          <w:rFonts w:ascii="宋体" w:hAnsi="宋体" w:eastAsia="宋体"/>
          <w:b w:val="0"/>
          <w:sz w:val="22"/>
        </w:rPr>
        <w:t xml:space="preserve">　B. 1年</w:t>
      </w:r>
    </w:p>
    <w:p>
      <w:r>
        <w:rPr>
          <w:rFonts w:ascii="宋体" w:hAnsi="宋体" w:eastAsia="宋体"/>
          <w:b w:val="0"/>
          <w:sz w:val="22"/>
        </w:rPr>
        <w:t xml:space="preserve">　C. 5年</w:t>
      </w:r>
    </w:p>
    <w:p>
      <w:r>
        <w:rPr>
          <w:rFonts w:ascii="宋体" w:hAnsi="宋体" w:eastAsia="宋体"/>
          <w:b w:val="0"/>
          <w:sz w:val="22"/>
        </w:rPr>
        <w:t xml:space="preserve">　D. 永久</w:t>
      </w:r>
    </w:p>
    <w:p>
      <w:r>
        <w:rPr>
          <w:rFonts w:ascii="宋体" w:hAnsi="宋体" w:eastAsia="宋体"/>
          <w:b w:val="0"/>
          <w:sz w:val="22"/>
        </w:rPr>
        <w:t>答案：A　解析：安管人员安全生产考核合格证有效期3年。</w:t>
      </w:r>
    </w:p>
    <w:p>
      <w:r>
        <w:rPr>
          <w:rFonts w:ascii="宋体" w:hAnsi="宋体" w:eastAsia="宋体"/>
          <w:b w:val="0"/>
          <w:sz w:val="22"/>
        </w:rPr>
      </w:r>
    </w:p>
    <w:p>
      <w:r>
        <w:rPr>
          <w:rFonts w:ascii="宋体" w:hAnsi="宋体" w:eastAsia="宋体"/>
          <w:b w:val="0"/>
          <w:sz w:val="22"/>
        </w:rPr>
        <w:t>【一建法规·单选题 第51题】下列关于工程质量责任，说法错误的是（　）。</w:t>
      </w:r>
    </w:p>
    <w:p>
      <w:r>
        <w:rPr>
          <w:rFonts w:ascii="宋体" w:hAnsi="宋体" w:eastAsia="宋体"/>
          <w:b w:val="0"/>
          <w:sz w:val="22"/>
        </w:rPr>
        <w:t xml:space="preserve">　A. 施工单位对勘察设计质量负责</w:t>
      </w:r>
    </w:p>
    <w:p>
      <w:r>
        <w:rPr>
          <w:rFonts w:ascii="宋体" w:hAnsi="宋体" w:eastAsia="宋体"/>
          <w:b w:val="0"/>
          <w:sz w:val="22"/>
        </w:rPr>
        <w:t xml:space="preserve">　B. 建设单位负首要责任</w:t>
      </w:r>
    </w:p>
    <w:p>
      <w:r>
        <w:rPr>
          <w:rFonts w:ascii="宋体" w:hAnsi="宋体" w:eastAsia="宋体"/>
          <w:b w:val="0"/>
          <w:sz w:val="22"/>
        </w:rPr>
        <w:t xml:space="preserve">　C. 施工单位对施工质量负责</w:t>
      </w:r>
    </w:p>
    <w:p>
      <w:r>
        <w:rPr>
          <w:rFonts w:ascii="宋体" w:hAnsi="宋体" w:eastAsia="宋体"/>
          <w:b w:val="0"/>
          <w:sz w:val="22"/>
        </w:rPr>
        <w:t xml:space="preserve">　D. 监理对监理行为负责</w:t>
      </w:r>
    </w:p>
    <w:p>
      <w:r>
        <w:rPr>
          <w:rFonts w:ascii="宋体" w:hAnsi="宋体" w:eastAsia="宋体"/>
          <w:b w:val="0"/>
          <w:sz w:val="22"/>
        </w:rPr>
        <w:t>答案：A　解析：勘察设计单位对其勘察设计质量负责，非施工单位。</w:t>
      </w:r>
    </w:p>
    <w:p>
      <w:r>
        <w:rPr>
          <w:rFonts w:ascii="宋体" w:hAnsi="宋体" w:eastAsia="宋体"/>
          <w:b w:val="0"/>
          <w:sz w:val="22"/>
        </w:rPr>
      </w:r>
    </w:p>
    <w:p>
      <w:r>
        <w:rPr>
          <w:rFonts w:ascii="宋体" w:hAnsi="宋体" w:eastAsia="宋体"/>
          <w:b w:val="0"/>
          <w:sz w:val="22"/>
        </w:rPr>
        <w:t>【一建法规·单选题 第52题】建设工程发生质量事故，有关单位应在（　）内向当地建设行政主管部门报告。</w:t>
      </w:r>
    </w:p>
    <w:p>
      <w:r>
        <w:rPr>
          <w:rFonts w:ascii="宋体" w:hAnsi="宋体" w:eastAsia="宋体"/>
          <w:b w:val="0"/>
          <w:sz w:val="22"/>
        </w:rPr>
        <w:t xml:space="preserve">　A. 24小时</w:t>
      </w:r>
    </w:p>
    <w:p>
      <w:r>
        <w:rPr>
          <w:rFonts w:ascii="宋体" w:hAnsi="宋体" w:eastAsia="宋体"/>
          <w:b w:val="0"/>
          <w:sz w:val="22"/>
        </w:rPr>
        <w:t xml:space="preserve">　B. 3日</w:t>
      </w:r>
    </w:p>
    <w:p>
      <w:r>
        <w:rPr>
          <w:rFonts w:ascii="宋体" w:hAnsi="宋体" w:eastAsia="宋体"/>
          <w:b w:val="0"/>
          <w:sz w:val="22"/>
        </w:rPr>
        <w:t xml:space="preserve">　C. 7日</w:t>
      </w:r>
    </w:p>
    <w:p>
      <w:r>
        <w:rPr>
          <w:rFonts w:ascii="宋体" w:hAnsi="宋体" w:eastAsia="宋体"/>
          <w:b w:val="0"/>
          <w:sz w:val="22"/>
        </w:rPr>
        <w:t xml:space="preserve">　D. 1个月</w:t>
      </w:r>
    </w:p>
    <w:p>
      <w:r>
        <w:rPr>
          <w:rFonts w:ascii="宋体" w:hAnsi="宋体" w:eastAsia="宋体"/>
          <w:b w:val="0"/>
          <w:sz w:val="22"/>
        </w:rPr>
        <w:t>答案：A　解析：发生质量事故应在24小时内报告。</w:t>
      </w:r>
    </w:p>
    <w:p>
      <w:r>
        <w:rPr>
          <w:rFonts w:ascii="宋体" w:hAnsi="宋体" w:eastAsia="宋体"/>
          <w:b w:val="0"/>
          <w:sz w:val="22"/>
        </w:rPr>
      </w:r>
    </w:p>
    <w:p>
      <w:r>
        <w:rPr>
          <w:rFonts w:ascii="宋体" w:hAnsi="宋体" w:eastAsia="宋体"/>
          <w:b w:val="0"/>
          <w:sz w:val="22"/>
        </w:rPr>
        <w:t>【一建法规·单选题 第53题】根据《民法典》，建设工程价款优先受偿权行使期限为（　）。</w:t>
      </w:r>
    </w:p>
    <w:p>
      <w:r>
        <w:rPr>
          <w:rFonts w:ascii="宋体" w:hAnsi="宋体" w:eastAsia="宋体"/>
          <w:b w:val="0"/>
          <w:sz w:val="22"/>
        </w:rPr>
        <w:t xml:space="preserve">　A. 18个月</w:t>
      </w:r>
    </w:p>
    <w:p>
      <w:r>
        <w:rPr>
          <w:rFonts w:ascii="宋体" w:hAnsi="宋体" w:eastAsia="宋体"/>
          <w:b w:val="0"/>
          <w:sz w:val="22"/>
        </w:rPr>
        <w:t xml:space="preserve">　B. 6个月</w:t>
      </w:r>
    </w:p>
    <w:p>
      <w:r>
        <w:rPr>
          <w:rFonts w:ascii="宋体" w:hAnsi="宋体" w:eastAsia="宋体"/>
          <w:b w:val="0"/>
          <w:sz w:val="22"/>
        </w:rPr>
        <w:t xml:space="preserve">　C. 1年</w:t>
      </w:r>
    </w:p>
    <w:p>
      <w:r>
        <w:rPr>
          <w:rFonts w:ascii="宋体" w:hAnsi="宋体" w:eastAsia="宋体"/>
          <w:b w:val="0"/>
          <w:sz w:val="22"/>
        </w:rPr>
        <w:t xml:space="preserve">　D. 2年</w:t>
      </w:r>
    </w:p>
    <w:p>
      <w:r>
        <w:rPr>
          <w:rFonts w:ascii="宋体" w:hAnsi="宋体" w:eastAsia="宋体"/>
          <w:b w:val="0"/>
          <w:sz w:val="22"/>
        </w:rPr>
        <w:t>答案：A　解析：承包人行使优先受偿权期限为18个月，自应付款之日起算。</w:t>
      </w:r>
    </w:p>
    <w:p>
      <w:r>
        <w:rPr>
          <w:rFonts w:ascii="宋体" w:hAnsi="宋体" w:eastAsia="宋体"/>
          <w:b w:val="0"/>
          <w:sz w:val="22"/>
        </w:rPr>
      </w:r>
    </w:p>
    <w:p>
      <w:r>
        <w:rPr>
          <w:rFonts w:ascii="宋体" w:hAnsi="宋体" w:eastAsia="宋体"/>
          <w:b w:val="0"/>
          <w:sz w:val="22"/>
        </w:rPr>
        <w:t>【一建法规·单选题 第54题】关于工程分包再分包，下列正确的是（　）。</w:t>
      </w:r>
    </w:p>
    <w:p>
      <w:r>
        <w:rPr>
          <w:rFonts w:ascii="宋体" w:hAnsi="宋体" w:eastAsia="宋体"/>
          <w:b w:val="0"/>
          <w:sz w:val="22"/>
        </w:rPr>
        <w:t xml:space="preserve">　A. 禁止分包单位将其承包的工程再分包</w:t>
      </w:r>
    </w:p>
    <w:p>
      <w:r>
        <w:rPr>
          <w:rFonts w:ascii="宋体" w:hAnsi="宋体" w:eastAsia="宋体"/>
          <w:b w:val="0"/>
          <w:sz w:val="22"/>
        </w:rPr>
        <w:t xml:space="preserve">　B. 可以再分包</w:t>
      </w:r>
    </w:p>
    <w:p>
      <w:r>
        <w:rPr>
          <w:rFonts w:ascii="宋体" w:hAnsi="宋体" w:eastAsia="宋体"/>
          <w:b w:val="0"/>
          <w:sz w:val="22"/>
        </w:rPr>
        <w:t xml:space="preserve">　C. 经同意可再分包</w:t>
      </w:r>
    </w:p>
    <w:p>
      <w:r>
        <w:rPr>
          <w:rFonts w:ascii="宋体" w:hAnsi="宋体" w:eastAsia="宋体"/>
          <w:b w:val="0"/>
          <w:sz w:val="22"/>
        </w:rPr>
        <w:t xml:space="preserve">　D. 劳务可无限分包</w:t>
      </w:r>
    </w:p>
    <w:p>
      <w:r>
        <w:rPr>
          <w:rFonts w:ascii="宋体" w:hAnsi="宋体" w:eastAsia="宋体"/>
          <w:b w:val="0"/>
          <w:sz w:val="22"/>
        </w:rPr>
        <w:t>答案：A　解析：禁止再分包，分包单位应自行完成所承包工程。</w:t>
      </w:r>
    </w:p>
    <w:p>
      <w:r>
        <w:rPr>
          <w:rFonts w:ascii="宋体" w:hAnsi="宋体" w:eastAsia="宋体"/>
          <w:b w:val="0"/>
          <w:sz w:val="22"/>
        </w:rPr>
      </w:r>
    </w:p>
    <w:p>
      <w:r>
        <w:rPr>
          <w:rFonts w:ascii="宋体" w:hAnsi="宋体" w:eastAsia="宋体"/>
          <w:b w:val="0"/>
          <w:sz w:val="22"/>
        </w:rPr>
        <w:t>【一建法规·单选题 第55题】施工单位的项目负责人对建设工程项目的安全施工（　）。</w:t>
      </w:r>
    </w:p>
    <w:p>
      <w:r>
        <w:rPr>
          <w:rFonts w:ascii="宋体" w:hAnsi="宋体" w:eastAsia="宋体"/>
          <w:b w:val="0"/>
          <w:sz w:val="22"/>
        </w:rPr>
        <w:t xml:space="preserve">　A. 全面负责</w:t>
      </w:r>
    </w:p>
    <w:p>
      <w:r>
        <w:rPr>
          <w:rFonts w:ascii="宋体" w:hAnsi="宋体" w:eastAsia="宋体"/>
          <w:b w:val="0"/>
          <w:sz w:val="22"/>
        </w:rPr>
        <w:t xml:space="preserve">　B. 负连带责任</w:t>
      </w:r>
    </w:p>
    <w:p>
      <w:r>
        <w:rPr>
          <w:rFonts w:ascii="宋体" w:hAnsi="宋体" w:eastAsia="宋体"/>
          <w:b w:val="0"/>
          <w:sz w:val="22"/>
        </w:rPr>
        <w:t xml:space="preserve">　C. 不负责任</w:t>
      </w:r>
    </w:p>
    <w:p>
      <w:r>
        <w:rPr>
          <w:rFonts w:ascii="宋体" w:hAnsi="宋体" w:eastAsia="宋体"/>
          <w:b w:val="0"/>
          <w:sz w:val="22"/>
        </w:rPr>
        <w:t xml:space="preserve">　D. 仅负质量责任</w:t>
      </w:r>
    </w:p>
    <w:p>
      <w:r>
        <w:rPr>
          <w:rFonts w:ascii="宋体" w:hAnsi="宋体" w:eastAsia="宋体"/>
          <w:b w:val="0"/>
          <w:sz w:val="22"/>
        </w:rPr>
        <w:t>答案：A　解析：项目经理（项目负责人）对建设工程项目的安全施工全面负责。</w:t>
      </w:r>
    </w:p>
    <w:p>
      <w:r>
        <w:rPr>
          <w:rFonts w:ascii="宋体" w:hAnsi="宋体" w:eastAsia="宋体"/>
          <w:b w:val="0"/>
          <w:sz w:val="22"/>
        </w:rPr>
      </w:r>
    </w:p>
    <w:p>
      <w:r>
        <w:rPr>
          <w:rFonts w:ascii="宋体" w:hAnsi="宋体" w:eastAsia="宋体"/>
          <w:b w:val="0"/>
          <w:sz w:val="22"/>
        </w:rPr>
        <w:t>【一建法规·单选题 第56题】下列不属于必须招标的工程是（　）。</w:t>
      </w:r>
    </w:p>
    <w:p>
      <w:r>
        <w:rPr>
          <w:rFonts w:ascii="宋体" w:hAnsi="宋体" w:eastAsia="宋体"/>
          <w:b w:val="0"/>
          <w:sz w:val="22"/>
        </w:rPr>
        <w:t xml:space="preserve">　A. 涉及国家安全可豁免的保密工程</w:t>
      </w:r>
    </w:p>
    <w:p>
      <w:r>
        <w:rPr>
          <w:rFonts w:ascii="宋体" w:hAnsi="宋体" w:eastAsia="宋体"/>
          <w:b w:val="0"/>
          <w:sz w:val="22"/>
        </w:rPr>
        <w:t xml:space="preserve">　B. 大型基础设施公用事业</w:t>
      </w:r>
    </w:p>
    <w:p>
      <w:r>
        <w:rPr>
          <w:rFonts w:ascii="宋体" w:hAnsi="宋体" w:eastAsia="宋体"/>
          <w:b w:val="0"/>
          <w:sz w:val="22"/>
        </w:rPr>
        <w:t xml:space="preserve">　C. 国有资金投资项目</w:t>
      </w:r>
    </w:p>
    <w:p>
      <w:r>
        <w:rPr>
          <w:rFonts w:ascii="宋体" w:hAnsi="宋体" w:eastAsia="宋体"/>
          <w:b w:val="0"/>
          <w:sz w:val="22"/>
        </w:rPr>
        <w:t xml:space="preserve">　D. 国际组织贷款项目</w:t>
      </w:r>
    </w:p>
    <w:p>
      <w:r>
        <w:rPr>
          <w:rFonts w:ascii="宋体" w:hAnsi="宋体" w:eastAsia="宋体"/>
          <w:b w:val="0"/>
          <w:sz w:val="22"/>
        </w:rPr>
        <w:t>答案：A　解析：涉及国家安全、国家秘密、抢险救灾等可不进行招标。</w:t>
      </w:r>
    </w:p>
    <w:p>
      <w:r>
        <w:rPr>
          <w:rFonts w:ascii="宋体" w:hAnsi="宋体" w:eastAsia="宋体"/>
          <w:b w:val="0"/>
          <w:sz w:val="22"/>
        </w:rPr>
      </w:r>
    </w:p>
    <w:p>
      <w:r>
        <w:rPr>
          <w:rFonts w:ascii="宋体" w:hAnsi="宋体" w:eastAsia="宋体"/>
          <w:b w:val="0"/>
          <w:sz w:val="22"/>
        </w:rPr>
        <w:t>【一建法规·单选题 第57题】关于投标文件，下列正确的是（　）。</w:t>
      </w:r>
    </w:p>
    <w:p>
      <w:r>
        <w:rPr>
          <w:rFonts w:ascii="宋体" w:hAnsi="宋体" w:eastAsia="宋体"/>
          <w:b w:val="0"/>
          <w:sz w:val="22"/>
        </w:rPr>
        <w:t xml:space="preserve">　A. 投标人在招标文件要求提交截止时间前可补充修改或撤回</w:t>
      </w:r>
    </w:p>
    <w:p>
      <w:r>
        <w:rPr>
          <w:rFonts w:ascii="宋体" w:hAnsi="宋体" w:eastAsia="宋体"/>
          <w:b w:val="0"/>
          <w:sz w:val="22"/>
        </w:rPr>
        <w:t xml:space="preserve">　B. 提交后不可改</w:t>
      </w:r>
    </w:p>
    <w:p>
      <w:r>
        <w:rPr>
          <w:rFonts w:ascii="宋体" w:hAnsi="宋体" w:eastAsia="宋体"/>
          <w:b w:val="0"/>
          <w:sz w:val="22"/>
        </w:rPr>
        <w:t xml:space="preserve">　C. 开标后可改报价</w:t>
      </w:r>
    </w:p>
    <w:p>
      <w:r>
        <w:rPr>
          <w:rFonts w:ascii="宋体" w:hAnsi="宋体" w:eastAsia="宋体"/>
          <w:b w:val="0"/>
          <w:sz w:val="22"/>
        </w:rPr>
        <w:t xml:space="preserve">　D. 随时撤回没收保证金</w:t>
      </w:r>
    </w:p>
    <w:p>
      <w:r>
        <w:rPr>
          <w:rFonts w:ascii="宋体" w:hAnsi="宋体" w:eastAsia="宋体"/>
          <w:b w:val="0"/>
          <w:sz w:val="22"/>
        </w:rPr>
        <w:t>答案：A　解析：截止时间前可补充、修改或撤回投标文件，修改内容为组成部分。</w:t>
      </w:r>
    </w:p>
    <w:p>
      <w:r>
        <w:rPr>
          <w:rFonts w:ascii="宋体" w:hAnsi="宋体" w:eastAsia="宋体"/>
          <w:b w:val="0"/>
          <w:sz w:val="22"/>
        </w:rPr>
      </w:r>
    </w:p>
    <w:p>
      <w:r>
        <w:rPr>
          <w:rFonts w:ascii="宋体" w:hAnsi="宋体" w:eastAsia="宋体"/>
          <w:b w:val="0"/>
          <w:sz w:val="22"/>
        </w:rPr>
        <w:t>【一建法规·单选题 第58题】评标委员会成员人数应为（　）以上单数。</w:t>
      </w:r>
    </w:p>
    <w:p>
      <w:r>
        <w:rPr>
          <w:rFonts w:ascii="宋体" w:hAnsi="宋体" w:eastAsia="宋体"/>
          <w:b w:val="0"/>
          <w:sz w:val="22"/>
        </w:rPr>
        <w:t xml:space="preserve">　A. 5人</w:t>
      </w:r>
    </w:p>
    <w:p>
      <w:r>
        <w:rPr>
          <w:rFonts w:ascii="宋体" w:hAnsi="宋体" w:eastAsia="宋体"/>
          <w:b w:val="0"/>
          <w:sz w:val="22"/>
        </w:rPr>
        <w:t xml:space="preserve">　B. 3人</w:t>
      </w:r>
    </w:p>
    <w:p>
      <w:r>
        <w:rPr>
          <w:rFonts w:ascii="宋体" w:hAnsi="宋体" w:eastAsia="宋体"/>
          <w:b w:val="0"/>
          <w:sz w:val="22"/>
        </w:rPr>
        <w:t xml:space="preserve">　C. 7人</w:t>
      </w:r>
    </w:p>
    <w:p>
      <w:r>
        <w:rPr>
          <w:rFonts w:ascii="宋体" w:hAnsi="宋体" w:eastAsia="宋体"/>
          <w:b w:val="0"/>
          <w:sz w:val="22"/>
        </w:rPr>
        <w:t xml:space="preserve">　D. 9人</w:t>
      </w:r>
    </w:p>
    <w:p>
      <w:r>
        <w:rPr>
          <w:rFonts w:ascii="宋体" w:hAnsi="宋体" w:eastAsia="宋体"/>
          <w:b w:val="0"/>
          <w:sz w:val="22"/>
        </w:rPr>
        <w:t>答案：A　解析：评标委员会由招标人代表和技术经济专家组成，人数为5人以上单数。</w:t>
      </w:r>
    </w:p>
    <w:p>
      <w:r>
        <w:rPr>
          <w:rFonts w:ascii="宋体" w:hAnsi="宋体" w:eastAsia="宋体"/>
          <w:b w:val="0"/>
          <w:sz w:val="22"/>
        </w:rPr>
      </w:r>
    </w:p>
    <w:p>
      <w:r>
        <w:rPr>
          <w:rFonts w:ascii="宋体" w:hAnsi="宋体" w:eastAsia="宋体"/>
          <w:b w:val="0"/>
          <w:sz w:val="22"/>
        </w:rPr>
        <w:t>【一建法规·单选题 第59题】《建筑法》规定，大型建筑工程可由两个以上承包单位联合共同承包，各方对承包合同履行（　）。</w:t>
      </w:r>
    </w:p>
    <w:p>
      <w:r>
        <w:rPr>
          <w:rFonts w:ascii="宋体" w:hAnsi="宋体" w:eastAsia="宋体"/>
          <w:b w:val="0"/>
          <w:sz w:val="22"/>
        </w:rPr>
        <w:t xml:space="preserve">　A. 承担连带责任</w:t>
      </w:r>
    </w:p>
    <w:p>
      <w:r>
        <w:rPr>
          <w:rFonts w:ascii="宋体" w:hAnsi="宋体" w:eastAsia="宋体"/>
          <w:b w:val="0"/>
          <w:sz w:val="22"/>
        </w:rPr>
        <w:t xml:space="preserve">　B. 各自负责</w:t>
      </w:r>
    </w:p>
    <w:p>
      <w:r>
        <w:rPr>
          <w:rFonts w:ascii="宋体" w:hAnsi="宋体" w:eastAsia="宋体"/>
          <w:b w:val="0"/>
          <w:sz w:val="22"/>
        </w:rPr>
        <w:t xml:space="preserve">　C. 按比例</w:t>
      </w:r>
    </w:p>
    <w:p>
      <w:r>
        <w:rPr>
          <w:rFonts w:ascii="宋体" w:hAnsi="宋体" w:eastAsia="宋体"/>
          <w:b w:val="0"/>
          <w:sz w:val="22"/>
        </w:rPr>
        <w:t xml:space="preserve">　D. 互不负责</w:t>
      </w:r>
    </w:p>
    <w:p>
      <w:r>
        <w:rPr>
          <w:rFonts w:ascii="宋体" w:hAnsi="宋体" w:eastAsia="宋体"/>
          <w:b w:val="0"/>
          <w:sz w:val="22"/>
        </w:rPr>
        <w:t>答案：A　解析：共同承包的各方对承包合同履行承担连带责任。</w:t>
      </w:r>
    </w:p>
    <w:p>
      <w:r>
        <w:rPr>
          <w:rFonts w:ascii="宋体" w:hAnsi="宋体" w:eastAsia="宋体"/>
          <w:b w:val="0"/>
          <w:sz w:val="22"/>
        </w:rPr>
      </w:r>
    </w:p>
    <w:p>
      <w:r>
        <w:rPr>
          <w:rFonts w:ascii="宋体" w:hAnsi="宋体" w:eastAsia="宋体"/>
          <w:b w:val="0"/>
          <w:sz w:val="22"/>
        </w:rPr>
        <w:t>【一建法规·单选题 第60题】关于工程监理，未经监理工程师签字（　）。</w:t>
      </w:r>
    </w:p>
    <w:p>
      <w:r>
        <w:rPr>
          <w:rFonts w:ascii="宋体" w:hAnsi="宋体" w:eastAsia="宋体"/>
          <w:b w:val="0"/>
          <w:sz w:val="22"/>
        </w:rPr>
        <w:t xml:space="preserve">　A. 建筑材料不得在工程上使用或安装</w:t>
      </w:r>
    </w:p>
    <w:p>
      <w:r>
        <w:rPr>
          <w:rFonts w:ascii="宋体" w:hAnsi="宋体" w:eastAsia="宋体"/>
          <w:b w:val="0"/>
          <w:sz w:val="22"/>
        </w:rPr>
        <w:t xml:space="preserve">　B. 不得竣工验收</w:t>
      </w:r>
    </w:p>
    <w:p>
      <w:r>
        <w:rPr>
          <w:rFonts w:ascii="宋体" w:hAnsi="宋体" w:eastAsia="宋体"/>
          <w:b w:val="0"/>
          <w:sz w:val="22"/>
        </w:rPr>
        <w:t xml:space="preserve">　C. 不得拨付进度款</w:t>
      </w:r>
    </w:p>
    <w:p>
      <w:r>
        <w:rPr>
          <w:rFonts w:ascii="宋体" w:hAnsi="宋体" w:eastAsia="宋体"/>
          <w:b w:val="0"/>
          <w:sz w:val="22"/>
        </w:rPr>
        <w:t xml:space="preserve">　D. 不得开工</w:t>
      </w:r>
    </w:p>
    <w:p>
      <w:r>
        <w:rPr>
          <w:rFonts w:ascii="宋体" w:hAnsi="宋体" w:eastAsia="宋体"/>
          <w:b w:val="0"/>
          <w:sz w:val="22"/>
        </w:rPr>
        <w:t>答案：A　解析：未经监理签字，材料设备不得使用安装，不得进入下道工序。</w:t>
      </w:r>
    </w:p>
    <w:p>
      <w:r>
        <w:rPr>
          <w:rFonts w:ascii="宋体" w:hAnsi="宋体" w:eastAsia="宋体"/>
          <w:b w:val="0"/>
          <w:sz w:val="22"/>
        </w:rPr>
      </w:r>
    </w:p>
    <w:p>
      <w:r>
        <w:rPr>
          <w:rFonts w:ascii="宋体" w:hAnsi="宋体" w:eastAsia="宋体"/>
          <w:b w:val="0"/>
          <w:sz w:val="22"/>
        </w:rPr>
        <w:t>【一建法规·单选题 第61题】下列属于劳动合同必备条款的是（　）。</w:t>
      </w:r>
    </w:p>
    <w:p>
      <w:r>
        <w:rPr>
          <w:rFonts w:ascii="宋体" w:hAnsi="宋体" w:eastAsia="宋体"/>
          <w:b w:val="0"/>
          <w:sz w:val="22"/>
        </w:rPr>
        <w:t xml:space="preserve">　A. 劳动报酬</w:t>
      </w:r>
    </w:p>
    <w:p>
      <w:r>
        <w:rPr>
          <w:rFonts w:ascii="宋体" w:hAnsi="宋体" w:eastAsia="宋体"/>
          <w:b w:val="0"/>
          <w:sz w:val="22"/>
        </w:rPr>
        <w:t xml:space="preserve">　B. 试用期</w:t>
      </w:r>
    </w:p>
    <w:p>
      <w:r>
        <w:rPr>
          <w:rFonts w:ascii="宋体" w:hAnsi="宋体" w:eastAsia="宋体"/>
          <w:b w:val="0"/>
          <w:sz w:val="22"/>
        </w:rPr>
        <w:t xml:space="preserve">　C. 培训</w:t>
      </w:r>
    </w:p>
    <w:p>
      <w:r>
        <w:rPr>
          <w:rFonts w:ascii="宋体" w:hAnsi="宋体" w:eastAsia="宋体"/>
          <w:b w:val="0"/>
          <w:sz w:val="22"/>
        </w:rPr>
        <w:t xml:space="preserve">　D. 补充保险</w:t>
      </w:r>
    </w:p>
    <w:p>
      <w:r>
        <w:rPr>
          <w:rFonts w:ascii="宋体" w:hAnsi="宋体" w:eastAsia="宋体"/>
          <w:b w:val="0"/>
          <w:sz w:val="22"/>
        </w:rPr>
        <w:t>答案：A　解析：劳动报酬、合同期限、工作内容地点、社保等为必备条款；试用期等为约定条款。</w:t>
      </w:r>
    </w:p>
    <w:p>
      <w:r>
        <w:rPr>
          <w:rFonts w:ascii="宋体" w:hAnsi="宋体" w:eastAsia="宋体"/>
          <w:b w:val="0"/>
          <w:sz w:val="22"/>
        </w:rPr>
      </w:r>
    </w:p>
    <w:p>
      <w:r>
        <w:rPr>
          <w:rFonts w:ascii="宋体" w:hAnsi="宋体" w:eastAsia="宋体"/>
          <w:b w:val="0"/>
          <w:sz w:val="22"/>
        </w:rPr>
        <w:t>【一建法规·单选题 第62题】关于女职工和未成年工特殊保护，正确的是（　）。</w:t>
      </w:r>
    </w:p>
    <w:p>
      <w:r>
        <w:rPr>
          <w:rFonts w:ascii="宋体" w:hAnsi="宋体" w:eastAsia="宋体"/>
          <w:b w:val="0"/>
          <w:sz w:val="22"/>
        </w:rPr>
        <w:t xml:space="preserve">　A. 不得安排女职工孕期从事国家规定第三级体力劳动</w:t>
      </w:r>
    </w:p>
    <w:p>
      <w:r>
        <w:rPr>
          <w:rFonts w:ascii="宋体" w:hAnsi="宋体" w:eastAsia="宋体"/>
          <w:b w:val="0"/>
          <w:sz w:val="22"/>
        </w:rPr>
        <w:t xml:space="preserve">　B. 可安排夜班无所谓</w:t>
      </w:r>
    </w:p>
    <w:p>
      <w:r>
        <w:rPr>
          <w:rFonts w:ascii="宋体" w:hAnsi="宋体" w:eastAsia="宋体"/>
          <w:b w:val="0"/>
          <w:sz w:val="22"/>
        </w:rPr>
        <w:t xml:space="preserve">　C. 未成年工可从事重体力</w:t>
      </w:r>
    </w:p>
    <w:p>
      <w:r>
        <w:rPr>
          <w:rFonts w:ascii="宋体" w:hAnsi="宋体" w:eastAsia="宋体"/>
          <w:b w:val="0"/>
          <w:sz w:val="22"/>
        </w:rPr>
        <w:t xml:space="preserve">　D. 无任何保护</w:t>
      </w:r>
    </w:p>
    <w:p>
      <w:r>
        <w:rPr>
          <w:rFonts w:ascii="宋体" w:hAnsi="宋体" w:eastAsia="宋体"/>
          <w:b w:val="0"/>
          <w:sz w:val="22"/>
        </w:rPr>
        <w:t>答案：A　解析：对女职工孕期、哺乳期和未成年工有特殊劳动保护。</w:t>
      </w:r>
    </w:p>
    <w:p>
      <w:r>
        <w:rPr>
          <w:rFonts w:ascii="宋体" w:hAnsi="宋体" w:eastAsia="宋体"/>
          <w:b w:val="0"/>
          <w:sz w:val="22"/>
        </w:rPr>
      </w:r>
    </w:p>
    <w:p>
      <w:r>
        <w:rPr>
          <w:rFonts w:ascii="宋体" w:hAnsi="宋体" w:eastAsia="宋体"/>
          <w:b w:val="0"/>
          <w:sz w:val="22"/>
        </w:rPr>
        <w:t>【一建法规·单选题 第63题】建设项目环境影响评价文件未经批准，建设单位（　）。</w:t>
      </w:r>
    </w:p>
    <w:p>
      <w:r>
        <w:rPr>
          <w:rFonts w:ascii="宋体" w:hAnsi="宋体" w:eastAsia="宋体"/>
          <w:b w:val="0"/>
          <w:sz w:val="22"/>
        </w:rPr>
        <w:t xml:space="preserve">　A. 不得开工建设</w:t>
      </w:r>
    </w:p>
    <w:p>
      <w:r>
        <w:rPr>
          <w:rFonts w:ascii="宋体" w:hAnsi="宋体" w:eastAsia="宋体"/>
          <w:b w:val="0"/>
          <w:sz w:val="22"/>
        </w:rPr>
        <w:t xml:space="preserve">　B. 可边建边补</w:t>
      </w:r>
    </w:p>
    <w:p>
      <w:r>
        <w:rPr>
          <w:rFonts w:ascii="宋体" w:hAnsi="宋体" w:eastAsia="宋体"/>
          <w:b w:val="0"/>
          <w:sz w:val="22"/>
        </w:rPr>
        <w:t xml:space="preserve">　C. 可先建后评</w:t>
      </w:r>
    </w:p>
    <w:p>
      <w:r>
        <w:rPr>
          <w:rFonts w:ascii="宋体" w:hAnsi="宋体" w:eastAsia="宋体"/>
          <w:b w:val="0"/>
          <w:sz w:val="22"/>
        </w:rPr>
        <w:t xml:space="preserve">　D. 任意施工</w:t>
      </w:r>
    </w:p>
    <w:p>
      <w:r>
        <w:rPr>
          <w:rFonts w:ascii="宋体" w:hAnsi="宋体" w:eastAsia="宋体"/>
          <w:b w:val="0"/>
          <w:sz w:val="22"/>
        </w:rPr>
        <w:t>答案：A　解析：环评文件未经审批，不得开工建设。</w:t>
      </w:r>
    </w:p>
    <w:p>
      <w:r>
        <w:rPr>
          <w:rFonts w:ascii="宋体" w:hAnsi="宋体" w:eastAsia="宋体"/>
          <w:b w:val="0"/>
          <w:sz w:val="22"/>
        </w:rPr>
      </w:r>
    </w:p>
    <w:p>
      <w:r>
        <w:rPr>
          <w:rFonts w:ascii="宋体" w:hAnsi="宋体" w:eastAsia="宋体"/>
          <w:b w:val="0"/>
          <w:sz w:val="22"/>
        </w:rPr>
        <w:t>【一建法规·单选题 第64题】关于施工起重机械使用，正确的是（　）。</w:t>
      </w:r>
    </w:p>
    <w:p>
      <w:r>
        <w:rPr>
          <w:rFonts w:ascii="宋体" w:hAnsi="宋体" w:eastAsia="宋体"/>
          <w:b w:val="0"/>
          <w:sz w:val="22"/>
        </w:rPr>
        <w:t xml:space="preserve">　A. 须经检验检测合格、办理登记</w:t>
      </w:r>
    </w:p>
    <w:p>
      <w:r>
        <w:rPr>
          <w:rFonts w:ascii="宋体" w:hAnsi="宋体" w:eastAsia="宋体"/>
          <w:b w:val="0"/>
          <w:sz w:val="22"/>
        </w:rPr>
        <w:t xml:space="preserve">　B. 可直接使用</w:t>
      </w:r>
    </w:p>
    <w:p>
      <w:r>
        <w:rPr>
          <w:rFonts w:ascii="宋体" w:hAnsi="宋体" w:eastAsia="宋体"/>
          <w:b w:val="0"/>
          <w:sz w:val="22"/>
        </w:rPr>
        <w:t xml:space="preserve">　C. 无需验收</w:t>
      </w:r>
    </w:p>
    <w:p>
      <w:r>
        <w:rPr>
          <w:rFonts w:ascii="宋体" w:hAnsi="宋体" w:eastAsia="宋体"/>
          <w:b w:val="0"/>
          <w:sz w:val="22"/>
        </w:rPr>
        <w:t xml:space="preserve">　D. 出租即可</w:t>
      </w:r>
    </w:p>
    <w:p>
      <w:r>
        <w:rPr>
          <w:rFonts w:ascii="宋体" w:hAnsi="宋体" w:eastAsia="宋体"/>
          <w:b w:val="0"/>
          <w:sz w:val="22"/>
        </w:rPr>
        <w:t>答案：A　解析：起重机械须经检测合格、办理使用登记后方可使用。</w:t>
      </w:r>
    </w:p>
    <w:p>
      <w:r>
        <w:rPr>
          <w:rFonts w:ascii="宋体" w:hAnsi="宋体" w:eastAsia="宋体"/>
          <w:b w:val="0"/>
          <w:sz w:val="22"/>
        </w:rPr>
      </w:r>
    </w:p>
    <w:p>
      <w:r>
        <w:rPr>
          <w:rFonts w:ascii="宋体" w:hAnsi="宋体" w:eastAsia="宋体"/>
          <w:b w:val="0"/>
          <w:sz w:val="22"/>
        </w:rPr>
        <w:t>【一建法规·单选题 第65题】安全生产中，从业人员发现事故隐患应当（　）。</w:t>
      </w:r>
    </w:p>
    <w:p>
      <w:r>
        <w:rPr>
          <w:rFonts w:ascii="宋体" w:hAnsi="宋体" w:eastAsia="宋体"/>
          <w:b w:val="0"/>
          <w:sz w:val="22"/>
        </w:rPr>
        <w:t xml:space="preserve">　A. 立即报告</w:t>
      </w:r>
    </w:p>
    <w:p>
      <w:r>
        <w:rPr>
          <w:rFonts w:ascii="宋体" w:hAnsi="宋体" w:eastAsia="宋体"/>
          <w:b w:val="0"/>
          <w:sz w:val="22"/>
        </w:rPr>
        <w:t xml:space="preserve">　B. 装作没看见</w:t>
      </w:r>
    </w:p>
    <w:p>
      <w:r>
        <w:rPr>
          <w:rFonts w:ascii="宋体" w:hAnsi="宋体" w:eastAsia="宋体"/>
          <w:b w:val="0"/>
          <w:sz w:val="22"/>
        </w:rPr>
        <w:t xml:space="preserve">　C. 自行处理不报</w:t>
      </w:r>
    </w:p>
    <w:p>
      <w:r>
        <w:rPr>
          <w:rFonts w:ascii="宋体" w:hAnsi="宋体" w:eastAsia="宋体"/>
          <w:b w:val="0"/>
          <w:sz w:val="22"/>
        </w:rPr>
        <w:t xml:space="preserve">　D. 等出事再说</w:t>
      </w:r>
    </w:p>
    <w:p>
      <w:r>
        <w:rPr>
          <w:rFonts w:ascii="宋体" w:hAnsi="宋体" w:eastAsia="宋体"/>
          <w:b w:val="0"/>
          <w:sz w:val="22"/>
        </w:rPr>
        <w:t>答案：A　解析：从业人员应立即报告安全隐患，有权拒绝违章指挥。</w:t>
      </w:r>
    </w:p>
    <w:p>
      <w:r>
        <w:rPr>
          <w:rFonts w:ascii="宋体" w:hAnsi="宋体" w:eastAsia="宋体"/>
          <w:b w:val="0"/>
          <w:sz w:val="22"/>
        </w:rPr>
      </w:r>
    </w:p>
    <w:p>
      <w:r>
        <w:rPr>
          <w:rFonts w:ascii="宋体" w:hAnsi="宋体" w:eastAsia="宋体"/>
          <w:b w:val="0"/>
          <w:sz w:val="22"/>
        </w:rPr>
        <w:t>【一建法规·单选题 第66题】下列关于竣工验收条件，错误的是（　）。</w:t>
      </w:r>
    </w:p>
    <w:p>
      <w:r>
        <w:rPr>
          <w:rFonts w:ascii="宋体" w:hAnsi="宋体" w:eastAsia="宋体"/>
          <w:b w:val="0"/>
          <w:sz w:val="22"/>
        </w:rPr>
        <w:t xml:space="preserve">　A. 可未完成合同约定即验收</w:t>
      </w:r>
    </w:p>
    <w:p>
      <w:r>
        <w:rPr>
          <w:rFonts w:ascii="宋体" w:hAnsi="宋体" w:eastAsia="宋体"/>
          <w:b w:val="0"/>
          <w:sz w:val="22"/>
        </w:rPr>
        <w:t xml:space="preserve">　B. 完成设计和合同约定内容</w:t>
      </w:r>
    </w:p>
    <w:p>
      <w:r>
        <w:rPr>
          <w:rFonts w:ascii="宋体" w:hAnsi="宋体" w:eastAsia="宋体"/>
          <w:b w:val="0"/>
          <w:sz w:val="22"/>
        </w:rPr>
        <w:t xml:space="preserve">　C. 有完整技术档案</w:t>
      </w:r>
    </w:p>
    <w:p>
      <w:r>
        <w:rPr>
          <w:rFonts w:ascii="宋体" w:hAnsi="宋体" w:eastAsia="宋体"/>
          <w:b w:val="0"/>
          <w:sz w:val="22"/>
        </w:rPr>
        <w:t xml:space="preserve">　D. 有施工单位签署的保修书</w:t>
      </w:r>
    </w:p>
    <w:p>
      <w:r>
        <w:rPr>
          <w:rFonts w:ascii="宋体" w:hAnsi="宋体" w:eastAsia="宋体"/>
          <w:b w:val="0"/>
          <w:sz w:val="22"/>
        </w:rPr>
        <w:t>答案：A　解析：应完成设计和合同约定全部内容方可竣工验收。</w:t>
      </w:r>
    </w:p>
    <w:p>
      <w:r>
        <w:rPr>
          <w:rFonts w:ascii="宋体" w:hAnsi="宋体" w:eastAsia="宋体"/>
          <w:b w:val="0"/>
          <w:sz w:val="22"/>
        </w:rPr>
      </w:r>
    </w:p>
    <w:p>
      <w:r>
        <w:rPr>
          <w:rFonts w:ascii="宋体" w:hAnsi="宋体" w:eastAsia="宋体"/>
          <w:b w:val="0"/>
          <w:sz w:val="22"/>
        </w:rPr>
        <w:t>【一建法规·单选题 第67题】关于工程价款，当事人对工程量有争议的，按照（　）确认。</w:t>
      </w:r>
    </w:p>
    <w:p>
      <w:r>
        <w:rPr>
          <w:rFonts w:ascii="宋体" w:hAnsi="宋体" w:eastAsia="宋体"/>
          <w:b w:val="0"/>
          <w:sz w:val="22"/>
        </w:rPr>
        <w:t xml:space="preserve">　A. 施工过程中形成的签证等书面文件</w:t>
      </w:r>
    </w:p>
    <w:p>
      <w:r>
        <w:rPr>
          <w:rFonts w:ascii="宋体" w:hAnsi="宋体" w:eastAsia="宋体"/>
          <w:b w:val="0"/>
          <w:sz w:val="22"/>
        </w:rPr>
        <w:t xml:space="preserve">　B. 口头约定</w:t>
      </w:r>
    </w:p>
    <w:p>
      <w:r>
        <w:rPr>
          <w:rFonts w:ascii="宋体" w:hAnsi="宋体" w:eastAsia="宋体"/>
          <w:b w:val="0"/>
          <w:sz w:val="22"/>
        </w:rPr>
        <w:t xml:space="preserve">　C. 施工单位自报</w:t>
      </w:r>
    </w:p>
    <w:p>
      <w:r>
        <w:rPr>
          <w:rFonts w:ascii="宋体" w:hAnsi="宋体" w:eastAsia="宋体"/>
          <w:b w:val="0"/>
          <w:sz w:val="22"/>
        </w:rPr>
        <w:t xml:space="preserve">　D. 监理事后估计</w:t>
      </w:r>
    </w:p>
    <w:p>
      <w:r>
        <w:rPr>
          <w:rFonts w:ascii="宋体" w:hAnsi="宋体" w:eastAsia="宋体"/>
          <w:b w:val="0"/>
          <w:sz w:val="22"/>
        </w:rPr>
        <w:t>答案：A　解析：工程量争议以施工中签证等书面文件为准。</w:t>
      </w:r>
    </w:p>
    <w:p>
      <w:r>
        <w:rPr>
          <w:rFonts w:ascii="宋体" w:hAnsi="宋体" w:eastAsia="宋体"/>
          <w:b w:val="0"/>
          <w:sz w:val="22"/>
        </w:rPr>
      </w:r>
    </w:p>
    <w:p>
      <w:r>
        <w:rPr>
          <w:rFonts w:ascii="宋体" w:hAnsi="宋体" w:eastAsia="宋体"/>
          <w:b w:val="0"/>
          <w:sz w:val="22"/>
        </w:rPr>
        <w:t>【一建法规·单选题 第68题】《民法典》规定，发包人未按约定支付价款的，承包人可催告其在（　）内支付。</w:t>
      </w:r>
    </w:p>
    <w:p>
      <w:r>
        <w:rPr>
          <w:rFonts w:ascii="宋体" w:hAnsi="宋体" w:eastAsia="宋体"/>
          <w:b w:val="0"/>
          <w:sz w:val="22"/>
        </w:rPr>
        <w:t xml:space="preserve">　A. 合理期限</w:t>
      </w:r>
    </w:p>
    <w:p>
      <w:r>
        <w:rPr>
          <w:rFonts w:ascii="宋体" w:hAnsi="宋体" w:eastAsia="宋体"/>
          <w:b w:val="0"/>
          <w:sz w:val="22"/>
        </w:rPr>
        <w:t xml:space="preserve">　B. 1年</w:t>
      </w:r>
    </w:p>
    <w:p>
      <w:r>
        <w:rPr>
          <w:rFonts w:ascii="宋体" w:hAnsi="宋体" w:eastAsia="宋体"/>
          <w:b w:val="0"/>
          <w:sz w:val="22"/>
        </w:rPr>
        <w:t xml:space="preserve">　C. 3年</w:t>
      </w:r>
    </w:p>
    <w:p>
      <w:r>
        <w:rPr>
          <w:rFonts w:ascii="宋体" w:hAnsi="宋体" w:eastAsia="宋体"/>
          <w:b w:val="0"/>
          <w:sz w:val="22"/>
        </w:rPr>
        <w:t xml:space="preserve">　D. 10年</w:t>
      </w:r>
    </w:p>
    <w:p>
      <w:r>
        <w:rPr>
          <w:rFonts w:ascii="宋体" w:hAnsi="宋体" w:eastAsia="宋体"/>
          <w:b w:val="0"/>
          <w:sz w:val="22"/>
        </w:rPr>
        <w:t>答案：A　解析：发包人拖欠价款，承包人可催告其在合理期限内支付。</w:t>
      </w:r>
    </w:p>
    <w:p>
      <w:r>
        <w:rPr>
          <w:rFonts w:ascii="宋体" w:hAnsi="宋体" w:eastAsia="宋体"/>
          <w:b w:val="0"/>
          <w:sz w:val="22"/>
        </w:rPr>
      </w:r>
    </w:p>
    <w:p>
      <w:r>
        <w:rPr>
          <w:rFonts w:ascii="宋体" w:hAnsi="宋体" w:eastAsia="宋体"/>
          <w:b w:val="0"/>
          <w:sz w:val="22"/>
        </w:rPr>
        <w:t>【一建法规·单选题 第69题】关于民事诉讼时效，一般诉讼时效期间为（　）。</w:t>
      </w:r>
    </w:p>
    <w:p>
      <w:r>
        <w:rPr>
          <w:rFonts w:ascii="宋体" w:hAnsi="宋体" w:eastAsia="宋体"/>
          <w:b w:val="0"/>
          <w:sz w:val="22"/>
        </w:rPr>
        <w:t xml:space="preserve">　A. 3年</w:t>
      </w:r>
    </w:p>
    <w:p>
      <w:r>
        <w:rPr>
          <w:rFonts w:ascii="宋体" w:hAnsi="宋体" w:eastAsia="宋体"/>
          <w:b w:val="0"/>
          <w:sz w:val="22"/>
        </w:rPr>
        <w:t xml:space="preserve">　B. 1年</w:t>
      </w:r>
    </w:p>
    <w:p>
      <w:r>
        <w:rPr>
          <w:rFonts w:ascii="宋体" w:hAnsi="宋体" w:eastAsia="宋体"/>
          <w:b w:val="0"/>
          <w:sz w:val="22"/>
        </w:rPr>
        <w:t xml:space="preserve">　C. 2年</w:t>
      </w:r>
    </w:p>
    <w:p>
      <w:r>
        <w:rPr>
          <w:rFonts w:ascii="宋体" w:hAnsi="宋体" w:eastAsia="宋体"/>
          <w:b w:val="0"/>
          <w:sz w:val="22"/>
        </w:rPr>
        <w:t xml:space="preserve">　D. 20年</w:t>
      </w:r>
    </w:p>
    <w:p>
      <w:r>
        <w:rPr>
          <w:rFonts w:ascii="宋体" w:hAnsi="宋体" w:eastAsia="宋体"/>
          <w:b w:val="0"/>
          <w:sz w:val="22"/>
        </w:rPr>
        <w:t>答案：A　解析：普通诉讼时效为3年，自知道或应当知道权利受损害及义务人之日起算。</w:t>
      </w:r>
    </w:p>
    <w:p>
      <w:r>
        <w:rPr>
          <w:rFonts w:ascii="宋体" w:hAnsi="宋体" w:eastAsia="宋体"/>
          <w:b w:val="0"/>
          <w:sz w:val="22"/>
        </w:rPr>
      </w:r>
    </w:p>
    <w:p>
      <w:r>
        <w:rPr>
          <w:rFonts w:ascii="宋体" w:hAnsi="宋体" w:eastAsia="宋体"/>
          <w:b w:val="0"/>
          <w:sz w:val="22"/>
        </w:rPr>
        <w:t>【一建法规·单选题 第70题】下列关于仲裁说法正确的是（　）。</w:t>
      </w:r>
    </w:p>
    <w:p>
      <w:r>
        <w:rPr>
          <w:rFonts w:ascii="宋体" w:hAnsi="宋体" w:eastAsia="宋体"/>
          <w:b w:val="0"/>
          <w:sz w:val="22"/>
        </w:rPr>
        <w:t xml:space="preserve">　A. 仲裁实行一裁终局制度</w:t>
      </w:r>
    </w:p>
    <w:p>
      <w:r>
        <w:rPr>
          <w:rFonts w:ascii="宋体" w:hAnsi="宋体" w:eastAsia="宋体"/>
          <w:b w:val="0"/>
          <w:sz w:val="22"/>
        </w:rPr>
        <w:t xml:space="preserve">　B. 可多次上诉</w:t>
      </w:r>
    </w:p>
    <w:p>
      <w:r>
        <w:rPr>
          <w:rFonts w:ascii="宋体" w:hAnsi="宋体" w:eastAsia="宋体"/>
          <w:b w:val="0"/>
          <w:sz w:val="22"/>
        </w:rPr>
        <w:t xml:space="preserve">　C. 两审终审</w:t>
      </w:r>
    </w:p>
    <w:p>
      <w:r>
        <w:rPr>
          <w:rFonts w:ascii="宋体" w:hAnsi="宋体" w:eastAsia="宋体"/>
          <w:b w:val="0"/>
          <w:sz w:val="22"/>
        </w:rPr>
        <w:t xml:space="preserve">　D. 不受理合同纠纷</w:t>
      </w:r>
    </w:p>
    <w:p>
      <w:r>
        <w:rPr>
          <w:rFonts w:ascii="宋体" w:hAnsi="宋体" w:eastAsia="宋体"/>
          <w:b w:val="0"/>
          <w:sz w:val="22"/>
        </w:rPr>
        <w:t>答案：A　解析：仲裁实行一裁终局，裁决作出后即发生法律效力。</w:t>
      </w:r>
    </w:p>
    <w:p>
      <w:r>
        <w:rPr>
          <w:rFonts w:ascii="宋体" w:hAnsi="宋体" w:eastAsia="宋体"/>
          <w:b w:val="0"/>
          <w:sz w:val="22"/>
        </w:rPr>
      </w:r>
    </w:p>
    <w:p>
      <w:r>
        <w:rPr>
          <w:rFonts w:ascii="宋体" w:hAnsi="宋体" w:eastAsia="宋体"/>
          <w:b w:val="0"/>
          <w:sz w:val="22"/>
        </w:rPr>
        <w:t>【一建法规·多选题 第71题】我国民事主体包括（　）。</w:t>
      </w:r>
    </w:p>
    <w:p>
      <w:r>
        <w:rPr>
          <w:rFonts w:ascii="宋体" w:hAnsi="宋体" w:eastAsia="宋体"/>
          <w:b w:val="0"/>
          <w:sz w:val="22"/>
        </w:rPr>
        <w:t xml:space="preserve">　A. 自然人</w:t>
      </w:r>
    </w:p>
    <w:p>
      <w:r>
        <w:rPr>
          <w:rFonts w:ascii="宋体" w:hAnsi="宋体" w:eastAsia="宋体"/>
          <w:b w:val="0"/>
          <w:sz w:val="22"/>
        </w:rPr>
        <w:t xml:space="preserve">　B. 法人</w:t>
      </w:r>
    </w:p>
    <w:p>
      <w:r>
        <w:rPr>
          <w:rFonts w:ascii="宋体" w:hAnsi="宋体" w:eastAsia="宋体"/>
          <w:b w:val="0"/>
          <w:sz w:val="22"/>
        </w:rPr>
        <w:t xml:space="preserve">　C. 非法人组织</w:t>
      </w:r>
    </w:p>
    <w:p>
      <w:r>
        <w:rPr>
          <w:rFonts w:ascii="宋体" w:hAnsi="宋体" w:eastAsia="宋体"/>
          <w:b w:val="0"/>
          <w:sz w:val="22"/>
        </w:rPr>
        <w:t xml:space="preserve">　D. 物体</w:t>
      </w:r>
    </w:p>
    <w:p>
      <w:r>
        <w:rPr>
          <w:rFonts w:ascii="宋体" w:hAnsi="宋体" w:eastAsia="宋体"/>
          <w:b w:val="0"/>
          <w:sz w:val="22"/>
        </w:rPr>
        <w:t>答案：ABC　解析：民事主体包括自然人、法人和非法人组织。</w:t>
      </w:r>
    </w:p>
    <w:p>
      <w:r>
        <w:rPr>
          <w:rFonts w:ascii="宋体" w:hAnsi="宋体" w:eastAsia="宋体"/>
          <w:b w:val="0"/>
          <w:sz w:val="22"/>
        </w:rPr>
      </w:r>
    </w:p>
    <w:p>
      <w:r>
        <w:rPr>
          <w:rFonts w:ascii="宋体" w:hAnsi="宋体" w:eastAsia="宋体"/>
          <w:b w:val="0"/>
          <w:sz w:val="22"/>
        </w:rPr>
        <w:t>【一建法规·多选题 第72题】下列属于违约责任承担方式的有（　）。</w:t>
      </w:r>
    </w:p>
    <w:p>
      <w:r>
        <w:rPr>
          <w:rFonts w:ascii="宋体" w:hAnsi="宋体" w:eastAsia="宋体"/>
          <w:b w:val="0"/>
          <w:sz w:val="22"/>
        </w:rPr>
        <w:t xml:space="preserve">　A. 继续履行</w:t>
      </w:r>
    </w:p>
    <w:p>
      <w:r>
        <w:rPr>
          <w:rFonts w:ascii="宋体" w:hAnsi="宋体" w:eastAsia="宋体"/>
          <w:b w:val="0"/>
          <w:sz w:val="22"/>
        </w:rPr>
        <w:t xml:space="preserve">　B. 采取补救措施</w:t>
      </w:r>
    </w:p>
    <w:p>
      <w:r>
        <w:rPr>
          <w:rFonts w:ascii="宋体" w:hAnsi="宋体" w:eastAsia="宋体"/>
          <w:b w:val="0"/>
          <w:sz w:val="22"/>
        </w:rPr>
        <w:t xml:space="preserve">　C. 赔偿损失</w:t>
      </w:r>
    </w:p>
    <w:p>
      <w:r>
        <w:rPr>
          <w:rFonts w:ascii="宋体" w:hAnsi="宋体" w:eastAsia="宋体"/>
          <w:b w:val="0"/>
          <w:sz w:val="22"/>
        </w:rPr>
        <w:t xml:space="preserve">　D. 支付违约金</w:t>
      </w:r>
    </w:p>
    <w:p>
      <w:r>
        <w:rPr>
          <w:rFonts w:ascii="宋体" w:hAnsi="宋体" w:eastAsia="宋体"/>
          <w:b w:val="0"/>
          <w:sz w:val="22"/>
        </w:rPr>
        <w:t>答案：ABCD　解析：违约责任形式包括上述及定金罚则等。</w:t>
      </w:r>
    </w:p>
    <w:p>
      <w:r>
        <w:rPr>
          <w:rFonts w:ascii="宋体" w:hAnsi="宋体" w:eastAsia="宋体"/>
          <w:b w:val="0"/>
          <w:sz w:val="22"/>
        </w:rPr>
      </w:r>
    </w:p>
    <w:p>
      <w:r>
        <w:rPr>
          <w:rFonts w:ascii="宋体" w:hAnsi="宋体" w:eastAsia="宋体"/>
          <w:b w:val="0"/>
          <w:sz w:val="22"/>
        </w:rPr>
        <w:t>【一建法规·多选题 第73题】招标投标活动应遵循的原则有（　）。</w:t>
      </w:r>
    </w:p>
    <w:p>
      <w:r>
        <w:rPr>
          <w:rFonts w:ascii="宋体" w:hAnsi="宋体" w:eastAsia="宋体"/>
          <w:b w:val="0"/>
          <w:sz w:val="22"/>
        </w:rPr>
        <w:t xml:space="preserve">　A. 公开</w:t>
      </w:r>
    </w:p>
    <w:p>
      <w:r>
        <w:rPr>
          <w:rFonts w:ascii="宋体" w:hAnsi="宋体" w:eastAsia="宋体"/>
          <w:b w:val="0"/>
          <w:sz w:val="22"/>
        </w:rPr>
        <w:t xml:space="preserve">　B. 公平</w:t>
      </w:r>
    </w:p>
    <w:p>
      <w:r>
        <w:rPr>
          <w:rFonts w:ascii="宋体" w:hAnsi="宋体" w:eastAsia="宋体"/>
          <w:b w:val="0"/>
          <w:sz w:val="22"/>
        </w:rPr>
        <w:t xml:space="preserve">　C. 公正</w:t>
      </w:r>
    </w:p>
    <w:p>
      <w:r>
        <w:rPr>
          <w:rFonts w:ascii="宋体" w:hAnsi="宋体" w:eastAsia="宋体"/>
          <w:b w:val="0"/>
          <w:sz w:val="22"/>
        </w:rPr>
        <w:t xml:space="preserve">　D. 诚实信用</w:t>
      </w:r>
    </w:p>
    <w:p>
      <w:r>
        <w:rPr>
          <w:rFonts w:ascii="宋体" w:hAnsi="宋体" w:eastAsia="宋体"/>
          <w:b w:val="0"/>
          <w:sz w:val="22"/>
        </w:rPr>
        <w:t>答案：ABCD　解析：招投标四原则：公开、公平、公正、诚实信用。</w:t>
      </w:r>
    </w:p>
    <w:p>
      <w:r>
        <w:rPr>
          <w:rFonts w:ascii="宋体" w:hAnsi="宋体" w:eastAsia="宋体"/>
          <w:b w:val="0"/>
          <w:sz w:val="22"/>
        </w:rPr>
      </w:r>
    </w:p>
    <w:p>
      <w:r>
        <w:rPr>
          <w:rFonts w:ascii="宋体" w:hAnsi="宋体" w:eastAsia="宋体"/>
          <w:b w:val="0"/>
          <w:sz w:val="22"/>
        </w:rPr>
        <w:t>【一建法规·多选题 第74题】下列属于必须招标的项目有（　）。</w:t>
      </w:r>
    </w:p>
    <w:p>
      <w:r>
        <w:rPr>
          <w:rFonts w:ascii="宋体" w:hAnsi="宋体" w:eastAsia="宋体"/>
          <w:b w:val="0"/>
          <w:sz w:val="22"/>
        </w:rPr>
        <w:t xml:space="preserve">　A. 大型基础设施公用事业</w:t>
      </w:r>
    </w:p>
    <w:p>
      <w:r>
        <w:rPr>
          <w:rFonts w:ascii="宋体" w:hAnsi="宋体" w:eastAsia="宋体"/>
          <w:b w:val="0"/>
          <w:sz w:val="22"/>
        </w:rPr>
        <w:t xml:space="preserve">　B. 国有资金投资</w:t>
      </w:r>
    </w:p>
    <w:p>
      <w:r>
        <w:rPr>
          <w:rFonts w:ascii="宋体" w:hAnsi="宋体" w:eastAsia="宋体"/>
          <w:b w:val="0"/>
          <w:sz w:val="22"/>
        </w:rPr>
        <w:t xml:space="preserve">　C. 国家融资</w:t>
      </w:r>
    </w:p>
    <w:p>
      <w:r>
        <w:rPr>
          <w:rFonts w:ascii="宋体" w:hAnsi="宋体" w:eastAsia="宋体"/>
          <w:b w:val="0"/>
          <w:sz w:val="22"/>
        </w:rPr>
        <w:t xml:space="preserve">　D. 国际组织贷款</w:t>
      </w:r>
    </w:p>
    <w:p>
      <w:r>
        <w:rPr>
          <w:rFonts w:ascii="宋体" w:hAnsi="宋体" w:eastAsia="宋体"/>
          <w:b w:val="0"/>
          <w:sz w:val="22"/>
        </w:rPr>
        <w:t>答案：ABCD　解析：关系公共利益公众安全、国有资金、国家融资、外资项目须招标。</w:t>
      </w:r>
    </w:p>
    <w:p>
      <w:r>
        <w:rPr>
          <w:rFonts w:ascii="宋体" w:hAnsi="宋体" w:eastAsia="宋体"/>
          <w:b w:val="0"/>
          <w:sz w:val="22"/>
        </w:rPr>
      </w:r>
    </w:p>
    <w:p>
      <w:r>
        <w:rPr>
          <w:rFonts w:ascii="宋体" w:hAnsi="宋体" w:eastAsia="宋体"/>
          <w:b w:val="0"/>
          <w:sz w:val="22"/>
        </w:rPr>
        <w:t>【一建法规·多选题 第75题】关于联合体投标，正确的有（　）。</w:t>
      </w:r>
    </w:p>
    <w:p>
      <w:r>
        <w:rPr>
          <w:rFonts w:ascii="宋体" w:hAnsi="宋体" w:eastAsia="宋体"/>
          <w:b w:val="0"/>
          <w:sz w:val="22"/>
        </w:rPr>
        <w:t xml:space="preserve">　A. 以一个投标人身份投标</w:t>
      </w:r>
    </w:p>
    <w:p>
      <w:r>
        <w:rPr>
          <w:rFonts w:ascii="宋体" w:hAnsi="宋体" w:eastAsia="宋体"/>
          <w:b w:val="0"/>
          <w:sz w:val="22"/>
        </w:rPr>
        <w:t xml:space="preserve">　B. 各方签订共同投标协议</w:t>
      </w:r>
    </w:p>
    <w:p>
      <w:r>
        <w:rPr>
          <w:rFonts w:ascii="宋体" w:hAnsi="宋体" w:eastAsia="宋体"/>
          <w:b w:val="0"/>
          <w:sz w:val="22"/>
        </w:rPr>
        <w:t xml:space="preserve">　C. 中标后承担连带责任</w:t>
      </w:r>
    </w:p>
    <w:p>
      <w:r>
        <w:rPr>
          <w:rFonts w:ascii="宋体" w:hAnsi="宋体" w:eastAsia="宋体"/>
          <w:b w:val="0"/>
          <w:sz w:val="22"/>
        </w:rPr>
        <w:t xml:space="preserve">　D. 资质按较高一方算</w:t>
      </w:r>
    </w:p>
    <w:p>
      <w:r>
        <w:rPr>
          <w:rFonts w:ascii="宋体" w:hAnsi="宋体" w:eastAsia="宋体"/>
          <w:b w:val="0"/>
          <w:sz w:val="22"/>
        </w:rPr>
        <w:t>答案：ABC　解析：联合体资质按资质较低的一方确定，D错误。</w:t>
      </w:r>
    </w:p>
    <w:p>
      <w:r>
        <w:rPr>
          <w:rFonts w:ascii="宋体" w:hAnsi="宋体" w:eastAsia="宋体"/>
          <w:b w:val="0"/>
          <w:sz w:val="22"/>
        </w:rPr>
      </w:r>
    </w:p>
    <w:p>
      <w:r>
        <w:rPr>
          <w:rFonts w:ascii="宋体" w:hAnsi="宋体" w:eastAsia="宋体"/>
          <w:b w:val="0"/>
          <w:sz w:val="22"/>
        </w:rPr>
        <w:t>【一建法规·多选题 第76题】申请施工许可证应具备的条件包括（　）。</w:t>
      </w:r>
    </w:p>
    <w:p>
      <w:r>
        <w:rPr>
          <w:rFonts w:ascii="宋体" w:hAnsi="宋体" w:eastAsia="宋体"/>
          <w:b w:val="0"/>
          <w:sz w:val="22"/>
        </w:rPr>
        <w:t xml:space="preserve">　A. 已办理用地批准手续</w:t>
      </w:r>
    </w:p>
    <w:p>
      <w:r>
        <w:rPr>
          <w:rFonts w:ascii="宋体" w:hAnsi="宋体" w:eastAsia="宋体"/>
          <w:b w:val="0"/>
          <w:sz w:val="22"/>
        </w:rPr>
        <w:t xml:space="preserve">　B. 已取得规划许可证</w:t>
      </w:r>
    </w:p>
    <w:p>
      <w:r>
        <w:rPr>
          <w:rFonts w:ascii="宋体" w:hAnsi="宋体" w:eastAsia="宋体"/>
          <w:b w:val="0"/>
          <w:sz w:val="22"/>
        </w:rPr>
        <w:t xml:space="preserve">　C. 已确定施工企业</w:t>
      </w:r>
    </w:p>
    <w:p>
      <w:r>
        <w:rPr>
          <w:rFonts w:ascii="宋体" w:hAnsi="宋体" w:eastAsia="宋体"/>
          <w:b w:val="0"/>
          <w:sz w:val="22"/>
        </w:rPr>
        <w:t xml:space="preserve">　D. 有满足施工需要的图纸和技术资料</w:t>
      </w:r>
    </w:p>
    <w:p>
      <w:r>
        <w:rPr>
          <w:rFonts w:ascii="宋体" w:hAnsi="宋体" w:eastAsia="宋体"/>
          <w:b w:val="0"/>
          <w:sz w:val="22"/>
        </w:rPr>
        <w:t>答案：ABCD　解析：均为领取施工许可证的法定条件。</w:t>
      </w:r>
    </w:p>
    <w:p>
      <w:r>
        <w:rPr>
          <w:rFonts w:ascii="宋体" w:hAnsi="宋体" w:eastAsia="宋体"/>
          <w:b w:val="0"/>
          <w:sz w:val="22"/>
        </w:rPr>
      </w:r>
    </w:p>
    <w:p>
      <w:r>
        <w:rPr>
          <w:rFonts w:ascii="宋体" w:hAnsi="宋体" w:eastAsia="宋体"/>
          <w:b w:val="0"/>
          <w:sz w:val="22"/>
        </w:rPr>
        <w:t>【一建法规·多选题 第77题】关于工程分包，下列正确的有（　）。</w:t>
      </w:r>
    </w:p>
    <w:p>
      <w:r>
        <w:rPr>
          <w:rFonts w:ascii="宋体" w:hAnsi="宋体" w:eastAsia="宋体"/>
          <w:b w:val="0"/>
          <w:sz w:val="22"/>
        </w:rPr>
        <w:t xml:space="preserve">　A. 经建设单位认可</w:t>
      </w:r>
    </w:p>
    <w:p>
      <w:r>
        <w:rPr>
          <w:rFonts w:ascii="宋体" w:hAnsi="宋体" w:eastAsia="宋体"/>
          <w:b w:val="0"/>
          <w:sz w:val="22"/>
        </w:rPr>
        <w:t xml:space="preserve">　B. 分包给有资质单位</w:t>
      </w:r>
    </w:p>
    <w:p>
      <w:r>
        <w:rPr>
          <w:rFonts w:ascii="宋体" w:hAnsi="宋体" w:eastAsia="宋体"/>
          <w:b w:val="0"/>
          <w:sz w:val="22"/>
        </w:rPr>
        <w:t xml:space="preserve">　C. 主体结构不得分包</w:t>
      </w:r>
    </w:p>
    <w:p>
      <w:r>
        <w:rPr>
          <w:rFonts w:ascii="宋体" w:hAnsi="宋体" w:eastAsia="宋体"/>
          <w:b w:val="0"/>
          <w:sz w:val="22"/>
        </w:rPr>
        <w:t xml:space="preserve">　D. 可以再分包</w:t>
      </w:r>
    </w:p>
    <w:p>
      <w:r>
        <w:rPr>
          <w:rFonts w:ascii="宋体" w:hAnsi="宋体" w:eastAsia="宋体"/>
          <w:b w:val="0"/>
          <w:sz w:val="22"/>
        </w:rPr>
        <w:t>答案：ABC　解析：禁止再分包，D错误。</w:t>
      </w:r>
    </w:p>
    <w:p>
      <w:r>
        <w:rPr>
          <w:rFonts w:ascii="宋体" w:hAnsi="宋体" w:eastAsia="宋体"/>
          <w:b w:val="0"/>
          <w:sz w:val="22"/>
        </w:rPr>
      </w:r>
    </w:p>
    <w:p>
      <w:r>
        <w:rPr>
          <w:rFonts w:ascii="宋体" w:hAnsi="宋体" w:eastAsia="宋体"/>
          <w:b w:val="0"/>
          <w:sz w:val="22"/>
        </w:rPr>
        <w:t>【一建法规·多选题 第78题】施工单位安全生产责任包括（　）。</w:t>
      </w:r>
    </w:p>
    <w:p>
      <w:r>
        <w:rPr>
          <w:rFonts w:ascii="宋体" w:hAnsi="宋体" w:eastAsia="宋体"/>
          <w:b w:val="0"/>
          <w:sz w:val="22"/>
        </w:rPr>
        <w:t xml:space="preserve">　A. 建立健全安全生产责任制</w:t>
      </w:r>
    </w:p>
    <w:p>
      <w:r>
        <w:rPr>
          <w:rFonts w:ascii="宋体" w:hAnsi="宋体" w:eastAsia="宋体"/>
          <w:b w:val="0"/>
          <w:sz w:val="22"/>
        </w:rPr>
        <w:t xml:space="preserve">　B. 保证安全生产投入</w:t>
      </w:r>
    </w:p>
    <w:p>
      <w:r>
        <w:rPr>
          <w:rFonts w:ascii="宋体" w:hAnsi="宋体" w:eastAsia="宋体"/>
          <w:b w:val="0"/>
          <w:sz w:val="22"/>
        </w:rPr>
        <w:t xml:space="preserve">　C. 对从业人员安全教育培训</w:t>
      </w:r>
    </w:p>
    <w:p>
      <w:r>
        <w:rPr>
          <w:rFonts w:ascii="宋体" w:hAnsi="宋体" w:eastAsia="宋体"/>
          <w:b w:val="0"/>
          <w:sz w:val="22"/>
        </w:rPr>
        <w:t xml:space="preserve">　D. 为职工缴纳工伤保险</w:t>
      </w:r>
    </w:p>
    <w:p>
      <w:r>
        <w:rPr>
          <w:rFonts w:ascii="宋体" w:hAnsi="宋体" w:eastAsia="宋体"/>
          <w:b w:val="0"/>
          <w:sz w:val="22"/>
        </w:rPr>
        <w:t>答案：ABCD　解析：均为施工单位安全责任。</w:t>
      </w:r>
    </w:p>
    <w:p>
      <w:r>
        <w:rPr>
          <w:rFonts w:ascii="宋体" w:hAnsi="宋体" w:eastAsia="宋体"/>
          <w:b w:val="0"/>
          <w:sz w:val="22"/>
        </w:rPr>
      </w:r>
    </w:p>
    <w:p>
      <w:r>
        <w:rPr>
          <w:rFonts w:ascii="宋体" w:hAnsi="宋体" w:eastAsia="宋体"/>
          <w:b w:val="0"/>
          <w:sz w:val="22"/>
        </w:rPr>
        <w:t>【一建法规·多选题 第79题】下列属于“三同时”内容的有（　）。</w:t>
      </w:r>
    </w:p>
    <w:p>
      <w:r>
        <w:rPr>
          <w:rFonts w:ascii="宋体" w:hAnsi="宋体" w:eastAsia="宋体"/>
          <w:b w:val="0"/>
          <w:sz w:val="22"/>
        </w:rPr>
        <w:t xml:space="preserve">　A. 同时设计</w:t>
      </w:r>
    </w:p>
    <w:p>
      <w:r>
        <w:rPr>
          <w:rFonts w:ascii="宋体" w:hAnsi="宋体" w:eastAsia="宋体"/>
          <w:b w:val="0"/>
          <w:sz w:val="22"/>
        </w:rPr>
        <w:t xml:space="preserve">　B. 同时施工</w:t>
      </w:r>
    </w:p>
    <w:p>
      <w:r>
        <w:rPr>
          <w:rFonts w:ascii="宋体" w:hAnsi="宋体" w:eastAsia="宋体"/>
          <w:b w:val="0"/>
          <w:sz w:val="22"/>
        </w:rPr>
        <w:t xml:space="preserve">　C. 同时投入生产和使用</w:t>
      </w:r>
    </w:p>
    <w:p>
      <w:r>
        <w:rPr>
          <w:rFonts w:ascii="宋体" w:hAnsi="宋体" w:eastAsia="宋体"/>
          <w:b w:val="0"/>
          <w:sz w:val="22"/>
        </w:rPr>
        <w:t xml:space="preserve">　D. 同时验收</w:t>
      </w:r>
    </w:p>
    <w:p>
      <w:r>
        <w:rPr>
          <w:rFonts w:ascii="宋体" w:hAnsi="宋体" w:eastAsia="宋体"/>
          <w:b w:val="0"/>
          <w:sz w:val="22"/>
        </w:rPr>
        <w:t>答案：ABC　解析：三同时：同时设计、施工、投入生产和使用。</w:t>
      </w:r>
    </w:p>
    <w:p>
      <w:r>
        <w:rPr>
          <w:rFonts w:ascii="宋体" w:hAnsi="宋体" w:eastAsia="宋体"/>
          <w:b w:val="0"/>
          <w:sz w:val="22"/>
        </w:rPr>
      </w:r>
    </w:p>
    <w:p>
      <w:r>
        <w:rPr>
          <w:rFonts w:ascii="宋体" w:hAnsi="宋体" w:eastAsia="宋体"/>
          <w:b w:val="0"/>
          <w:sz w:val="22"/>
        </w:rPr>
        <w:t>【一建法规·多选题 第80题】建设工程最低保修期限为5年的有（　）。</w:t>
      </w:r>
    </w:p>
    <w:p>
      <w:r>
        <w:rPr>
          <w:rFonts w:ascii="宋体" w:hAnsi="宋体" w:eastAsia="宋体"/>
          <w:b w:val="0"/>
          <w:sz w:val="22"/>
        </w:rPr>
        <w:t xml:space="preserve">　A. 屋面防水工程</w:t>
      </w:r>
    </w:p>
    <w:p>
      <w:r>
        <w:rPr>
          <w:rFonts w:ascii="宋体" w:hAnsi="宋体" w:eastAsia="宋体"/>
          <w:b w:val="0"/>
          <w:sz w:val="22"/>
        </w:rPr>
        <w:t xml:space="preserve">　B. 有防水要求的卫生间</w:t>
      </w:r>
    </w:p>
    <w:p>
      <w:r>
        <w:rPr>
          <w:rFonts w:ascii="宋体" w:hAnsi="宋体" w:eastAsia="宋体"/>
          <w:b w:val="0"/>
          <w:sz w:val="22"/>
        </w:rPr>
        <w:t xml:space="preserve">　C. 外墙面防渗漏</w:t>
      </w:r>
    </w:p>
    <w:p>
      <w:r>
        <w:rPr>
          <w:rFonts w:ascii="宋体" w:hAnsi="宋体" w:eastAsia="宋体"/>
          <w:b w:val="0"/>
          <w:sz w:val="22"/>
        </w:rPr>
        <w:t xml:space="preserve">　D. 电气管线</w:t>
      </w:r>
    </w:p>
    <w:p>
      <w:r>
        <w:rPr>
          <w:rFonts w:ascii="宋体" w:hAnsi="宋体" w:eastAsia="宋体"/>
          <w:b w:val="0"/>
          <w:sz w:val="22"/>
        </w:rPr>
        <w:t>答案：ABC　解析：防水类保修5年；电气管线等为2年。</w:t>
      </w:r>
    </w:p>
    <w:p>
      <w:r>
        <w:rPr>
          <w:rFonts w:ascii="宋体" w:hAnsi="宋体" w:eastAsia="宋体"/>
          <w:b w:val="0"/>
          <w:sz w:val="22"/>
        </w:rPr>
      </w:r>
    </w:p>
    <w:p>
      <w:r>
        <w:rPr>
          <w:rFonts w:ascii="宋体" w:hAnsi="宋体" w:eastAsia="宋体"/>
          <w:b w:val="0"/>
          <w:sz w:val="22"/>
        </w:rPr>
        <w:t>【一建法规·多选题 第81题】下列关于劳动合同说法正确的有（　）。</w:t>
      </w:r>
    </w:p>
    <w:p>
      <w:r>
        <w:rPr>
          <w:rFonts w:ascii="宋体" w:hAnsi="宋体" w:eastAsia="宋体"/>
          <w:b w:val="0"/>
          <w:sz w:val="22"/>
        </w:rPr>
        <w:t xml:space="preserve">　A. 应自用工之日起1个月内订立书面合同</w:t>
      </w:r>
    </w:p>
    <w:p>
      <w:r>
        <w:rPr>
          <w:rFonts w:ascii="宋体" w:hAnsi="宋体" w:eastAsia="宋体"/>
          <w:b w:val="0"/>
          <w:sz w:val="22"/>
        </w:rPr>
        <w:t xml:space="preserve">　B. 试用期包含在合同期限内</w:t>
      </w:r>
    </w:p>
    <w:p>
      <w:r>
        <w:rPr>
          <w:rFonts w:ascii="宋体" w:hAnsi="宋体" w:eastAsia="宋体"/>
          <w:b w:val="0"/>
          <w:sz w:val="22"/>
        </w:rPr>
        <w:t xml:space="preserve">　C. 工资不得低于最低工资</w:t>
      </w:r>
    </w:p>
    <w:p>
      <w:r>
        <w:rPr>
          <w:rFonts w:ascii="宋体" w:hAnsi="宋体" w:eastAsia="宋体"/>
          <w:b w:val="0"/>
          <w:sz w:val="22"/>
        </w:rPr>
        <w:t xml:space="preserve">　D. 可任意约定违约金</w:t>
      </w:r>
    </w:p>
    <w:p>
      <w:r>
        <w:rPr>
          <w:rFonts w:ascii="宋体" w:hAnsi="宋体" w:eastAsia="宋体"/>
          <w:b w:val="0"/>
          <w:sz w:val="22"/>
        </w:rPr>
        <w:t>答案：ABC　解析：违约金除服务期和竞业限制外不得约定，D错误。</w:t>
      </w:r>
    </w:p>
    <w:p>
      <w:r>
        <w:rPr>
          <w:rFonts w:ascii="宋体" w:hAnsi="宋体" w:eastAsia="宋体"/>
          <w:b w:val="0"/>
          <w:sz w:val="22"/>
        </w:rPr>
      </w:r>
    </w:p>
    <w:p>
      <w:r>
        <w:rPr>
          <w:rFonts w:ascii="宋体" w:hAnsi="宋体" w:eastAsia="宋体"/>
          <w:b w:val="0"/>
          <w:sz w:val="22"/>
        </w:rPr>
        <w:t>【一建法规·多选题 第82题】下列用人单位不得解除劳动合同的情形有（　）。</w:t>
      </w:r>
    </w:p>
    <w:p>
      <w:r>
        <w:rPr>
          <w:rFonts w:ascii="宋体" w:hAnsi="宋体" w:eastAsia="宋体"/>
          <w:b w:val="0"/>
          <w:sz w:val="22"/>
        </w:rPr>
        <w:t xml:space="preserve">　A. 从事接触职业病危害作业未离岗前职业健康检查</w:t>
      </w:r>
    </w:p>
    <w:p>
      <w:r>
        <w:rPr>
          <w:rFonts w:ascii="宋体" w:hAnsi="宋体" w:eastAsia="宋体"/>
          <w:b w:val="0"/>
          <w:sz w:val="22"/>
        </w:rPr>
        <w:t xml:space="preserve">　B. 患病在规定医疗期内</w:t>
      </w:r>
    </w:p>
    <w:p>
      <w:r>
        <w:rPr>
          <w:rFonts w:ascii="宋体" w:hAnsi="宋体" w:eastAsia="宋体"/>
          <w:b w:val="0"/>
          <w:sz w:val="22"/>
        </w:rPr>
        <w:t xml:space="preserve">　C. 女职工孕期产期哺乳期</w:t>
      </w:r>
    </w:p>
    <w:p>
      <w:r>
        <w:rPr>
          <w:rFonts w:ascii="宋体" w:hAnsi="宋体" w:eastAsia="宋体"/>
          <w:b w:val="0"/>
          <w:sz w:val="22"/>
        </w:rPr>
        <w:t xml:space="preserve">　D. 在本单位连续工作满15年且距退休不足5年</w:t>
      </w:r>
    </w:p>
    <w:p>
      <w:r>
        <w:rPr>
          <w:rFonts w:ascii="宋体" w:hAnsi="宋体" w:eastAsia="宋体"/>
          <w:b w:val="0"/>
          <w:sz w:val="22"/>
        </w:rPr>
        <w:t>答案：ABCD　解析：均为不得随意裁减/解除的保护情形。</w:t>
      </w:r>
    </w:p>
    <w:p>
      <w:r>
        <w:rPr>
          <w:rFonts w:ascii="宋体" w:hAnsi="宋体" w:eastAsia="宋体"/>
          <w:b w:val="0"/>
          <w:sz w:val="22"/>
        </w:rPr>
      </w:r>
    </w:p>
    <w:p>
      <w:r>
        <w:rPr>
          <w:rFonts w:ascii="宋体" w:hAnsi="宋体" w:eastAsia="宋体"/>
          <w:b w:val="0"/>
          <w:sz w:val="22"/>
        </w:rPr>
        <w:t>【一建法规·多选题 第83题】下列属于专利法保护对象的有（　）。</w:t>
      </w:r>
    </w:p>
    <w:p>
      <w:r>
        <w:rPr>
          <w:rFonts w:ascii="宋体" w:hAnsi="宋体" w:eastAsia="宋体"/>
          <w:b w:val="0"/>
          <w:sz w:val="22"/>
        </w:rPr>
        <w:t xml:space="preserve">　A. 发明</w:t>
      </w:r>
    </w:p>
    <w:p>
      <w:r>
        <w:rPr>
          <w:rFonts w:ascii="宋体" w:hAnsi="宋体" w:eastAsia="宋体"/>
          <w:b w:val="0"/>
          <w:sz w:val="22"/>
        </w:rPr>
        <w:t xml:space="preserve">　B. 实用新型</w:t>
      </w:r>
    </w:p>
    <w:p>
      <w:r>
        <w:rPr>
          <w:rFonts w:ascii="宋体" w:hAnsi="宋体" w:eastAsia="宋体"/>
          <w:b w:val="0"/>
          <w:sz w:val="22"/>
        </w:rPr>
        <w:t xml:space="preserve">　C. 外观设计</w:t>
      </w:r>
    </w:p>
    <w:p>
      <w:r>
        <w:rPr>
          <w:rFonts w:ascii="宋体" w:hAnsi="宋体" w:eastAsia="宋体"/>
          <w:b w:val="0"/>
          <w:sz w:val="22"/>
        </w:rPr>
        <w:t xml:space="preserve">　D. 商标</w:t>
      </w:r>
    </w:p>
    <w:p>
      <w:r>
        <w:rPr>
          <w:rFonts w:ascii="宋体" w:hAnsi="宋体" w:eastAsia="宋体"/>
          <w:b w:val="0"/>
          <w:sz w:val="22"/>
        </w:rPr>
        <w:t>答案：ABC　解析：商标由商标法保护。</w:t>
      </w:r>
    </w:p>
    <w:p>
      <w:r>
        <w:rPr>
          <w:rFonts w:ascii="宋体" w:hAnsi="宋体" w:eastAsia="宋体"/>
          <w:b w:val="0"/>
          <w:sz w:val="22"/>
        </w:rPr>
      </w:r>
    </w:p>
    <w:p>
      <w:r>
        <w:rPr>
          <w:rFonts w:ascii="宋体" w:hAnsi="宋体" w:eastAsia="宋体"/>
          <w:b w:val="0"/>
          <w:sz w:val="22"/>
        </w:rPr>
        <w:t>【一建法规·多选题 第84题】关于不可抗力，下列正确的有（　）。</w:t>
      </w:r>
    </w:p>
    <w:p>
      <w:r>
        <w:rPr>
          <w:rFonts w:ascii="宋体" w:hAnsi="宋体" w:eastAsia="宋体"/>
          <w:b w:val="0"/>
          <w:sz w:val="22"/>
        </w:rPr>
        <w:t xml:space="preserve">　A. 不能预见、不能避免、不能克服</w:t>
      </w:r>
    </w:p>
    <w:p>
      <w:r>
        <w:rPr>
          <w:rFonts w:ascii="宋体" w:hAnsi="宋体" w:eastAsia="宋体"/>
          <w:b w:val="0"/>
          <w:sz w:val="22"/>
        </w:rPr>
        <w:t xml:space="preserve">　B. 因不可抗力不能履行应及时通知</w:t>
      </w:r>
    </w:p>
    <w:p>
      <w:r>
        <w:rPr>
          <w:rFonts w:ascii="宋体" w:hAnsi="宋体" w:eastAsia="宋体"/>
          <w:b w:val="0"/>
          <w:sz w:val="22"/>
        </w:rPr>
        <w:t xml:space="preserve">　C. 应提供证明</w:t>
      </w:r>
    </w:p>
    <w:p>
      <w:r>
        <w:rPr>
          <w:rFonts w:ascii="宋体" w:hAnsi="宋体" w:eastAsia="宋体"/>
          <w:b w:val="0"/>
          <w:sz w:val="22"/>
        </w:rPr>
        <w:t xml:space="preserve">　D. 工期相应顺延</w:t>
      </w:r>
    </w:p>
    <w:p>
      <w:r>
        <w:rPr>
          <w:rFonts w:ascii="宋体" w:hAnsi="宋体" w:eastAsia="宋体"/>
          <w:b w:val="0"/>
          <w:sz w:val="22"/>
        </w:rPr>
        <w:t>答案：ABCD　解析：不可抗力构成及处理规则如上。</w:t>
      </w:r>
    </w:p>
    <w:p>
      <w:r>
        <w:rPr>
          <w:rFonts w:ascii="宋体" w:hAnsi="宋体" w:eastAsia="宋体"/>
          <w:b w:val="0"/>
          <w:sz w:val="22"/>
        </w:rPr>
      </w:r>
    </w:p>
    <w:p>
      <w:r>
        <w:rPr>
          <w:rFonts w:ascii="宋体" w:hAnsi="宋体" w:eastAsia="宋体"/>
          <w:b w:val="0"/>
          <w:sz w:val="22"/>
        </w:rPr>
        <w:t>【一建法规·多选题 第85题】下列属于竣工验收应具备条件的有（　）。</w:t>
      </w:r>
    </w:p>
    <w:p>
      <w:r>
        <w:rPr>
          <w:rFonts w:ascii="宋体" w:hAnsi="宋体" w:eastAsia="宋体"/>
          <w:b w:val="0"/>
          <w:sz w:val="22"/>
        </w:rPr>
        <w:t xml:space="preserve">　A. 完成设计和合同约定内容</w:t>
      </w:r>
    </w:p>
    <w:p>
      <w:r>
        <w:rPr>
          <w:rFonts w:ascii="宋体" w:hAnsi="宋体" w:eastAsia="宋体"/>
          <w:b w:val="0"/>
          <w:sz w:val="22"/>
        </w:rPr>
        <w:t xml:space="preserve">　B. 有完整技术档案和施工管理资料</w:t>
      </w:r>
    </w:p>
    <w:p>
      <w:r>
        <w:rPr>
          <w:rFonts w:ascii="宋体" w:hAnsi="宋体" w:eastAsia="宋体"/>
          <w:b w:val="0"/>
          <w:sz w:val="22"/>
        </w:rPr>
        <w:t xml:space="preserve">　C. 有材料进场试验报告</w:t>
      </w:r>
    </w:p>
    <w:p>
      <w:r>
        <w:rPr>
          <w:rFonts w:ascii="宋体" w:hAnsi="宋体" w:eastAsia="宋体"/>
          <w:b w:val="0"/>
          <w:sz w:val="22"/>
        </w:rPr>
        <w:t xml:space="preserve">　D. 有施工单位签署的工程保修书</w:t>
      </w:r>
    </w:p>
    <w:p>
      <w:r>
        <w:rPr>
          <w:rFonts w:ascii="宋体" w:hAnsi="宋体" w:eastAsia="宋体"/>
          <w:b w:val="0"/>
          <w:sz w:val="22"/>
        </w:rPr>
        <w:t>答案：ABCD　解析：均为竣工验收法定条件。</w:t>
      </w:r>
    </w:p>
    <w:p>
      <w:r>
        <w:rPr>
          <w:rFonts w:ascii="宋体" w:hAnsi="宋体" w:eastAsia="宋体"/>
          <w:b w:val="0"/>
          <w:sz w:val="22"/>
        </w:rPr>
      </w:r>
    </w:p>
    <w:p>
      <w:r>
        <w:rPr>
          <w:rFonts w:ascii="宋体" w:hAnsi="宋体" w:eastAsia="宋体"/>
          <w:b w:val="0"/>
          <w:sz w:val="22"/>
        </w:rPr>
        <w:t>【一建法规·多选题 第86题】关于安全生产事故报告，正确的有（　）。</w:t>
      </w:r>
    </w:p>
    <w:p>
      <w:r>
        <w:rPr>
          <w:rFonts w:ascii="宋体" w:hAnsi="宋体" w:eastAsia="宋体"/>
          <w:b w:val="0"/>
          <w:sz w:val="22"/>
        </w:rPr>
        <w:t xml:space="preserve">　A. 现场人员立即报告本单位负责人</w:t>
      </w:r>
    </w:p>
    <w:p>
      <w:r>
        <w:rPr>
          <w:rFonts w:ascii="宋体" w:hAnsi="宋体" w:eastAsia="宋体"/>
          <w:b w:val="0"/>
          <w:sz w:val="22"/>
        </w:rPr>
        <w:t xml:space="preserve">　B. 单位负责人及时向有关部门报告</w:t>
      </w:r>
    </w:p>
    <w:p>
      <w:r>
        <w:rPr>
          <w:rFonts w:ascii="宋体" w:hAnsi="宋体" w:eastAsia="宋体"/>
          <w:b w:val="0"/>
          <w:sz w:val="22"/>
        </w:rPr>
        <w:t xml:space="preserve">　C. 不得隐瞒谎报</w:t>
      </w:r>
    </w:p>
    <w:p>
      <w:r>
        <w:rPr>
          <w:rFonts w:ascii="宋体" w:hAnsi="宋体" w:eastAsia="宋体"/>
          <w:b w:val="0"/>
          <w:sz w:val="22"/>
        </w:rPr>
        <w:t xml:space="preserve">　D. 故意破坏事故现场</w:t>
      </w:r>
    </w:p>
    <w:p>
      <w:r>
        <w:rPr>
          <w:rFonts w:ascii="宋体" w:hAnsi="宋体" w:eastAsia="宋体"/>
          <w:b w:val="0"/>
          <w:sz w:val="22"/>
        </w:rPr>
        <w:t>答案：ABC　解析：不得破坏现场、毁灭证据，D错误。</w:t>
      </w:r>
    </w:p>
    <w:p>
      <w:r>
        <w:rPr>
          <w:rFonts w:ascii="宋体" w:hAnsi="宋体" w:eastAsia="宋体"/>
          <w:b w:val="0"/>
          <w:sz w:val="22"/>
        </w:rPr>
      </w:r>
    </w:p>
    <w:p>
      <w:r>
        <w:rPr>
          <w:rFonts w:ascii="宋体" w:hAnsi="宋体" w:eastAsia="宋体"/>
          <w:b w:val="0"/>
          <w:sz w:val="22"/>
        </w:rPr>
        <w:t>【一建法规·多选题 第87题】下列属于劳动者权利的有（　）。</w:t>
      </w:r>
    </w:p>
    <w:p>
      <w:r>
        <w:rPr>
          <w:rFonts w:ascii="宋体" w:hAnsi="宋体" w:eastAsia="宋体"/>
          <w:b w:val="0"/>
          <w:sz w:val="22"/>
        </w:rPr>
        <w:t xml:space="preserve">　A. 取得劳动报酬</w:t>
      </w:r>
    </w:p>
    <w:p>
      <w:r>
        <w:rPr>
          <w:rFonts w:ascii="宋体" w:hAnsi="宋体" w:eastAsia="宋体"/>
          <w:b w:val="0"/>
          <w:sz w:val="22"/>
        </w:rPr>
        <w:t xml:space="preserve">　B. 休息休假</w:t>
      </w:r>
    </w:p>
    <w:p>
      <w:r>
        <w:rPr>
          <w:rFonts w:ascii="宋体" w:hAnsi="宋体" w:eastAsia="宋体"/>
          <w:b w:val="0"/>
          <w:sz w:val="22"/>
        </w:rPr>
        <w:t xml:space="preserve">　C. 获得劳动安全卫生保护</w:t>
      </w:r>
    </w:p>
    <w:p>
      <w:r>
        <w:rPr>
          <w:rFonts w:ascii="宋体" w:hAnsi="宋体" w:eastAsia="宋体"/>
          <w:b w:val="0"/>
          <w:sz w:val="22"/>
        </w:rPr>
        <w:t xml:space="preserve">　D. 享受社会保险</w:t>
      </w:r>
    </w:p>
    <w:p>
      <w:r>
        <w:rPr>
          <w:rFonts w:ascii="宋体" w:hAnsi="宋体" w:eastAsia="宋体"/>
          <w:b w:val="0"/>
          <w:sz w:val="22"/>
        </w:rPr>
        <w:t>答案：ABCD　解析：均为劳动者基本权利。</w:t>
      </w:r>
    </w:p>
    <w:p>
      <w:r>
        <w:rPr>
          <w:rFonts w:ascii="宋体" w:hAnsi="宋体" w:eastAsia="宋体"/>
          <w:b w:val="0"/>
          <w:sz w:val="22"/>
        </w:rPr>
      </w:r>
    </w:p>
    <w:p>
      <w:r>
        <w:rPr>
          <w:rFonts w:ascii="宋体" w:hAnsi="宋体" w:eastAsia="宋体"/>
          <w:b w:val="0"/>
          <w:sz w:val="22"/>
        </w:rPr>
        <w:t>【一建法规·多选题 第88题】关于工程监理，下列正确的有（　）。</w:t>
      </w:r>
    </w:p>
    <w:p>
      <w:r>
        <w:rPr>
          <w:rFonts w:ascii="宋体" w:hAnsi="宋体" w:eastAsia="宋体"/>
          <w:b w:val="0"/>
          <w:sz w:val="22"/>
        </w:rPr>
        <w:t xml:space="preserve">　A. 依据法律法规和合同监理</w:t>
      </w:r>
    </w:p>
    <w:p>
      <w:r>
        <w:rPr>
          <w:rFonts w:ascii="宋体" w:hAnsi="宋体" w:eastAsia="宋体"/>
          <w:b w:val="0"/>
          <w:sz w:val="22"/>
        </w:rPr>
        <w:t xml:space="preserve">　B. 材料未经签字不得使用</w:t>
      </w:r>
    </w:p>
    <w:p>
      <w:r>
        <w:rPr>
          <w:rFonts w:ascii="宋体" w:hAnsi="宋体" w:eastAsia="宋体"/>
          <w:b w:val="0"/>
          <w:sz w:val="22"/>
        </w:rPr>
        <w:t xml:space="preserve">　C. 对施工质量承担监理责任</w:t>
      </w:r>
    </w:p>
    <w:p>
      <w:r>
        <w:rPr>
          <w:rFonts w:ascii="宋体" w:hAnsi="宋体" w:eastAsia="宋体"/>
          <w:b w:val="0"/>
          <w:sz w:val="22"/>
        </w:rPr>
        <w:t xml:space="preserve">　D. 可代替施工单位施工</w:t>
      </w:r>
    </w:p>
    <w:p>
      <w:r>
        <w:rPr>
          <w:rFonts w:ascii="宋体" w:hAnsi="宋体" w:eastAsia="宋体"/>
          <w:b w:val="0"/>
          <w:sz w:val="22"/>
        </w:rPr>
        <w:t>答案：ABC　解析：监理不直接施工，D错误。</w:t>
      </w:r>
    </w:p>
    <w:p>
      <w:r>
        <w:rPr>
          <w:rFonts w:ascii="宋体" w:hAnsi="宋体" w:eastAsia="宋体"/>
          <w:b w:val="0"/>
          <w:sz w:val="22"/>
        </w:rPr>
      </w:r>
    </w:p>
    <w:p>
      <w:r>
        <w:rPr>
          <w:rFonts w:ascii="宋体" w:hAnsi="宋体" w:eastAsia="宋体"/>
          <w:b w:val="0"/>
          <w:sz w:val="22"/>
        </w:rPr>
        <w:t>【一建法规·多选题 第89题】下列关于工程质量责任主体，正确的有（　）。</w:t>
      </w:r>
    </w:p>
    <w:p>
      <w:r>
        <w:rPr>
          <w:rFonts w:ascii="宋体" w:hAnsi="宋体" w:eastAsia="宋体"/>
          <w:b w:val="0"/>
          <w:sz w:val="22"/>
        </w:rPr>
        <w:t xml:space="preserve">　A. 建设单位负首要责任</w:t>
      </w:r>
    </w:p>
    <w:p>
      <w:r>
        <w:rPr>
          <w:rFonts w:ascii="宋体" w:hAnsi="宋体" w:eastAsia="宋体"/>
          <w:b w:val="0"/>
          <w:sz w:val="22"/>
        </w:rPr>
        <w:t xml:space="preserve">　B. 勘察设计单位对其成果负责</w:t>
      </w:r>
    </w:p>
    <w:p>
      <w:r>
        <w:rPr>
          <w:rFonts w:ascii="宋体" w:hAnsi="宋体" w:eastAsia="宋体"/>
          <w:b w:val="0"/>
          <w:sz w:val="22"/>
        </w:rPr>
        <w:t xml:space="preserve">　C. 施工单位对施工质量负责</w:t>
      </w:r>
    </w:p>
    <w:p>
      <w:r>
        <w:rPr>
          <w:rFonts w:ascii="宋体" w:hAnsi="宋体" w:eastAsia="宋体"/>
          <w:b w:val="0"/>
          <w:sz w:val="22"/>
        </w:rPr>
        <w:t xml:space="preserve">　D. 监理对监理行为负责</w:t>
      </w:r>
    </w:p>
    <w:p>
      <w:r>
        <w:rPr>
          <w:rFonts w:ascii="宋体" w:hAnsi="宋体" w:eastAsia="宋体"/>
          <w:b w:val="0"/>
          <w:sz w:val="22"/>
        </w:rPr>
        <w:t>答案：ABCD　解析：五方责任主体各负其责。</w:t>
      </w:r>
    </w:p>
    <w:p>
      <w:r>
        <w:rPr>
          <w:rFonts w:ascii="宋体" w:hAnsi="宋体" w:eastAsia="宋体"/>
          <w:b w:val="0"/>
          <w:sz w:val="22"/>
        </w:rPr>
      </w:r>
    </w:p>
    <w:p>
      <w:r>
        <w:rPr>
          <w:rFonts w:ascii="宋体" w:hAnsi="宋体" w:eastAsia="宋体"/>
          <w:b w:val="0"/>
          <w:sz w:val="22"/>
        </w:rPr>
        <w:t>【一建法规·多选题 第90题】关于民事纠纷解决方式，下列正确的有（　）。</w:t>
      </w:r>
    </w:p>
    <w:p>
      <w:r>
        <w:rPr>
          <w:rFonts w:ascii="宋体" w:hAnsi="宋体" w:eastAsia="宋体"/>
          <w:b w:val="0"/>
          <w:sz w:val="22"/>
        </w:rPr>
        <w:t xml:space="preserve">　A. 和解</w:t>
      </w:r>
    </w:p>
    <w:p>
      <w:r>
        <w:rPr>
          <w:rFonts w:ascii="宋体" w:hAnsi="宋体" w:eastAsia="宋体"/>
          <w:b w:val="0"/>
          <w:sz w:val="22"/>
        </w:rPr>
        <w:t xml:space="preserve">　B. 调解</w:t>
      </w:r>
    </w:p>
    <w:p>
      <w:r>
        <w:rPr>
          <w:rFonts w:ascii="宋体" w:hAnsi="宋体" w:eastAsia="宋体"/>
          <w:b w:val="0"/>
          <w:sz w:val="22"/>
        </w:rPr>
        <w:t xml:space="preserve">　C. 仲裁</w:t>
      </w:r>
    </w:p>
    <w:p>
      <w:r>
        <w:rPr>
          <w:rFonts w:ascii="宋体" w:hAnsi="宋体" w:eastAsia="宋体"/>
          <w:b w:val="0"/>
          <w:sz w:val="22"/>
        </w:rPr>
        <w:t xml:space="preserve">　D. 诉讼</w:t>
      </w:r>
    </w:p>
    <w:p>
      <w:r>
        <w:rPr>
          <w:rFonts w:ascii="宋体" w:hAnsi="宋体" w:eastAsia="宋体"/>
          <w:b w:val="0"/>
          <w:sz w:val="22"/>
        </w:rPr>
        <w:t>答案：ABCD　解析：民事纠纷可通过和解、调解、仲裁、诉讼解决。</w:t>
      </w:r>
    </w:p>
    <w:p>
      <w:r>
        <w:rPr>
          <w:rFonts w:ascii="宋体" w:hAnsi="宋体" w:eastAsia="宋体"/>
          <w:b w:val="0"/>
          <w:sz w:val="22"/>
        </w:rPr>
      </w:r>
    </w:p>
    <w:p>
      <w:r>
        <w:rPr>
          <w:rFonts w:ascii="宋体" w:hAnsi="宋体" w:eastAsia="宋体"/>
          <w:b w:val="0"/>
          <w:sz w:val="22"/>
        </w:rPr>
        <w:t>【一建法规·判断题 第91题】建设工程合同应当采用书面形式。</w:t>
      </w:r>
    </w:p>
    <w:p>
      <w:r>
        <w:rPr>
          <w:rFonts w:ascii="宋体" w:hAnsi="宋体" w:eastAsia="宋体"/>
          <w:b w:val="0"/>
          <w:sz w:val="22"/>
        </w:rPr>
        <w:t>答案：对　解析：建筑工程合同为要式合同，须书面。</w:t>
      </w:r>
    </w:p>
    <w:p>
      <w:r>
        <w:rPr>
          <w:rFonts w:ascii="宋体" w:hAnsi="宋体" w:eastAsia="宋体"/>
          <w:b w:val="0"/>
          <w:sz w:val="22"/>
        </w:rPr>
      </w:r>
    </w:p>
    <w:p>
      <w:r>
        <w:rPr>
          <w:rFonts w:ascii="宋体" w:hAnsi="宋体" w:eastAsia="宋体"/>
          <w:b w:val="0"/>
          <w:sz w:val="22"/>
        </w:rPr>
        <w:t>【一建法规·判断题 第92题】投标保证金一般不得超过招标项目估算价的2%。</w:t>
      </w:r>
    </w:p>
    <w:p>
      <w:r>
        <w:rPr>
          <w:rFonts w:ascii="宋体" w:hAnsi="宋体" w:eastAsia="宋体"/>
          <w:b w:val="0"/>
          <w:sz w:val="22"/>
        </w:rPr>
        <w:t>答案：对　解析：法定上限为2%。</w:t>
      </w:r>
    </w:p>
    <w:p>
      <w:r>
        <w:rPr>
          <w:rFonts w:ascii="宋体" w:hAnsi="宋体" w:eastAsia="宋体"/>
          <w:b w:val="0"/>
          <w:sz w:val="22"/>
        </w:rPr>
      </w:r>
    </w:p>
    <w:p>
      <w:r>
        <w:rPr>
          <w:rFonts w:ascii="宋体" w:hAnsi="宋体" w:eastAsia="宋体"/>
          <w:b w:val="0"/>
          <w:sz w:val="22"/>
        </w:rPr>
        <w:t>【一建法规·判断题 第93题】建设单位应当自领取施工许可证之日起6个月内开工。</w:t>
      </w:r>
    </w:p>
    <w:p>
      <w:r>
        <w:rPr>
          <w:rFonts w:ascii="宋体" w:hAnsi="宋体" w:eastAsia="宋体"/>
          <w:b w:val="0"/>
          <w:sz w:val="22"/>
        </w:rPr>
        <w:t>答案：错　解析：应在3个月内开工，延期须申请。</w:t>
      </w:r>
    </w:p>
    <w:p>
      <w:r>
        <w:rPr>
          <w:rFonts w:ascii="宋体" w:hAnsi="宋体" w:eastAsia="宋体"/>
          <w:b w:val="0"/>
          <w:sz w:val="22"/>
        </w:rPr>
      </w:r>
    </w:p>
    <w:p>
      <w:r>
        <w:rPr>
          <w:rFonts w:ascii="宋体" w:hAnsi="宋体" w:eastAsia="宋体"/>
          <w:b w:val="0"/>
          <w:sz w:val="22"/>
        </w:rPr>
        <w:t>【一建法规·判断题 第94题】分包单位可以将其承包的工程再分包。</w:t>
      </w:r>
    </w:p>
    <w:p>
      <w:r>
        <w:rPr>
          <w:rFonts w:ascii="宋体" w:hAnsi="宋体" w:eastAsia="宋体"/>
          <w:b w:val="0"/>
          <w:sz w:val="22"/>
        </w:rPr>
        <w:t>答案：错　解析：法律禁止再分包。</w:t>
      </w:r>
    </w:p>
    <w:p>
      <w:r>
        <w:rPr>
          <w:rFonts w:ascii="宋体" w:hAnsi="宋体" w:eastAsia="宋体"/>
          <w:b w:val="0"/>
          <w:sz w:val="22"/>
        </w:rPr>
      </w:r>
    </w:p>
    <w:p>
      <w:r>
        <w:rPr>
          <w:rFonts w:ascii="宋体" w:hAnsi="宋体" w:eastAsia="宋体"/>
          <w:b w:val="0"/>
          <w:sz w:val="22"/>
        </w:rPr>
        <w:t>【一建法规·判断题 第95题】屋面防水工程最低保修期限为5年。</w:t>
      </w:r>
    </w:p>
    <w:p>
      <w:r>
        <w:rPr>
          <w:rFonts w:ascii="宋体" w:hAnsi="宋体" w:eastAsia="宋体"/>
          <w:b w:val="0"/>
          <w:sz w:val="22"/>
        </w:rPr>
        <w:t>答案：对　解析：防水类工程保修期5年。</w:t>
      </w:r>
    </w:p>
    <w:p>
      <w:r>
        <w:rPr>
          <w:rFonts w:ascii="宋体" w:hAnsi="宋体" w:eastAsia="宋体"/>
          <w:b w:val="0"/>
          <w:sz w:val="22"/>
        </w:rPr>
      </w:r>
    </w:p>
    <w:p>
      <w:r>
        <w:rPr>
          <w:rFonts w:ascii="宋体" w:hAnsi="宋体" w:eastAsia="宋体"/>
          <w:b w:val="0"/>
          <w:sz w:val="22"/>
        </w:rPr>
        <w:t>【一建法规·判断题 第96题】劳动合同期限3个月以上不满1年的，试用期不得超过1个月。</w:t>
      </w:r>
    </w:p>
    <w:p>
      <w:r>
        <w:rPr>
          <w:rFonts w:ascii="宋体" w:hAnsi="宋体" w:eastAsia="宋体"/>
          <w:b w:val="0"/>
          <w:sz w:val="22"/>
        </w:rPr>
        <w:t>答案：对　解析：试用期长短与合同期限挂钩。</w:t>
      </w:r>
    </w:p>
    <w:p>
      <w:r>
        <w:rPr>
          <w:rFonts w:ascii="宋体" w:hAnsi="宋体" w:eastAsia="宋体"/>
          <w:b w:val="0"/>
          <w:sz w:val="22"/>
        </w:rPr>
      </w:r>
    </w:p>
    <w:p>
      <w:r>
        <w:rPr>
          <w:rFonts w:ascii="宋体" w:hAnsi="宋体" w:eastAsia="宋体"/>
          <w:b w:val="0"/>
          <w:sz w:val="22"/>
        </w:rPr>
        <w:t>【一建法规·判断题 第97题】两个以上法人组成联合体投标的，以一个投标人身份共同投标。</w:t>
      </w:r>
    </w:p>
    <w:p>
      <w:r>
        <w:rPr>
          <w:rFonts w:ascii="宋体" w:hAnsi="宋体" w:eastAsia="宋体"/>
          <w:b w:val="0"/>
          <w:sz w:val="22"/>
        </w:rPr>
        <w:t>答案：对　解析：联合体视为一个投标人，承担连带责任。</w:t>
      </w:r>
    </w:p>
    <w:p>
      <w:r>
        <w:rPr>
          <w:rFonts w:ascii="宋体" w:hAnsi="宋体" w:eastAsia="宋体"/>
          <w:b w:val="0"/>
          <w:sz w:val="22"/>
        </w:rPr>
      </w:r>
    </w:p>
    <w:p>
      <w:r>
        <w:rPr>
          <w:rFonts w:ascii="宋体" w:hAnsi="宋体" w:eastAsia="宋体"/>
          <w:b w:val="0"/>
          <w:sz w:val="22"/>
        </w:rPr>
        <w:t>【一建法规·判断题 第98题】仲裁实行两审终审制度。</w:t>
      </w:r>
    </w:p>
    <w:p>
      <w:r>
        <w:rPr>
          <w:rFonts w:ascii="宋体" w:hAnsi="宋体" w:eastAsia="宋体"/>
          <w:b w:val="0"/>
          <w:sz w:val="22"/>
        </w:rPr>
        <w:t>答案：错　解析：仲裁实行一裁终局。</w:t>
      </w:r>
    </w:p>
    <w:p>
      <w:r>
        <w:rPr>
          <w:rFonts w:ascii="宋体" w:hAnsi="宋体" w:eastAsia="宋体"/>
          <w:b w:val="0"/>
          <w:sz w:val="22"/>
        </w:rPr>
      </w:r>
    </w:p>
    <w:p>
      <w:r>
        <w:rPr>
          <w:rFonts w:ascii="宋体" w:hAnsi="宋体" w:eastAsia="宋体"/>
          <w:b w:val="0"/>
          <w:sz w:val="22"/>
        </w:rPr>
        <w:t>【一建法规·判断题 第99题】因施工人原因造成质量不合格，发包人有权要求无偿修理返工。</w:t>
      </w:r>
    </w:p>
    <w:p>
      <w:r>
        <w:rPr>
          <w:rFonts w:ascii="宋体" w:hAnsi="宋体" w:eastAsia="宋体"/>
          <w:b w:val="0"/>
          <w:sz w:val="22"/>
        </w:rPr>
        <w:t>答案：对　解析：施工方对质量缺陷负无偿修复责任。</w:t>
      </w:r>
    </w:p>
    <w:p>
      <w:r>
        <w:rPr>
          <w:rFonts w:ascii="宋体" w:hAnsi="宋体" w:eastAsia="宋体"/>
          <w:b w:val="0"/>
          <w:sz w:val="22"/>
        </w:rPr>
      </w:r>
    </w:p>
    <w:p>
      <w:r>
        <w:rPr>
          <w:rFonts w:ascii="宋体" w:hAnsi="宋体" w:eastAsia="宋体"/>
          <w:b w:val="0"/>
          <w:sz w:val="22"/>
        </w:rPr>
        <w:t>【一建法规·判断题 第100题】普通民事诉讼时效期间为3年。</w:t>
      </w:r>
    </w:p>
    <w:p>
      <w:r>
        <w:rPr>
          <w:rFonts w:ascii="宋体" w:hAnsi="宋体" w:eastAsia="宋体"/>
          <w:b w:val="0"/>
          <w:sz w:val="22"/>
        </w:rPr>
        <w:t>答案：对　解析：现行民法典规定普通诉讼时效为3年。</w:t>
      </w:r>
    </w:p>
    <w:p>
      <w:r>
        <w:rPr>
          <w:rFonts w:ascii="宋体" w:hAnsi="宋体" w:eastAsia="宋体"/>
          <w:b w:val="0"/>
          <w:sz w:val="22"/>
        </w:rPr>
      </w:r>
    </w:p>
    <w:p>
      <w:r>
        <w:rPr>
          <w:rFonts w:ascii="宋体" w:hAnsi="宋体" w:eastAsia="宋体"/>
          <w:b/>
          <w:sz w:val="26"/>
        </w:rPr>
        <w:t>四、备考寄语</w:t>
      </w:r>
    </w:p>
    <w:p>
      <w:r>
        <w:rPr>
          <w:rFonts w:ascii="宋体" w:hAnsi="宋体" w:eastAsia="宋体"/>
          <w:b w:val="0"/>
          <w:sz w:val="22"/>
        </w:rPr>
        <w:t>我是刘哥，工地摸爬滚打十几年，一建考了两回才过。法规这科别死记硬背，理解了合同、招投标、质量保修那套逻辑，再刷这套100题，单选多选判断都有，及格不难。今年考完的对答案估个分，明年要考的现在就把法规先看起来，实务留到后面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