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教师资格证《综合素质》（中学）2026备考自测100题（含答案解析）</w:t>
      </w:r>
    </w:p>
    <w:p>
      <w:pPr>
        <w:pStyle w:val="Heading1"/>
      </w:pPr>
      <w:r>
        <w:t>一、考试通知与报考信息</w:t>
      </w:r>
    </w:p>
    <w:p>
      <w:r>
        <w:t>考试名称：中小学教师资格考试——《综合素质》（中学）</w:t>
      </w:r>
    </w:p>
    <w:p>
      <w:r>
        <w:t>最近一场考试：2026年下半年中小学教师资格考试（笔试）已于2026年9月12日全国统一举行，本批次笔试已结束。</w:t>
      </w:r>
    </w:p>
    <w:p>
      <w:r>
        <w:t>下一场重要节点：2026年下半年教师资格考试（面试）日期为2026年12月5日—6日；据吉林省等考区公告，下半年面试报名时间约为11月6日—9日（各省略有差异，以本省公告为准）。</w:t>
      </w:r>
    </w:p>
    <w:p>
      <w:r>
        <w:t>报名入口：中小学教师资格考试网（中国教育考试网）https://ntce.neea.edu.cn 。</w:t>
      </w:r>
    </w:p>
    <w:p>
      <w:r>
        <w:t>笔试科目：中学《综合素质》上午9:00—11:00；《教育知识与能力》下午13:00—15:00；《学科知识与教学能力》下午16:00—18:00。笔试单科成绩有效期2年。</w:t>
      </w:r>
    </w:p>
    <w:p>
      <w:r>
        <w:t>面试内容：结构化面试+试讲+答辩，笔试各科合格后方可报考面试。</w:t>
      </w:r>
    </w:p>
    <w:p>
      <w:r>
        <w:t>重要提醒：2026下半年笔试报名已于7月3日—6日完成、缴费已于7月8日截止，未赶上的同学可准备2027年上半年笔试（预计2027年3月）。</w:t>
      </w:r>
    </w:p>
    <w:p>
      <w:r>
        <w:t>备注：本文为网友备考经验分享，非官方公告，具体以中国教育考试网及各省教育考试院通知为准。</w:t>
      </w:r>
    </w:p>
    <w:p/>
    <w:p>
      <w:r>
        <w:t>【使用说明】本卷共 100 道题，含单选、多选、判断、简答等题型，附标准答案与简要解析。</w:t>
      </w:r>
    </w:p>
    <w:p>
      <w:r>
        <w:t>建议：闭卷计时作答，模拟真实考试节奏；做完后对照答案逐题订正，错题回归教材。</w:t>
      </w:r>
    </w:p>
    <w:p>
      <w:pPr>
        <w:pStyle w:val="Heading1"/>
      </w:pPr>
      <w:r>
        <w:t>二、模拟试卷（共100题）</w:t>
      </w:r>
    </w:p>
    <w:p>
      <w:r>
        <w:t>说明：本试卷依据该科目历年真题题型结构编写，供考生考前自测练习使用。</w:t>
      </w:r>
    </w:p>
    <w:p>
      <w:r>
        <w:rPr>
          <w:b w:val="0"/>
        </w:rPr>
        <w:t>1. 【单选】素质教育的核心是（ ）。</w:t>
      </w:r>
    </w:p>
    <w:p>
      <w:r>
        <w:t xml:space="preserve">    A. 面向全体学生</w:t>
      </w:r>
    </w:p>
    <w:p>
      <w:r>
        <w:t xml:space="preserve">    B. 促进学生全面发展</w:t>
      </w:r>
    </w:p>
    <w:p>
      <w:r>
        <w:t xml:space="preserve">    C. 培养创新精神和实践能力</w:t>
      </w:r>
    </w:p>
    <w:p>
      <w:r>
        <w:t xml:space="preserve">    D. 提高升学率</w:t>
      </w:r>
    </w:p>
    <w:p>
      <w:r>
        <w:rPr>
          <w:color w:val="166A3A"/>
        </w:rPr>
        <w:t>【答案】C  【解析】素质教育以培养学生创新精神和实践能力为重点/核心。</w:t>
      </w:r>
    </w:p>
    <w:p>
      <w:r>
        <w:rPr>
          <w:b w:val="0"/>
        </w:rPr>
        <w:t>2. 【单选】"以人为本"的学生观认为，学生是（ ）。</w:t>
      </w:r>
    </w:p>
    <w:p>
      <w:r>
        <w:t xml:space="preserve">    A. 被动接受知识的容器</w:t>
      </w:r>
    </w:p>
    <w:p>
      <w:r>
        <w:t xml:space="preserve">    B. 发展的人、独特的人、具有独立意义的人</w:t>
      </w:r>
    </w:p>
    <w:p>
      <w:r>
        <w:t xml:space="preserve">    C. 需要严格管束的对象</w:t>
      </w:r>
    </w:p>
    <w:p>
      <w:r>
        <w:t xml:space="preserve">    D. 考试的工具</w:t>
      </w:r>
    </w:p>
    <w:p>
      <w:r>
        <w:rPr>
          <w:color w:val="166A3A"/>
        </w:rPr>
        <w:t>【答案】B  【解析】学生观三句话：学生是发展的人、独特的人、具有独立意义的人。</w:t>
      </w:r>
    </w:p>
    <w:p>
      <w:r>
        <w:rPr>
          <w:b w:val="0"/>
        </w:rPr>
        <w:t>3. 【单选】新课程改革倡导的教师角色是（ ）。</w:t>
      </w:r>
    </w:p>
    <w:p>
      <w:r>
        <w:t xml:space="preserve">    A. 知识的传授者</w:t>
      </w:r>
    </w:p>
    <w:p>
      <w:r>
        <w:t xml:space="preserve">    B. 学生学习的促进者、课程的建设者</w:t>
      </w:r>
    </w:p>
    <w:p>
      <w:r>
        <w:t xml:space="preserve">    C. 课堂的权威</w:t>
      </w:r>
    </w:p>
    <w:p>
      <w:r>
        <w:t xml:space="preserve">    D. 作业的评判者</w:t>
      </w:r>
    </w:p>
    <w:p>
      <w:r>
        <w:rPr>
          <w:color w:val="166A3A"/>
        </w:rPr>
        <w:t>【答案】B  【解析】教师是学生学习的促进者、课程开发者、教学研究者、社区型开放教师。</w:t>
      </w:r>
    </w:p>
    <w:p>
      <w:r>
        <w:rPr>
          <w:b w:val="0"/>
        </w:rPr>
        <w:t>4. 【单选】"拔苗助长"违背了个体身心发展的（ ）。</w:t>
      </w:r>
    </w:p>
    <w:p>
      <w:r>
        <w:t xml:space="preserve">    A. 顺序性</w:t>
      </w:r>
    </w:p>
    <w:p>
      <w:r>
        <w:t xml:space="preserve">    B. 阶段性</w:t>
      </w:r>
    </w:p>
    <w:p>
      <w:r>
        <w:t xml:space="preserve">    C. 不平衡性</w:t>
      </w:r>
    </w:p>
    <w:p>
      <w:r>
        <w:t xml:space="preserve">    D. 个别差异性</w:t>
      </w:r>
    </w:p>
    <w:p>
      <w:r>
        <w:rPr>
          <w:color w:val="166A3A"/>
        </w:rPr>
        <w:t>【答案】A  【解析】身心发展有顺序性，教育应循序渐进，不可陵节而施。</w:t>
      </w:r>
    </w:p>
    <w:p>
      <w:r>
        <w:rPr>
          <w:b w:val="0"/>
        </w:rPr>
        <w:t>5. 【单选】"一把钥匙开一把锁"体现了教师劳动的（ ）。</w:t>
      </w:r>
    </w:p>
    <w:p>
      <w:r>
        <w:t xml:space="preserve">    A. 复杂性</w:t>
      </w:r>
    </w:p>
    <w:p>
      <w:r>
        <w:t xml:space="preserve">    B. 创造性</w:t>
      </w:r>
    </w:p>
    <w:p>
      <w:r>
        <w:t xml:space="preserve">    C. 长期性</w:t>
      </w:r>
    </w:p>
    <w:p>
      <w:r>
        <w:t xml:space="preserve">    D. 示范性</w:t>
      </w:r>
    </w:p>
    <w:p>
      <w:r>
        <w:rPr>
          <w:color w:val="166A3A"/>
        </w:rPr>
        <w:t>【答案】B  【解析】因材施教体现教师劳动的创造性。</w:t>
      </w:r>
    </w:p>
    <w:p>
      <w:r>
        <w:rPr>
          <w:b w:val="0"/>
        </w:rPr>
        <w:t>6. 【单选】教师职业的本质要求是（ ）。</w:t>
      </w:r>
    </w:p>
    <w:p>
      <w:r>
        <w:t xml:space="preserve">    A. 爱国守法</w:t>
      </w:r>
    </w:p>
    <w:p>
      <w:r>
        <w:t xml:space="preserve">    B. 爱岗敬业</w:t>
      </w:r>
    </w:p>
    <w:p>
      <w:r>
        <w:t xml:space="preserve">    C. 关爱学生</w:t>
      </w:r>
    </w:p>
    <w:p>
      <w:r>
        <w:t xml:space="preserve">    D. 教书育人</w:t>
      </w:r>
    </w:p>
    <w:p>
      <w:r>
        <w:rPr>
          <w:color w:val="166A3A"/>
        </w:rPr>
        <w:t>【答案】B  【解析】爱岗敬业是教师职业的本质要求；关爱学生是师德灵魂。</w:t>
      </w:r>
    </w:p>
    <w:p>
      <w:r>
        <w:rPr>
          <w:b w:val="0"/>
        </w:rPr>
        <w:t>7. 【单选】师德的灵魂是（ ）。</w:t>
      </w:r>
    </w:p>
    <w:p>
      <w:r>
        <w:t xml:space="preserve">    A. 爱国守法</w:t>
      </w:r>
    </w:p>
    <w:p>
      <w:r>
        <w:t xml:space="preserve">    B. 爱岗敬业</w:t>
      </w:r>
    </w:p>
    <w:p>
      <w:r>
        <w:t xml:space="preserve">    C. 关爱学生</w:t>
      </w:r>
    </w:p>
    <w:p>
      <w:r>
        <w:t xml:space="preserve">    D. 为人师表</w:t>
      </w:r>
    </w:p>
    <w:p>
      <w:r>
        <w:rPr>
          <w:color w:val="166A3A"/>
        </w:rPr>
        <w:t>【答案】C  【解析】关爱学生是师德的灵魂。</w:t>
      </w:r>
    </w:p>
    <w:p>
      <w:r>
        <w:rPr>
          <w:b w:val="0"/>
        </w:rPr>
        <w:t>8. 【单选】素质教育区别于应试教育的根本所在是（ ）。</w:t>
      </w:r>
    </w:p>
    <w:p>
      <w:r>
        <w:t xml:space="preserve">    A. 面向全体</w:t>
      </w:r>
    </w:p>
    <w:p>
      <w:r>
        <w:t xml:space="preserve">    B. 创新能力的培养</w:t>
      </w:r>
    </w:p>
    <w:p>
      <w:r>
        <w:t xml:space="preserve">    C. 快速提高成绩</w:t>
      </w:r>
    </w:p>
    <w:p>
      <w:r>
        <w:t xml:space="preserve">    D. 减少作业</w:t>
      </w:r>
    </w:p>
    <w:p>
      <w:r>
        <w:rPr>
          <w:color w:val="166A3A"/>
        </w:rPr>
        <w:t>【答案】B  【解析】创新能力培养是素质教育的时代特征，也是与应试教育的根本区别。</w:t>
      </w:r>
    </w:p>
    <w:p>
      <w:r>
        <w:rPr>
          <w:b w:val="0"/>
        </w:rPr>
        <w:t>9. 【单选】学生是发展中的人，意味着教师应当（ ）。</w:t>
      </w:r>
    </w:p>
    <w:p>
      <w:r>
        <w:t xml:space="preserve">    A. 用成人标准要求学生</w:t>
      </w:r>
    </w:p>
    <w:p>
      <w:r>
        <w:t xml:space="preserve">    B. 允许学生犯错误并帮助其改正</w:t>
      </w:r>
    </w:p>
    <w:p>
      <w:r>
        <w:t xml:space="preserve">    C. 忽视学生的潜能</w:t>
      </w:r>
    </w:p>
    <w:p>
      <w:r>
        <w:t xml:space="preserve">    D. 只看分数</w:t>
      </w:r>
    </w:p>
    <w:p>
      <w:r>
        <w:rPr>
          <w:color w:val="166A3A"/>
        </w:rPr>
        <w:t>【答案】B  【解析】学生处于发展过程中，具有巨大发展潜能，应容错。</w:t>
      </w:r>
    </w:p>
    <w:p>
      <w:r>
        <w:rPr>
          <w:b w:val="0"/>
        </w:rPr>
        <w:t>10. 【单选】新课程背景下，教师对待教学应强调（ ）。</w:t>
      </w:r>
    </w:p>
    <w:p>
      <w:r>
        <w:t xml:space="preserve">    A. 教教材</w:t>
      </w:r>
    </w:p>
    <w:p>
      <w:r>
        <w:t xml:space="preserve">    B. 用教材教</w:t>
      </w:r>
    </w:p>
    <w:p>
      <w:r>
        <w:t xml:space="preserve">    C. 只抓考点</w:t>
      </w:r>
    </w:p>
    <w:p>
      <w:r>
        <w:t xml:space="preserve">    D. 照本宣科</w:t>
      </w:r>
    </w:p>
    <w:p>
      <w:r>
        <w:rPr>
          <w:color w:val="166A3A"/>
        </w:rPr>
        <w:t>【答案】B  【解析】新课改主张"用教材教"而非"教教材"，教材是工具。</w:t>
      </w:r>
    </w:p>
    <w:p>
      <w:r>
        <w:rPr>
          <w:b w:val="0"/>
        </w:rPr>
        <w:t>11. 【单选】"授人以鱼不如授人以渔"强调教学应重视（ ）。</w:t>
      </w:r>
    </w:p>
    <w:p>
      <w:r>
        <w:t xml:space="preserve">    A. 知识传授</w:t>
      </w:r>
    </w:p>
    <w:p>
      <w:r>
        <w:t xml:space="preserve">    B. 学习方法与能力培养</w:t>
      </w:r>
    </w:p>
    <w:p>
      <w:r>
        <w:t xml:space="preserve">    C. 考试分数</w:t>
      </w:r>
    </w:p>
    <w:p>
      <w:r>
        <w:t xml:space="preserve">    D. 品德教育</w:t>
      </w:r>
    </w:p>
    <w:p>
      <w:r>
        <w:rPr>
          <w:color w:val="166A3A"/>
        </w:rPr>
        <w:t>【答案】B  【解析】强调教会学生学习方法，培养终身学习能力。</w:t>
      </w:r>
    </w:p>
    <w:p>
      <w:r>
        <w:rPr>
          <w:b w:val="0"/>
        </w:rPr>
        <w:t>12. 【单选】评价一个班级学生是否进步，最恰当的评价方式是（ ）。</w:t>
      </w:r>
    </w:p>
    <w:p>
      <w:r>
        <w:t xml:space="preserve">    A. 相对评价</w:t>
      </w:r>
    </w:p>
    <w:p>
      <w:r>
        <w:t xml:space="preserve">    B. 绝对评价</w:t>
      </w:r>
    </w:p>
    <w:p>
      <w:r>
        <w:t xml:space="preserve">    C. 个体内差异评价</w:t>
      </w:r>
    </w:p>
    <w:p>
      <w:r>
        <w:t xml:space="preserve">    D. 排名评价</w:t>
      </w:r>
    </w:p>
    <w:p>
      <w:r>
        <w:rPr>
          <w:color w:val="166A3A"/>
        </w:rPr>
        <w:t>【答案】C  【解析】个体内差异评价把学生过去与现在比，符合发展性评价理念。</w:t>
      </w:r>
    </w:p>
    <w:p>
      <w:r>
        <w:rPr>
          <w:b w:val="0"/>
        </w:rPr>
        <w:t>13. 【单选】"多一把衡量的尺子，就多出一批好学生"体现了（ ）。</w:t>
      </w:r>
    </w:p>
    <w:p>
      <w:r>
        <w:t xml:space="preserve">    A. 评价标准多元化</w:t>
      </w:r>
    </w:p>
    <w:p>
      <w:r>
        <w:t xml:space="preserve">    B. 考试万能</w:t>
      </w:r>
    </w:p>
    <w:p>
      <w:r>
        <w:t xml:space="preserve">    C. 减少考试</w:t>
      </w:r>
    </w:p>
    <w:p>
      <w:r>
        <w:t xml:space="preserve">    D. 学生不重要</w:t>
      </w:r>
    </w:p>
    <w:p>
      <w:r>
        <w:rPr>
          <w:color w:val="166A3A"/>
        </w:rPr>
        <w:t>【答案】A  【解析】评价应多元化、多维化，不能只用分数一把尺子。</w:t>
      </w:r>
    </w:p>
    <w:p>
      <w:r>
        <w:rPr>
          <w:b w:val="0"/>
        </w:rPr>
        <w:t>14. 【单选】教师在教育教学中应该平等公正地对待学生，这符合（ ）。</w:t>
      </w:r>
    </w:p>
    <w:p>
      <w:r>
        <w:t xml:space="preserve">    A. 爱岗敬业</w:t>
      </w:r>
    </w:p>
    <w:p>
      <w:r>
        <w:t xml:space="preserve">    B. 关爱学生</w:t>
      </w:r>
    </w:p>
    <w:p>
      <w:r>
        <w:t xml:space="preserve">    C. 为人师表</w:t>
      </w:r>
    </w:p>
    <w:p>
      <w:r>
        <w:t xml:space="preserve">    D. 终身学习</w:t>
      </w:r>
    </w:p>
    <w:p>
      <w:r>
        <w:rPr>
          <w:color w:val="166A3A"/>
        </w:rPr>
        <w:t>【答案】B  【解析】关爱学生要求关心爱护全体学生，尊重人格，平等公正。</w:t>
      </w:r>
    </w:p>
    <w:p>
      <w:r>
        <w:rPr>
          <w:b w:val="0"/>
        </w:rPr>
        <w:t>15. 【单选】新课改提出的三维教学目标不包括（ ）。</w:t>
      </w:r>
    </w:p>
    <w:p>
      <w:r>
        <w:t xml:space="preserve">    A. 知识与技能</w:t>
      </w:r>
    </w:p>
    <w:p>
      <w:r>
        <w:t xml:space="preserve">    B. 过程与方法</w:t>
      </w:r>
    </w:p>
    <w:p>
      <w:r>
        <w:t xml:space="preserve">    C. 情感态度与价值观</w:t>
      </w:r>
    </w:p>
    <w:p>
      <w:r>
        <w:t xml:space="preserve">    D. 升学率</w:t>
      </w:r>
    </w:p>
    <w:p>
      <w:r>
        <w:rPr>
          <w:color w:val="166A3A"/>
        </w:rPr>
        <w:t>【答案】D  【解析】三维目标：知识与技能、过程与方法、情感态度与价值观。</w:t>
      </w:r>
    </w:p>
    <w:p>
      <w:r>
        <w:rPr>
          <w:b w:val="0"/>
        </w:rPr>
        <w:t>16. 【单选】教师专业发展的不竭动力是（ ）。</w:t>
      </w:r>
    </w:p>
    <w:p>
      <w:r>
        <w:t xml:space="preserve">    A. 爱国守法</w:t>
      </w:r>
    </w:p>
    <w:p>
      <w:r>
        <w:t xml:space="preserve">    B. 爱岗敬业</w:t>
      </w:r>
    </w:p>
    <w:p>
      <w:r>
        <w:t xml:space="preserve">    C. 终身学习</w:t>
      </w:r>
    </w:p>
    <w:p>
      <w:r>
        <w:t xml:space="preserve">    D. 为人师表</w:t>
      </w:r>
    </w:p>
    <w:p>
      <w:r>
        <w:rPr>
          <w:color w:val="166A3A"/>
        </w:rPr>
        <w:t>【答案】C  【解析】终身学习是教师专业发展的不竭动力。</w:t>
      </w:r>
    </w:p>
    <w:p>
      <w:r>
        <w:rPr>
          <w:b w:val="0"/>
        </w:rPr>
        <w:t>17. 【单选】教师处理师生关系的基础是（ ）。</w:t>
      </w:r>
    </w:p>
    <w:p>
      <w:r>
        <w:t xml:space="preserve">    A. 爱与尊重</w:t>
      </w:r>
    </w:p>
    <w:p>
      <w:r>
        <w:t xml:space="preserve">    B. 权威</w:t>
      </w:r>
    </w:p>
    <w:p>
      <w:r>
        <w:t xml:space="preserve">    C. 奖惩</w:t>
      </w:r>
    </w:p>
    <w:p>
      <w:r>
        <w:t xml:space="preserve">    D. 分数</w:t>
      </w:r>
    </w:p>
    <w:p>
      <w:r>
        <w:rPr>
          <w:color w:val="166A3A"/>
        </w:rPr>
        <w:t>【答案】A  【解析】良好师生关系建立在爱与尊重基础上。</w:t>
      </w:r>
    </w:p>
    <w:p>
      <w:r>
        <w:rPr>
          <w:b w:val="0"/>
        </w:rPr>
        <w:t>18. 【单选】"十年树木，百年树人"说明教师劳动具有（ ）。</w:t>
      </w:r>
    </w:p>
    <w:p>
      <w:r>
        <w:t xml:space="preserve">    A. 复杂性</w:t>
      </w:r>
    </w:p>
    <w:p>
      <w:r>
        <w:t xml:space="preserve">    B. 长期性</w:t>
      </w:r>
    </w:p>
    <w:p>
      <w:r>
        <w:t xml:space="preserve">    C. 创造性</w:t>
      </w:r>
    </w:p>
    <w:p>
      <w:r>
        <w:t xml:space="preserve">    D. 示范性</w:t>
      </w:r>
    </w:p>
    <w:p>
      <w:r>
        <w:rPr>
          <w:color w:val="166A3A"/>
        </w:rPr>
        <w:t>【答案】B  【解析】人才培养周期长，体现教师劳动的长期性。</w:t>
      </w:r>
    </w:p>
    <w:p>
      <w:r>
        <w:rPr>
          <w:b w:val="0"/>
        </w:rPr>
        <w:t>19. 【单选】下列做法符合素质教育要求的是（ ）。</w:t>
      </w:r>
    </w:p>
    <w:p>
      <w:r>
        <w:t xml:space="preserve">    A. 主占副科课时</w:t>
      </w:r>
    </w:p>
    <w:p>
      <w:r>
        <w:t xml:space="preserve">    B. 按成绩分快慢班</w:t>
      </w:r>
    </w:p>
    <w:p>
      <w:r>
        <w:t xml:space="preserve">    C. 开展丰富多彩的课外活动</w:t>
      </w:r>
    </w:p>
    <w:p>
      <w:r>
        <w:t xml:space="preserve">    D. 只抓尖子生</w:t>
      </w:r>
    </w:p>
    <w:p>
      <w:r>
        <w:rPr>
          <w:color w:val="166A3A"/>
        </w:rPr>
        <w:t>【答案】C  【解析】素质教育面向全体、全面发展，应开展丰富活动。</w:t>
      </w:r>
    </w:p>
    <w:p>
      <w:r>
        <w:rPr>
          <w:b w:val="0"/>
        </w:rPr>
        <w:t>20. 【单选】教师以身作则、为人师表，体现了教师劳动的（ ）。</w:t>
      </w:r>
    </w:p>
    <w:p>
      <w:r>
        <w:t xml:space="preserve">    A. 长期性</w:t>
      </w:r>
    </w:p>
    <w:p>
      <w:r>
        <w:t xml:space="preserve">    B. 示范性</w:t>
      </w:r>
    </w:p>
    <w:p>
      <w:r>
        <w:t xml:space="preserve">    C. 复杂性</w:t>
      </w:r>
    </w:p>
    <w:p>
      <w:r>
        <w:t xml:space="preserve">    D. 创造性</w:t>
      </w:r>
    </w:p>
    <w:p>
      <w:r>
        <w:rPr>
          <w:color w:val="166A3A"/>
        </w:rPr>
        <w:t>【答案】B  【解析】学生具有向师性，教师言行是榜样，劳动具示范性。</w:t>
      </w:r>
    </w:p>
    <w:p>
      <w:r>
        <w:rPr>
          <w:b w:val="0"/>
        </w:rPr>
        <w:t>21. 【单选】我国教育的根本大法是（ ）。</w:t>
      </w:r>
    </w:p>
    <w:p>
      <w:r>
        <w:t xml:space="preserve">    A. 《中华人民共和国教育法》</w:t>
      </w:r>
    </w:p>
    <w:p>
      <w:r>
        <w:t xml:space="preserve">    B. 《义务教育法》</w:t>
      </w:r>
    </w:p>
    <w:p>
      <w:r>
        <w:t xml:space="preserve">    C. 《教师法》</w:t>
      </w:r>
    </w:p>
    <w:p>
      <w:r>
        <w:t xml:space="preserve">    D. 《宪法》</w:t>
      </w:r>
    </w:p>
    <w:p>
      <w:r>
        <w:rPr>
          <w:color w:val="166A3A"/>
        </w:rPr>
        <w:t>【答案】A  【解析】《教育法》是教育领域的根本大法，是"教育宪法"。</w:t>
      </w:r>
    </w:p>
    <w:p>
      <w:r>
        <w:rPr>
          <w:b w:val="0"/>
        </w:rPr>
        <w:t>22. 【单选】《中华人民共和国义务教育法》规定，义务教育实行（ ）为主管理的体制。</w:t>
      </w:r>
    </w:p>
    <w:p>
      <w:r>
        <w:t xml:space="preserve">    A. 省级人民政府</w:t>
      </w:r>
    </w:p>
    <w:p>
      <w:r>
        <w:t xml:space="preserve">    B. 县级人民政府</w:t>
      </w:r>
    </w:p>
    <w:p>
      <w:r>
        <w:t xml:space="preserve">    C. 教育部</w:t>
      </w:r>
    </w:p>
    <w:p>
      <w:r>
        <w:t xml:space="preserve">    D. 学校</w:t>
      </w:r>
    </w:p>
    <w:p>
      <w:r>
        <w:rPr>
          <w:color w:val="166A3A"/>
        </w:rPr>
        <w:t>【答案】B  【解析】义务教育实行国务院领导，省统筹规划，县为主管理。</w:t>
      </w:r>
    </w:p>
    <w:p>
      <w:r>
        <w:rPr>
          <w:b w:val="0"/>
        </w:rPr>
        <w:t>23. 【单选】根据《教师法》，教师的平均工资水平应当（ ）当地公务员的平均工资水平。</w:t>
      </w:r>
    </w:p>
    <w:p>
      <w:r>
        <w:t xml:space="preserve">    A. 相当于</w:t>
      </w:r>
    </w:p>
    <w:p>
      <w:r>
        <w:t xml:space="preserve">    B. 不低于或高于</w:t>
      </w:r>
    </w:p>
    <w:p>
      <w:r>
        <w:t xml:space="preserve">    C. 略低于</w:t>
      </w:r>
    </w:p>
    <w:p>
      <w:r>
        <w:t xml:space="preserve">    D. 不考虑</w:t>
      </w:r>
    </w:p>
    <w:p>
      <w:r>
        <w:rPr>
          <w:color w:val="166A3A"/>
        </w:rPr>
        <w:t>【答案】B  【解析】教师法规定教师平均工资不低于或高于国家公务员平均水平。</w:t>
      </w:r>
    </w:p>
    <w:p>
      <w:r>
        <w:rPr>
          <w:b w:val="0"/>
        </w:rPr>
        <w:t>24. 【单选】对未成年人的学校保护中，学校应当尊重未成年学生的（ ），不得随意开除学生。</w:t>
      </w:r>
    </w:p>
    <w:p>
      <w:r>
        <w:t xml:space="preserve">    A. 受教育权</w:t>
      </w:r>
    </w:p>
    <w:p>
      <w:r>
        <w:t xml:space="preserve">    B. 隐私权</w:t>
      </w:r>
    </w:p>
    <w:p>
      <w:r>
        <w:t xml:space="preserve">    C. 名誉权</w:t>
      </w:r>
    </w:p>
    <w:p>
      <w:r>
        <w:t xml:space="preserve">    D. 肖像权</w:t>
      </w:r>
    </w:p>
    <w:p>
      <w:r>
        <w:rPr>
          <w:color w:val="166A3A"/>
        </w:rPr>
        <w:t>【答案】A  【解析】学校不得违反法律规定开除未成年学生，保障其受教育权。</w:t>
      </w:r>
    </w:p>
    <w:p>
      <w:r>
        <w:rPr>
          <w:b w:val="0"/>
        </w:rPr>
        <w:t>25. 【单选】《未成年人保护法》规定，对未成年人犯罪的案件，新闻报道不得披露该未成年人的（ ）。</w:t>
      </w:r>
    </w:p>
    <w:p>
      <w:r>
        <w:t xml:space="preserve">    A. 姓名、住所、照片等可识别身份的资料</w:t>
      </w:r>
    </w:p>
    <w:p>
      <w:r>
        <w:t xml:space="preserve">    B. 犯罪事实</w:t>
      </w:r>
    </w:p>
    <w:p>
      <w:r>
        <w:t xml:space="preserve">    C. 审理过程</w:t>
      </w:r>
    </w:p>
    <w:p>
      <w:r>
        <w:t xml:space="preserve">    D. 判决结果</w:t>
      </w:r>
    </w:p>
    <w:p>
      <w:r>
        <w:rPr>
          <w:color w:val="166A3A"/>
        </w:rPr>
        <w:t>【答案】A  【解析】对未成年人犯罪案件，媒体不得披露其姓名、住所、照片等身份信息。</w:t>
      </w:r>
    </w:p>
    <w:p>
      <w:r>
        <w:rPr>
          <w:b w:val="0"/>
        </w:rPr>
        <w:t>26. 【单选】教师对学生实施体罚，经教育不改的，由所在学校给予（ ）。</w:t>
      </w:r>
    </w:p>
    <w:p>
      <w:r>
        <w:t xml:space="preserve">    A. 行政处罚</w:t>
      </w:r>
    </w:p>
    <w:p>
      <w:r>
        <w:t xml:space="preserve">    B. 行政处分或解聘</w:t>
      </w:r>
    </w:p>
    <w:p>
      <w:r>
        <w:t xml:space="preserve">    C. 刑事处罚</w:t>
      </w:r>
    </w:p>
    <w:p>
      <w:r>
        <w:t xml:space="preserve">    D. 罚款</w:t>
      </w:r>
    </w:p>
    <w:p>
      <w:r>
        <w:rPr>
          <w:color w:val="166A3A"/>
        </w:rPr>
        <w:t>【答案】B  【解析】教师法规定体罚学生经教育不改的，给予行政处分或解聘。</w:t>
      </w:r>
    </w:p>
    <w:p>
      <w:r>
        <w:rPr>
          <w:b w:val="0"/>
        </w:rPr>
        <w:t>27. 【单选】我国实行（ ）年制义务教育。</w:t>
      </w:r>
    </w:p>
    <w:p>
      <w:r>
        <w:t xml:space="preserve">    A. 六</w:t>
      </w:r>
    </w:p>
    <w:p>
      <w:r>
        <w:t xml:space="preserve">    B. 九</w:t>
      </w:r>
    </w:p>
    <w:p>
      <w:r>
        <w:t xml:space="preserve">    C. 十二</w:t>
      </w:r>
    </w:p>
    <w:p>
      <w:r>
        <w:t xml:space="preserve">    D. 十</w:t>
      </w:r>
    </w:p>
    <w:p>
      <w:r>
        <w:rPr>
          <w:color w:val="166A3A"/>
        </w:rPr>
        <w:t>【答案】B  【解析】我国实行九年义务教育制度。</w:t>
      </w:r>
    </w:p>
    <w:p>
      <w:r>
        <w:rPr>
          <w:b w:val="0"/>
        </w:rPr>
        <w:t>28. 【单选】《国家中长期教育改革和发展规划纲要》提出，把（ ）作为教育工作的根本要求。</w:t>
      </w:r>
    </w:p>
    <w:p>
      <w:r>
        <w:t xml:space="preserve">    A. 育人为本</w:t>
      </w:r>
    </w:p>
    <w:p>
      <w:r>
        <w:t xml:space="preserve">    B. 改革创新</w:t>
      </w:r>
    </w:p>
    <w:p>
      <w:r>
        <w:t xml:space="preserve">    C. 促进公平</w:t>
      </w:r>
    </w:p>
    <w:p>
      <w:r>
        <w:t xml:space="preserve">    D. 提高质量</w:t>
      </w:r>
    </w:p>
    <w:p>
      <w:r>
        <w:rPr>
          <w:color w:val="166A3A"/>
        </w:rPr>
        <w:t>【答案】A  【解析】把育人为本作为根本要求，改革创新为动力，促进公平为教育政策。</w:t>
      </w:r>
    </w:p>
    <w:p>
      <w:r>
        <w:rPr>
          <w:b w:val="0"/>
        </w:rPr>
        <w:t>29. 【单选】学生李某上课扰乱课堂，教师正确的做法是（ ）。</w:t>
      </w:r>
    </w:p>
    <w:p>
      <w:r>
        <w:t xml:space="preserve">    A. 赶出教室</w:t>
      </w:r>
    </w:p>
    <w:p>
      <w:r>
        <w:t xml:space="preserve">    B. 适当批评教育并课后沟通</w:t>
      </w:r>
    </w:p>
    <w:p>
      <w:r>
        <w:t xml:space="preserve">    C. 罚款</w:t>
      </w:r>
    </w:p>
    <w:p>
      <w:r>
        <w:t xml:space="preserve">    D. 体罚</w:t>
      </w:r>
    </w:p>
    <w:p>
      <w:r>
        <w:rPr>
          <w:color w:val="166A3A"/>
        </w:rPr>
        <w:t>【答案】B  【解析】教师应批评教育但不得体罚、不得随意剥夺学生受教育权。</w:t>
      </w:r>
    </w:p>
    <w:p>
      <w:r>
        <w:rPr>
          <w:b w:val="0"/>
        </w:rPr>
        <w:t>30. 【单选】根据法律，中小学生旷课的，学校应当（ ）。</w:t>
      </w:r>
    </w:p>
    <w:p>
      <w:r>
        <w:t xml:space="preserve">    A. 直接开除</w:t>
      </w:r>
    </w:p>
    <w:p>
      <w:r>
        <w:t xml:space="preserve">    B. 及时与其父母或监护人联系</w:t>
      </w:r>
    </w:p>
    <w:p>
      <w:r>
        <w:t xml:space="preserve">    C. 罚款</w:t>
      </w:r>
    </w:p>
    <w:p>
      <w:r>
        <w:t xml:space="preserve">    D. 不管</w:t>
      </w:r>
    </w:p>
    <w:p>
      <w:r>
        <w:rPr>
          <w:color w:val="166A3A"/>
        </w:rPr>
        <w:t>【答案】B  【解析】学生旷课学校应及时与监护人联系，了解情况。</w:t>
      </w:r>
    </w:p>
    <w:p>
      <w:r>
        <w:rPr>
          <w:b w:val="0"/>
        </w:rPr>
        <w:t>31. 【单选】《中华人民共和国教师法》规定，教师是履行教育教学职责的（ ）。</w:t>
      </w:r>
    </w:p>
    <w:p>
      <w:r>
        <w:t xml:space="preserve">    A. 公务员</w:t>
      </w:r>
    </w:p>
    <w:p>
      <w:r>
        <w:t xml:space="preserve">    B. 专业人员</w:t>
      </w:r>
    </w:p>
    <w:p>
      <w:r>
        <w:t xml:space="preserve">    C. 自由职业者</w:t>
      </w:r>
    </w:p>
    <w:p>
      <w:r>
        <w:t xml:space="preserve">    D. 事业单位工人</w:t>
      </w:r>
    </w:p>
    <w:p>
      <w:r>
        <w:rPr>
          <w:color w:val="166A3A"/>
        </w:rPr>
        <w:t>【答案】B  【解析】教师是履行教育教学职责的专业人员，承担教书育人使命。</w:t>
      </w:r>
    </w:p>
    <w:p>
      <w:r>
        <w:rPr>
          <w:b w:val="0"/>
        </w:rPr>
        <w:t>32. 【单选】学校组织学生参加校外活动，发生突发事件时，教师应首先（ ）。</w:t>
      </w:r>
    </w:p>
    <w:p>
      <w:r>
        <w:t xml:space="preserve">    A. 保护学生安全</w:t>
      </w:r>
    </w:p>
    <w:p>
      <w:r>
        <w:t xml:space="preserve">    B. 自己先跑</w:t>
      </w:r>
    </w:p>
    <w:p>
      <w:r>
        <w:t xml:space="preserve">    C. 拍照发朋友圈</w:t>
      </w:r>
    </w:p>
    <w:p>
      <w:r>
        <w:t xml:space="preserve">    D. 等待领导指示</w:t>
      </w:r>
    </w:p>
    <w:p>
      <w:r>
        <w:rPr>
          <w:color w:val="166A3A"/>
        </w:rPr>
        <w:t>【答案】A  【解析】教师有保护学生安全的义务，突发事件应优先组织学生疏散。</w:t>
      </w:r>
    </w:p>
    <w:p>
      <w:r>
        <w:rPr>
          <w:b w:val="0"/>
        </w:rPr>
        <w:t>33. 【单选】义务教育阶段学校（ ）。</w:t>
      </w:r>
    </w:p>
    <w:p>
      <w:r>
        <w:t xml:space="preserve">    A. 可以分重点班非重点班</w:t>
      </w:r>
    </w:p>
    <w:p>
      <w:r>
        <w:t xml:space="preserve">    B. 不得分设重点班和非重点班</w:t>
      </w:r>
    </w:p>
    <w:p>
      <w:r>
        <w:t xml:space="preserve">    C. 按成绩分班</w:t>
      </w:r>
    </w:p>
    <w:p>
      <w:r>
        <w:t xml:space="preserve">    D. 可设实验班</w:t>
      </w:r>
    </w:p>
    <w:p>
      <w:r>
        <w:rPr>
          <w:color w:val="166A3A"/>
        </w:rPr>
        <w:t>【答案】B  【解析】义务教育法明确不得分设重点班与非重点班。</w:t>
      </w:r>
    </w:p>
    <w:p>
      <w:r>
        <w:rPr>
          <w:b w:val="0"/>
        </w:rPr>
        <w:t>34. 【单选】《中小学教育惩戒规则（试行）》施行时间为（ ）。</w:t>
      </w:r>
    </w:p>
    <w:p>
      <w:r>
        <w:t xml:space="preserve">    A. 2020年</w:t>
      </w:r>
    </w:p>
    <w:p>
      <w:r>
        <w:t xml:space="preserve">    B. 2021年3月1日</w:t>
      </w:r>
    </w:p>
    <w:p>
      <w:r>
        <w:t xml:space="preserve">    C. 2019年</w:t>
      </w:r>
    </w:p>
    <w:p>
      <w:r>
        <w:t xml:space="preserve">    D. 2022年</w:t>
      </w:r>
    </w:p>
    <w:p>
      <w:r>
        <w:rPr>
          <w:color w:val="166A3A"/>
        </w:rPr>
        <w:t>【答案】B  【解析】《中小学教育惩戒规则（试行）》自2021年3月1日起施行。</w:t>
      </w:r>
    </w:p>
    <w:p>
      <w:r>
        <w:rPr>
          <w:b w:val="0"/>
        </w:rPr>
        <w:t>35. 【单选】学生伤害事故中，学校已履行了相应职责、行为并无不当的，学校（ ）。</w:t>
      </w:r>
    </w:p>
    <w:p>
      <w:r>
        <w:t xml:space="preserve">    A. 承担全部责任</w:t>
      </w:r>
    </w:p>
    <w:p>
      <w:r>
        <w:t xml:space="preserve">    B. 不承担法律责任</w:t>
      </w:r>
    </w:p>
    <w:p>
      <w:r>
        <w:t xml:space="preserve">    C. 承担一半责任</w:t>
      </w:r>
    </w:p>
    <w:p>
      <w:r>
        <w:t xml:space="preserve">    D. 承担补偿责任</w:t>
      </w:r>
    </w:p>
    <w:p>
      <w:r>
        <w:rPr>
          <w:color w:val="166A3A"/>
        </w:rPr>
        <w:t>【答案】B  【解析】依据《学生伤害事故处理办法》，学校无不当行为的不承担法律责任。</w:t>
      </w:r>
    </w:p>
    <w:p>
      <w:r>
        <w:rPr>
          <w:b w:val="0"/>
        </w:rPr>
        <w:t>36. 【单选】根据《宪法》，中华人民共和国公民有受教育的（ ）。</w:t>
      </w:r>
    </w:p>
    <w:p>
      <w:r>
        <w:t xml:space="preserve">    A. 权利</w:t>
      </w:r>
    </w:p>
    <w:p>
      <w:r>
        <w:t xml:space="preserve">    B. 义务</w:t>
      </w:r>
    </w:p>
    <w:p>
      <w:r>
        <w:t xml:space="preserve">    C. 权利和义务</w:t>
      </w:r>
    </w:p>
    <w:p>
      <w:r>
        <w:t xml:space="preserve">    D. 权力</w:t>
      </w:r>
    </w:p>
    <w:p>
      <w:r>
        <w:rPr>
          <w:color w:val="166A3A"/>
        </w:rPr>
        <w:t>【答案】C  【解析】受教育既是公民的基本权利，也是基本义务。</w:t>
      </w:r>
    </w:p>
    <w:p>
      <w:r>
        <w:rPr>
          <w:b w:val="0"/>
        </w:rPr>
        <w:t>37. 【单选】教师不得对学生实施有偿补课，这属于（ ）的要求。</w:t>
      </w:r>
    </w:p>
    <w:p>
      <w:r>
        <w:t xml:space="preserve">    A. 爱国守法</w:t>
      </w:r>
    </w:p>
    <w:p>
      <w:r>
        <w:t xml:space="preserve">    B. 爱岗敬业</w:t>
      </w:r>
    </w:p>
    <w:p>
      <w:r>
        <w:t xml:space="preserve">    C. 为人师表（廉洁从教）</w:t>
      </w:r>
    </w:p>
    <w:p>
      <w:r>
        <w:t xml:space="preserve">    D. 终身学习</w:t>
      </w:r>
    </w:p>
    <w:p>
      <w:r>
        <w:rPr>
          <w:color w:val="166A3A"/>
        </w:rPr>
        <w:t>【答案】C  【解析】为人师表要求作风正派、廉洁奉公，不得有偿家教。</w:t>
      </w:r>
    </w:p>
    <w:p>
      <w:r>
        <w:rPr>
          <w:b w:val="0"/>
        </w:rPr>
        <w:t>38. 【单选】学校应当把（ ）放在首位，寓德育于教育教学之中。</w:t>
      </w:r>
    </w:p>
    <w:p>
      <w:r>
        <w:t xml:space="preserve">    A. 智育</w:t>
      </w:r>
    </w:p>
    <w:p>
      <w:r>
        <w:t xml:space="preserve">    B. 德育</w:t>
      </w:r>
    </w:p>
    <w:p>
      <w:r>
        <w:t xml:space="preserve">    C. 体育</w:t>
      </w:r>
    </w:p>
    <w:p>
      <w:r>
        <w:t xml:space="preserve">    D. 美育</w:t>
      </w:r>
    </w:p>
    <w:p>
      <w:r>
        <w:rPr>
          <w:color w:val="166A3A"/>
        </w:rPr>
        <w:t>【答案】B  【解析】学校应把德育放在首位，立德树人。</w:t>
      </w:r>
    </w:p>
    <w:p>
      <w:r>
        <w:rPr>
          <w:b w:val="0"/>
        </w:rPr>
        <w:t>39. 【单选】对违反学校管理制度的学生，学校应当（ ）。</w:t>
      </w:r>
    </w:p>
    <w:p>
      <w:r>
        <w:t xml:space="preserve">    A. 直接开除</w:t>
      </w:r>
    </w:p>
    <w:p>
      <w:r>
        <w:t xml:space="preserve">    B. 予以批评教育，不得开除</w:t>
      </w:r>
    </w:p>
    <w:p>
      <w:r>
        <w:t xml:space="preserve">    C. 劝退</w:t>
      </w:r>
    </w:p>
    <w:p>
      <w:r>
        <w:t xml:space="preserve">    D. 罚款</w:t>
      </w:r>
    </w:p>
    <w:p>
      <w:r>
        <w:rPr>
          <w:color w:val="166A3A"/>
        </w:rPr>
        <w:t>【答案】B  【解析】义务教育阶段对违纪学生应批评教育，不得开除。</w:t>
      </w:r>
    </w:p>
    <w:p>
      <w:r>
        <w:rPr>
          <w:b w:val="0"/>
        </w:rPr>
        <w:t>40. 【单选】《未成年人保护法》确立的保护未成年人工作应当遵循的原则不包括（ ）。</w:t>
      </w:r>
    </w:p>
    <w:p>
      <w:r>
        <w:t xml:space="preserve">    A. 尊重人格尊严</w:t>
      </w:r>
    </w:p>
    <w:p>
      <w:r>
        <w:t xml:space="preserve">    B. 适应身心发展规律</w:t>
      </w:r>
    </w:p>
    <w:p>
      <w:r>
        <w:t xml:space="preserve">    C. 教育与保护相结合</w:t>
      </w:r>
    </w:p>
    <w:p>
      <w:r>
        <w:t xml:space="preserve">    D. 满足一切要求</w:t>
      </w:r>
    </w:p>
    <w:p>
      <w:r>
        <w:rPr>
          <w:color w:val="166A3A"/>
        </w:rPr>
        <w:t>【答案】D  【解析】原则含最有利于未成年人、尊重人格、适应发展规律、教育保护结合。</w:t>
      </w:r>
    </w:p>
    <w:p>
      <w:r>
        <w:rPr>
          <w:b w:val="0"/>
        </w:rPr>
        <w:t>41. 【单选】教师对学校教育教学管理工作提出意见和建议，行使的是（ ）。</w:t>
      </w:r>
    </w:p>
    <w:p>
      <w:r>
        <w:t xml:space="preserve">    A. 教育教学权</w:t>
      </w:r>
    </w:p>
    <w:p>
      <w:r>
        <w:t xml:space="preserve">    B. 科学研究权</w:t>
      </w:r>
    </w:p>
    <w:p>
      <w:r>
        <w:t xml:space="preserve">    C. 民主管理权</w:t>
      </w:r>
    </w:p>
    <w:p>
      <w:r>
        <w:t xml:space="preserve">    D. 进修培训权</w:t>
      </w:r>
    </w:p>
    <w:p>
      <w:r>
        <w:rPr>
          <w:color w:val="166A3A"/>
        </w:rPr>
        <w:t>【答案】C  【解析】教师对学校工作提出意见建议，参与民主管理。</w:t>
      </w:r>
    </w:p>
    <w:p>
      <w:r>
        <w:rPr>
          <w:b w:val="0"/>
        </w:rPr>
        <w:t>42. 【单选】某教师在课堂上散播损害国家利益的言论，违背了教师职业道德的（ ）要求。</w:t>
      </w:r>
    </w:p>
    <w:p>
      <w:r>
        <w:t xml:space="preserve">    A. 爱国守法</w:t>
      </w:r>
    </w:p>
    <w:p>
      <w:r>
        <w:t xml:space="preserve">    B. 爱岗敬业</w:t>
      </w:r>
    </w:p>
    <w:p>
      <w:r>
        <w:t xml:space="preserve">    C. 关爱学生</w:t>
      </w:r>
    </w:p>
    <w:p>
      <w:r>
        <w:t xml:space="preserve">    D. 终身学习</w:t>
      </w:r>
    </w:p>
    <w:p>
      <w:r>
        <w:rPr>
          <w:color w:val="166A3A"/>
        </w:rPr>
        <w:t>【答案】A  【解析】爱国守法要求教师拥护党的领导，不得有损害国家利益的言论。</w:t>
      </w:r>
    </w:p>
    <w:p>
      <w:r>
        <w:rPr>
          <w:b w:val="0"/>
        </w:rPr>
        <w:t>43. 【单选】根据法律，年满（ ）周岁的未成年人是限制民事行为能力人（八周岁以上）。</w:t>
      </w:r>
    </w:p>
    <w:p>
      <w:r>
        <w:t xml:space="preserve">    A. 六</w:t>
      </w:r>
    </w:p>
    <w:p>
      <w:r>
        <w:t xml:space="preserve">    B. 八</w:t>
      </w:r>
    </w:p>
    <w:p>
      <w:r>
        <w:t xml:space="preserve">    C. 十</w:t>
      </w:r>
    </w:p>
    <w:p>
      <w:r>
        <w:t xml:space="preserve">    D. 十八</w:t>
      </w:r>
    </w:p>
    <w:p>
      <w:r>
        <w:rPr>
          <w:color w:val="166A3A"/>
        </w:rPr>
        <w:t>【答案】B  【解析】《民法典》规定八周岁以上未成年人为限制民事行为能力人。</w:t>
      </w:r>
    </w:p>
    <w:p>
      <w:r>
        <w:rPr>
          <w:b w:val="0"/>
        </w:rPr>
        <w:t>44. 【单选】教育法规定，国家实行职业教育制度和（ ）。</w:t>
      </w:r>
    </w:p>
    <w:p>
      <w:r>
        <w:t xml:space="preserve">    A. 成人教育制度</w:t>
      </w:r>
    </w:p>
    <w:p>
      <w:r>
        <w:t xml:space="preserve">    B. 终身教育制度</w:t>
      </w:r>
    </w:p>
    <w:p>
      <w:r>
        <w:t xml:space="preserve">    C. 远程教育制度</w:t>
      </w:r>
    </w:p>
    <w:p>
      <w:r>
        <w:t xml:space="preserve">    D. 自学考试制度</w:t>
      </w:r>
    </w:p>
    <w:p>
      <w:r>
        <w:rPr>
          <w:color w:val="166A3A"/>
        </w:rPr>
        <w:t>【答案】A  【解析】教育法规定国家实行职业教育制度和成人教育制度。</w:t>
      </w:r>
    </w:p>
    <w:p>
      <w:r>
        <w:rPr>
          <w:b w:val="0"/>
        </w:rPr>
        <w:t>45. 【单选】教师认为学校侵犯其合法权益，可以向教育行政部门提出申诉，教育行政部门应当在接到申诉的（ ）日内处理。</w:t>
      </w:r>
    </w:p>
    <w:p>
      <w:r>
        <w:t xml:space="preserve">    A. 15</w:t>
      </w:r>
    </w:p>
    <w:p>
      <w:r>
        <w:t xml:space="preserve">    B. 30</w:t>
      </w:r>
    </w:p>
    <w:p>
      <w:r>
        <w:t xml:space="preserve">    C. 60</w:t>
      </w:r>
    </w:p>
    <w:p>
      <w:r>
        <w:t xml:space="preserve">    D. 90</w:t>
      </w:r>
    </w:p>
    <w:p>
      <w:r>
        <w:rPr>
          <w:color w:val="166A3A"/>
        </w:rPr>
        <w:t>【答案】B  【解析】教师法规定30日内对教师申诉作出处理。</w:t>
      </w:r>
    </w:p>
    <w:p>
      <w:r>
        <w:rPr>
          <w:b w:val="0"/>
        </w:rPr>
        <w:t>46. 【单选】中国古代四大发明不包括（ ）。</w:t>
      </w:r>
    </w:p>
    <w:p>
      <w:r>
        <w:t xml:space="preserve">    A. 造纸术</w:t>
      </w:r>
    </w:p>
    <w:p>
      <w:r>
        <w:t xml:space="preserve">    B. 印刷术</w:t>
      </w:r>
    </w:p>
    <w:p>
      <w:r>
        <w:t xml:space="preserve">    C. 地动仪</w:t>
      </w:r>
    </w:p>
    <w:p>
      <w:r>
        <w:t xml:space="preserve">    D. 火药</w:t>
      </w:r>
    </w:p>
    <w:p>
      <w:r>
        <w:rPr>
          <w:color w:val="166A3A"/>
        </w:rPr>
        <w:t>【答案】C  【解析】四大发明：造纸术、印刷术、火药、指南针。</w:t>
      </w:r>
    </w:p>
    <w:p>
      <w:r>
        <w:rPr>
          <w:b w:val="0"/>
        </w:rPr>
        <w:t>47. 【单选】《史记》的作者是（ ）。</w:t>
      </w:r>
    </w:p>
    <w:p>
      <w:r>
        <w:t xml:space="preserve">    A.班固</w:t>
      </w:r>
    </w:p>
    <w:p>
      <w:r>
        <w:t xml:space="preserve">    B. 司马迁</w:t>
      </w:r>
    </w:p>
    <w:p>
      <w:r>
        <w:t xml:space="preserve">    C. 司马光</w:t>
      </w:r>
    </w:p>
    <w:p>
      <w:r>
        <w:t xml:space="preserve">    D. 陈寿</w:t>
      </w:r>
    </w:p>
    <w:p>
      <w:r>
        <w:rPr>
          <w:color w:val="166A3A"/>
        </w:rPr>
        <w:t>【答案】B  【解析】西汉司马迁著我国第一部纪传体通史《史记》。</w:t>
      </w:r>
    </w:p>
    <w:p>
      <w:r>
        <w:rPr>
          <w:b w:val="0"/>
        </w:rPr>
        <w:t>48. 【单选】被誉为"万世师表"的教育家是（ ）。</w:t>
      </w:r>
    </w:p>
    <w:p>
      <w:r>
        <w:t xml:space="preserve">    A. 老子</w:t>
      </w:r>
    </w:p>
    <w:p>
      <w:r>
        <w:t xml:space="preserve">    B. 孔子</w:t>
      </w:r>
    </w:p>
    <w:p>
      <w:r>
        <w:t xml:space="preserve">    C. 孟子</w:t>
      </w:r>
    </w:p>
    <w:p>
      <w:r>
        <w:t xml:space="preserve">    D. 朱熹</w:t>
      </w:r>
    </w:p>
    <w:p>
      <w:r>
        <w:rPr>
          <w:color w:val="166A3A"/>
        </w:rPr>
        <w:t>【答案】B  【解析】孔子被尊为万世师表，是儒家学派创始人。</w:t>
      </w:r>
    </w:p>
    <w:p>
      <w:r>
        <w:rPr>
          <w:b w:val="0"/>
        </w:rPr>
        <w:t>49. 【单选】下列作品中属于鲁迅的是（ ）。</w:t>
      </w:r>
    </w:p>
    <w:p>
      <w:r>
        <w:t xml:space="preserve">    A. 《骆驼祥子》</w:t>
      </w:r>
    </w:p>
    <w:p>
      <w:r>
        <w:t xml:space="preserve">    B. 《呐喊》</w:t>
      </w:r>
    </w:p>
    <w:p>
      <w:r>
        <w:t xml:space="preserve">    C. 《家》</w:t>
      </w:r>
    </w:p>
    <w:p>
      <w:r>
        <w:t xml:space="preserve">    D. 《边城》</w:t>
      </w:r>
    </w:p>
    <w:p>
      <w:r>
        <w:rPr>
          <w:color w:val="166A3A"/>
        </w:rPr>
        <w:t>【答案】B  【解析】《呐喊》是鲁迅小说集；老舍《骆驼祥子》、巴金《家》、沈从文《边城》。</w:t>
      </w:r>
    </w:p>
    <w:p>
      <w:r>
        <w:rPr>
          <w:b w:val="0"/>
        </w:rPr>
        <w:t>50. 【单选】"落霞与孤鹜齐飞，秋水共长天一色"出自（ ）。</w:t>
      </w:r>
    </w:p>
    <w:p>
      <w:r>
        <w:t xml:space="preserve">    A. 《岳阳楼记》</w:t>
      </w:r>
    </w:p>
    <w:p>
      <w:r>
        <w:t xml:space="preserve">    B. 《滕王阁序》</w:t>
      </w:r>
    </w:p>
    <w:p>
      <w:r>
        <w:t xml:space="preserve">    C. 《醉翁亭记》</w:t>
      </w:r>
    </w:p>
    <w:p>
      <w:r>
        <w:t xml:space="preserve">    D. 《兰亭集序》</w:t>
      </w:r>
    </w:p>
    <w:p>
      <w:r>
        <w:rPr>
          <w:color w:val="166A3A"/>
        </w:rPr>
        <w:t>【答案】B  【解析】王勃《滕王阁序》名句。</w:t>
      </w:r>
    </w:p>
    <w:p>
      <w:r>
        <w:rPr>
          <w:b w:val="0"/>
        </w:rPr>
        <w:t>51. 【单选】世界上第一个把圆周率精确到小数点后七位的数学家是（ ）。</w:t>
      </w:r>
    </w:p>
    <w:p>
      <w:r>
        <w:t xml:space="preserve">    A. 祖冲之</w:t>
      </w:r>
    </w:p>
    <w:p>
      <w:r>
        <w:t xml:space="preserve">    B. 刘徽</w:t>
      </w:r>
    </w:p>
    <w:p>
      <w:r>
        <w:t xml:space="preserve">    C. 华罗庚</w:t>
      </w:r>
    </w:p>
    <w:p>
      <w:r>
        <w:t xml:space="preserve">    D. 陈景润</w:t>
      </w:r>
    </w:p>
    <w:p>
      <w:r>
        <w:rPr>
          <w:color w:val="166A3A"/>
        </w:rPr>
        <w:t>【答案】A  【解析】南朝祖冲之首次将圆周率算到3.1415926~3.1415927之间。</w:t>
      </w:r>
    </w:p>
    <w:p>
      <w:r>
        <w:rPr>
          <w:b w:val="0"/>
        </w:rPr>
        <w:t>52. 【单选】太阳系中体积最大的行星是（ ）。</w:t>
      </w:r>
    </w:p>
    <w:p>
      <w:r>
        <w:t xml:space="preserve">    A. 地球</w:t>
      </w:r>
    </w:p>
    <w:p>
      <w:r>
        <w:t xml:space="preserve">    B. 木星</w:t>
      </w:r>
    </w:p>
    <w:p>
      <w:r>
        <w:t xml:space="preserve">    C. 土星</w:t>
      </w:r>
    </w:p>
    <w:p>
      <w:r>
        <w:t xml:space="preserve">    D. 火星</w:t>
      </w:r>
    </w:p>
    <w:p>
      <w:r>
        <w:rPr>
          <w:color w:val="166A3A"/>
        </w:rPr>
        <w:t>【答案】B  【解析】木星是太阳系最大行星。</w:t>
      </w:r>
    </w:p>
    <w:p>
      <w:r>
        <w:rPr>
          <w:b w:val="0"/>
        </w:rPr>
        <w:t>53. 【单选】发现万有引力定律的科学家是（ ）。</w:t>
      </w:r>
    </w:p>
    <w:p>
      <w:r>
        <w:t xml:space="preserve">    A. 爱因斯坦</w:t>
      </w:r>
    </w:p>
    <w:p>
      <w:r>
        <w:t xml:space="preserve">    B. 牛顿</w:t>
      </w:r>
    </w:p>
    <w:p>
      <w:r>
        <w:t xml:space="preserve">    C. 伽利略</w:t>
      </w:r>
    </w:p>
    <w:p>
      <w:r>
        <w:t xml:space="preserve">    D. 达尔文</w:t>
      </w:r>
    </w:p>
    <w:p>
      <w:r>
        <w:rPr>
          <w:color w:val="166A3A"/>
        </w:rPr>
        <w:t>【答案】B  【解析】牛顿提出万有引力定律和经典力学三定律。</w:t>
      </w:r>
    </w:p>
    <w:p>
      <w:r>
        <w:rPr>
          <w:b w:val="0"/>
        </w:rPr>
        <w:t>54. 【单选】《蒙娜丽莎》的作者是（ ）。</w:t>
      </w:r>
    </w:p>
    <w:p>
      <w:r>
        <w:t xml:space="preserve">    A. 梵高</w:t>
      </w:r>
    </w:p>
    <w:p>
      <w:r>
        <w:t xml:space="preserve">    B. 达·芬奇</w:t>
      </w:r>
    </w:p>
    <w:p>
      <w:r>
        <w:t xml:space="preserve">    C. 毕加索</w:t>
      </w:r>
    </w:p>
    <w:p>
      <w:r>
        <w:t xml:space="preserve">    D. 米开朗基罗</w:t>
      </w:r>
    </w:p>
    <w:p>
      <w:r>
        <w:rPr>
          <w:color w:val="166A3A"/>
        </w:rPr>
        <w:t>【答案】B  【解析】达·芬奇是文艺复兴三杰之一，代表作《蒙娜丽莎》《最后的晚餐》。</w:t>
      </w:r>
    </w:p>
    <w:p>
      <w:r>
        <w:rPr>
          <w:b w:val="0"/>
        </w:rPr>
        <w:t>55. 【单选】我国第一部诗歌总集是（ ）。</w:t>
      </w:r>
    </w:p>
    <w:p>
      <w:r>
        <w:t xml:space="preserve">    A. 《楚辞》</w:t>
      </w:r>
    </w:p>
    <w:p>
      <w:r>
        <w:t xml:space="preserve">    B. 《诗经》</w:t>
      </w:r>
    </w:p>
    <w:p>
      <w:r>
        <w:t xml:space="preserve">    C. 《唐诗三百首》</w:t>
      </w:r>
    </w:p>
    <w:p>
      <w:r>
        <w:t xml:space="preserve">    D. 《乐府诗集》</w:t>
      </w:r>
    </w:p>
    <w:p>
      <w:r>
        <w:rPr>
          <w:color w:val="166A3A"/>
        </w:rPr>
        <w:t>【答案】B  【解析】《诗经》是我国第一部诗歌总集，分风、雅、颂。</w:t>
      </w:r>
    </w:p>
    <w:p>
      <w:r>
        <w:rPr>
          <w:b w:val="0"/>
        </w:rPr>
        <w:t>56. 【单选】"三教九流"中的"三教"不包括（ ）。</w:t>
      </w:r>
    </w:p>
    <w:p>
      <w:r>
        <w:t xml:space="preserve">    A. 儒教</w:t>
      </w:r>
    </w:p>
    <w:p>
      <w:r>
        <w:t xml:space="preserve">    B. 佛教</w:t>
      </w:r>
    </w:p>
    <w:p>
      <w:r>
        <w:t xml:space="preserve">    C. 道教</w:t>
      </w:r>
    </w:p>
    <w:p>
      <w:r>
        <w:t xml:space="preserve">    D. 基督教</w:t>
      </w:r>
    </w:p>
    <w:p>
      <w:r>
        <w:rPr>
          <w:color w:val="166A3A"/>
        </w:rPr>
        <w:t>【答案】D  【解析】三教指儒、释（佛）、道。</w:t>
      </w:r>
    </w:p>
    <w:p>
      <w:r>
        <w:rPr>
          <w:b w:val="0"/>
        </w:rPr>
        <w:t>57. 【单选】下列朝代顺序正确的是（ ）。</w:t>
      </w:r>
    </w:p>
    <w:p>
      <w:r>
        <w:t xml:space="preserve">    A. 秦汉隋唐宋</w:t>
      </w:r>
    </w:p>
    <w:p>
      <w:r>
        <w:t xml:space="preserve">    B. 秦汉宋唐</w:t>
      </w:r>
    </w:p>
    <w:p>
      <w:r>
        <w:t xml:space="preserve">    C. 汉秦隋唐</w:t>
      </w:r>
    </w:p>
    <w:p>
      <w:r>
        <w:t xml:space="preserve">    D. 秦汉宋唐</w:t>
      </w:r>
    </w:p>
    <w:p>
      <w:r>
        <w:rPr>
          <w:color w:val="166A3A"/>
        </w:rPr>
        <w:t>【答案】A  【解析】历史顺序：秦→汉→三国两晋南北朝→隋→唐→宋。</w:t>
      </w:r>
    </w:p>
    <w:p>
      <w:r>
        <w:rPr>
          <w:b w:val="0"/>
        </w:rPr>
        <w:t>58. 【单选】"举案齐眉"形容的是（ ）。</w:t>
      </w:r>
    </w:p>
    <w:p>
      <w:r>
        <w:t xml:space="preserve">    A. 兄弟情深</w:t>
      </w:r>
    </w:p>
    <w:p>
      <w:r>
        <w:t xml:space="preserve">    B. 夫妻互敬</w:t>
      </w:r>
    </w:p>
    <w:p>
      <w:r>
        <w:t xml:space="preserve">    C. 朋友守信</w:t>
      </w:r>
    </w:p>
    <w:p>
      <w:r>
        <w:t xml:space="preserve">    D. 师生和谐</w:t>
      </w:r>
    </w:p>
    <w:p>
      <w:r>
        <w:rPr>
          <w:color w:val="166A3A"/>
        </w:rPr>
        <w:t>【答案】B  【解析】举案齐眉形容夫妻相敬如宾。</w:t>
      </w:r>
    </w:p>
    <w:p>
      <w:r>
        <w:rPr>
          <w:b w:val="0"/>
        </w:rPr>
        <w:t>59. 【单选】提出"日心说"的波兰天文学家是（ ）。</w:t>
      </w:r>
    </w:p>
    <w:p>
      <w:r>
        <w:t xml:space="preserve">    A. 伽利略</w:t>
      </w:r>
    </w:p>
    <w:p>
      <w:r>
        <w:t xml:space="preserve">    B. 哥白尼</w:t>
      </w:r>
    </w:p>
    <w:p>
      <w:r>
        <w:t xml:space="preserve">    C. 开普勒</w:t>
      </w:r>
    </w:p>
    <w:p>
      <w:r>
        <w:t xml:space="preserve">    D. 托勒密</w:t>
      </w:r>
    </w:p>
    <w:p>
      <w:r>
        <w:rPr>
          <w:color w:val="166A3A"/>
        </w:rPr>
        <w:t>【答案】B  【解析】哥白尼《天体运行论》提出日心说。</w:t>
      </w:r>
    </w:p>
    <w:p>
      <w:r>
        <w:rPr>
          <w:b w:val="0"/>
        </w:rPr>
        <w:t>60. 【单选】我国最长的河流是（ ）。</w:t>
      </w:r>
    </w:p>
    <w:p>
      <w:r>
        <w:t xml:space="preserve">    A. 黄河</w:t>
      </w:r>
    </w:p>
    <w:p>
      <w:r>
        <w:t xml:space="preserve">    B. 长江</w:t>
      </w:r>
    </w:p>
    <w:p>
      <w:r>
        <w:t xml:space="preserve">    C. 珠江</w:t>
      </w:r>
    </w:p>
    <w:p>
      <w:r>
        <w:t xml:space="preserve">    D. 黑龙江</w:t>
      </w:r>
    </w:p>
    <w:p>
      <w:r>
        <w:rPr>
          <w:color w:val="166A3A"/>
        </w:rPr>
        <w:t>【答案】B  【解析】长江全长约6300公里，是我国第一长河。</w:t>
      </w:r>
    </w:p>
    <w:p>
      <w:r>
        <w:rPr>
          <w:b w:val="0"/>
        </w:rPr>
        <w:t>61. 【单选】京剧脸谱中，红脸通常代表（ ）。</w:t>
      </w:r>
    </w:p>
    <w:p>
      <w:r>
        <w:t xml:space="preserve">    A. 奸诈</w:t>
      </w:r>
    </w:p>
    <w:p>
      <w:r>
        <w:t xml:space="preserve">    B. 忠勇正义</w:t>
      </w:r>
    </w:p>
    <w:p>
      <w:r>
        <w:t xml:space="preserve">    C. 阴险</w:t>
      </w:r>
    </w:p>
    <w:p>
      <w:r>
        <w:t xml:space="preserve">    D. 鲁莽</w:t>
      </w:r>
    </w:p>
    <w:p>
      <w:r>
        <w:rPr>
          <w:color w:val="166A3A"/>
        </w:rPr>
        <w:t>【答案】B  【解析】红脸表忠勇（如关羽）；白脸表奸诈（曹操）；黑脸表刚正（包拯）。</w:t>
      </w:r>
    </w:p>
    <w:p>
      <w:r>
        <w:rPr>
          <w:b w:val="0"/>
        </w:rPr>
        <w:t>62. 【单选】下列不属于中国传统节日的是（ ）。</w:t>
      </w:r>
    </w:p>
    <w:p>
      <w:r>
        <w:t xml:space="preserve">    A. 春节</w:t>
      </w:r>
    </w:p>
    <w:p>
      <w:r>
        <w:t xml:space="preserve">    B. 端午节</w:t>
      </w:r>
    </w:p>
    <w:p>
      <w:r>
        <w:t xml:space="preserve">    C. 中秋节</w:t>
      </w:r>
    </w:p>
    <w:p>
      <w:r>
        <w:t xml:space="preserve">    D. 情人节</w:t>
      </w:r>
    </w:p>
    <w:p>
      <w:r>
        <w:rPr>
          <w:color w:val="166A3A"/>
        </w:rPr>
        <w:t>【答案】D  【解析】情人节为西方节日。</w:t>
      </w:r>
    </w:p>
    <w:p>
      <w:r>
        <w:rPr>
          <w:b w:val="0"/>
        </w:rPr>
        <w:t>63. 【单选】《红楼梦》的作者是（ ）。</w:t>
      </w:r>
    </w:p>
    <w:p>
      <w:r>
        <w:t xml:space="preserve">    A. 吴承恩</w:t>
      </w:r>
    </w:p>
    <w:p>
      <w:r>
        <w:t xml:space="preserve">    B. 罗贯中</w:t>
      </w:r>
    </w:p>
    <w:p>
      <w:r>
        <w:t xml:space="preserve">    C. 曹雪芹</w:t>
      </w:r>
    </w:p>
    <w:p>
      <w:r>
        <w:t xml:space="preserve">    D. 施耐庵</w:t>
      </w:r>
    </w:p>
    <w:p>
      <w:r>
        <w:rPr>
          <w:color w:val="166A3A"/>
        </w:rPr>
        <w:t>【答案】C  【解析】曹雪芹著《红楼梦》；吴承恩《西游记》、罗贯中《三国演义》、施耐庵《水浒传》。</w:t>
      </w:r>
    </w:p>
    <w:p>
      <w:r>
        <w:rPr>
          <w:b w:val="0"/>
        </w:rPr>
        <w:t>64. 【单选】被称为"万园之园"、曾被英法联军焚毁的是（ ）。</w:t>
      </w:r>
    </w:p>
    <w:p>
      <w:r>
        <w:t xml:space="preserve">    A. 颐和园</w:t>
      </w:r>
    </w:p>
    <w:p>
      <w:r>
        <w:t xml:space="preserve">    B. 圆明园</w:t>
      </w:r>
    </w:p>
    <w:p>
      <w:r>
        <w:t xml:space="preserve">    C. 故宫</w:t>
      </w:r>
    </w:p>
    <w:p>
      <w:r>
        <w:t xml:space="preserve">    D. 承德避暑山庄</w:t>
      </w:r>
    </w:p>
    <w:p>
      <w:r>
        <w:rPr>
          <w:color w:val="166A3A"/>
        </w:rPr>
        <w:t>【答案】B  【解析】1860年英法联军火烧圆明园。</w:t>
      </w:r>
    </w:p>
    <w:p>
      <w:r>
        <w:rPr>
          <w:b w:val="0"/>
        </w:rPr>
        <w:t>65. 【单选】维生素C缺乏会导致（ ）。</w:t>
      </w:r>
    </w:p>
    <w:p>
      <w:r>
        <w:t xml:space="preserve">    A. 夜盲症</w:t>
      </w:r>
    </w:p>
    <w:p>
      <w:r>
        <w:t xml:space="preserve">    B. 坏血病</w:t>
      </w:r>
    </w:p>
    <w:p>
      <w:r>
        <w:t xml:space="preserve">    C. 佝偻病</w:t>
      </w:r>
    </w:p>
    <w:p>
      <w:r>
        <w:t xml:space="preserve">    D. 脚气病</w:t>
      </w:r>
    </w:p>
    <w:p>
      <w:r>
        <w:rPr>
          <w:color w:val="166A3A"/>
        </w:rPr>
        <w:t>【答案】B  【解析】缺维C患坏血病；缺维A夜盲症、缺维D佝偻病、缺维B1脚气病。</w:t>
      </w:r>
    </w:p>
    <w:p>
      <w:r>
        <w:rPr>
          <w:b w:val="0"/>
        </w:rPr>
        <w:t>66. 【单选】下列成语与项羽有关的是（ ）。</w:t>
      </w:r>
    </w:p>
    <w:p>
      <w:r>
        <w:t xml:space="preserve">    A. 破釜沉舟</w:t>
      </w:r>
    </w:p>
    <w:p>
      <w:r>
        <w:t xml:space="preserve">    B. 卧薪尝胆</w:t>
      </w:r>
    </w:p>
    <w:p>
      <w:r>
        <w:t xml:space="preserve">    C. 指鹿为马</w:t>
      </w:r>
    </w:p>
    <w:p>
      <w:r>
        <w:t xml:space="preserve">    D. 纸上谈兵</w:t>
      </w:r>
    </w:p>
    <w:p>
      <w:r>
        <w:rPr>
          <w:color w:val="166A3A"/>
        </w:rPr>
        <w:t>【答案】A  【解析】巨鹿之战项羽破釜沉舟；卧薪尝胆为勾践。</w:t>
      </w:r>
    </w:p>
    <w:p>
      <w:r>
        <w:rPr>
          <w:b w:val="0"/>
        </w:rPr>
        <w:t>67. 【单选】世界上最深的海沟是（ ）。</w:t>
      </w:r>
    </w:p>
    <w:p>
      <w:r>
        <w:t xml:space="preserve">    A. 马里亚纳海沟</w:t>
      </w:r>
    </w:p>
    <w:p>
      <w:r>
        <w:t xml:space="preserve">    B. 日本海沟</w:t>
      </w:r>
    </w:p>
    <w:p>
      <w:r>
        <w:t xml:space="preserve">    C. 菲律宾海沟</w:t>
      </w:r>
    </w:p>
    <w:p>
      <w:r>
        <w:t xml:space="preserve">    D. 秘鲁海沟</w:t>
      </w:r>
    </w:p>
    <w:p>
      <w:r>
        <w:rPr>
          <w:color w:val="166A3A"/>
        </w:rPr>
        <w:t>【答案】A  【解析】马里亚纳海沟深约11000米，为地球最深。</w:t>
      </w:r>
    </w:p>
    <w:p>
      <w:r>
        <w:rPr>
          <w:b w:val="0"/>
        </w:rPr>
        <w:t>68. 【单选】我国古代"药圣"是指（ ）。</w:t>
      </w:r>
    </w:p>
    <w:p>
      <w:r>
        <w:t xml:space="preserve">    A. 扁鹊</w:t>
      </w:r>
    </w:p>
    <w:p>
      <w:r>
        <w:t xml:space="preserve">    B. 张仲景</w:t>
      </w:r>
    </w:p>
    <w:p>
      <w:r>
        <w:t xml:space="preserve">    C. 李时珍</w:t>
      </w:r>
    </w:p>
    <w:p>
      <w:r>
        <w:t xml:space="preserve">    D. 华佗</w:t>
      </w:r>
    </w:p>
    <w:p>
      <w:r>
        <w:rPr>
          <w:color w:val="166A3A"/>
        </w:rPr>
        <w:t>【答案】C  【解析】李时珍著《本草纲目》，被称药圣；张仲景为医圣。</w:t>
      </w:r>
    </w:p>
    <w:p>
      <w:r>
        <w:rPr>
          <w:b w:val="0"/>
        </w:rPr>
        <w:t>69. 【单选】第一次世界大战的导火线是（ ）。</w:t>
      </w:r>
    </w:p>
    <w:p>
      <w:r>
        <w:t xml:space="preserve">    A. 萨拉热窝事件</w:t>
      </w:r>
    </w:p>
    <w:p>
      <w:r>
        <w:t xml:space="preserve">    B. 卢沟桥事变</w:t>
      </w:r>
    </w:p>
    <w:p>
      <w:r>
        <w:t xml:space="preserve">    C. 珍珠港事件</w:t>
      </w:r>
    </w:p>
    <w:p>
      <w:r>
        <w:t xml:space="preserve">    D. 九一八事变</w:t>
      </w:r>
    </w:p>
    <w:p>
      <w:r>
        <w:rPr>
          <w:color w:val="166A3A"/>
        </w:rPr>
        <w:t>【答案】A  【解析】1914年萨拉热窝事件成为一战导火线。</w:t>
      </w:r>
    </w:p>
    <w:p>
      <w:r>
        <w:rPr>
          <w:b w:val="0"/>
        </w:rPr>
        <w:t>70. 【单选】下列科学家中发现电磁感应现象的是（ ）。</w:t>
      </w:r>
    </w:p>
    <w:p>
      <w:r>
        <w:t xml:space="preserve">    A. 法拉第</w:t>
      </w:r>
    </w:p>
    <w:p>
      <w:r>
        <w:t xml:space="preserve">    B. 爱迪生</w:t>
      </w:r>
    </w:p>
    <w:p>
      <w:r>
        <w:t xml:space="preserve">    C. 特斯拉</w:t>
      </w:r>
    </w:p>
    <w:p>
      <w:r>
        <w:t xml:space="preserve">    D. 贝尔</w:t>
      </w:r>
    </w:p>
    <w:p>
      <w:r>
        <w:rPr>
          <w:color w:val="166A3A"/>
        </w:rPr>
        <w:t>【答案】A  【解析】法拉第发现电磁感应，为发电机原理奠定基础。</w:t>
      </w:r>
    </w:p>
    <w:p>
      <w:r>
        <w:rPr>
          <w:b w:val="0"/>
        </w:rPr>
        <w:t>71. 【单选】我国现任国家最高科学技术奖相关表述，下列属于"杂交水稻之父"的是（ ）。</w:t>
      </w:r>
    </w:p>
    <w:p>
      <w:r>
        <w:t xml:space="preserve">    A. 袁隆平</w:t>
      </w:r>
    </w:p>
    <w:p>
      <w:r>
        <w:t xml:space="preserve">    B. 钱学森</w:t>
      </w:r>
    </w:p>
    <w:p>
      <w:r>
        <w:t xml:space="preserve">    C. 邓稼先</w:t>
      </w:r>
    </w:p>
    <w:p>
      <w:r>
        <w:t xml:space="preserve">    D. 李四光</w:t>
      </w:r>
    </w:p>
    <w:p>
      <w:r>
        <w:rPr>
          <w:color w:val="166A3A"/>
        </w:rPr>
        <w:t>【答案】A  【解析】袁隆平培育杂交水稻，被誉为杂交水稻之父。</w:t>
      </w:r>
    </w:p>
    <w:p>
      <w:r>
        <w:rPr>
          <w:b w:val="0"/>
        </w:rPr>
        <w:t>72. 【单选】"四书"不包括（ ）。</w:t>
      </w:r>
    </w:p>
    <w:p>
      <w:r>
        <w:t xml:space="preserve">    A. 《大学》</w:t>
      </w:r>
    </w:p>
    <w:p>
      <w:r>
        <w:t xml:space="preserve">    B. 《中庸》</w:t>
      </w:r>
    </w:p>
    <w:p>
      <w:r>
        <w:t xml:space="preserve">    C. 《论语》</w:t>
      </w:r>
    </w:p>
    <w:p>
      <w:r>
        <w:t xml:space="preserve">    D. 《春秋》</w:t>
      </w:r>
    </w:p>
    <w:p>
      <w:r>
        <w:rPr>
          <w:color w:val="166A3A"/>
        </w:rPr>
        <w:t>【答案】D  【解析】四书：《大学》《中庸》《论语》《孟子》；《春秋》属五经。</w:t>
      </w:r>
    </w:p>
    <w:p>
      <w:r>
        <w:rPr>
          <w:b w:val="0"/>
        </w:rPr>
        <w:t>73. 【单选】下列地形中，被称为"世界屋脊"的是（ ）。</w:t>
      </w:r>
    </w:p>
    <w:p>
      <w:r>
        <w:t xml:space="preserve">    A. 青藏高原</w:t>
      </w:r>
    </w:p>
    <w:p>
      <w:r>
        <w:t xml:space="preserve">    B. 内蒙古高原</w:t>
      </w:r>
    </w:p>
    <w:p>
      <w:r>
        <w:t xml:space="preserve">    C. 黄土高原</w:t>
      </w:r>
    </w:p>
    <w:p>
      <w:r>
        <w:t xml:space="preserve">    D. 云贵高原</w:t>
      </w:r>
    </w:p>
    <w:p>
      <w:r>
        <w:rPr>
          <w:color w:val="166A3A"/>
        </w:rPr>
        <w:t>【答案】A  【解析】青藏高原平均海拔4000米以上，称世界屋脊。</w:t>
      </w:r>
    </w:p>
    <w:p>
      <w:r>
        <w:rPr>
          <w:b w:val="0"/>
        </w:rPr>
        <w:t>74. 【单选】梵高的代表作是（ ）。</w:t>
      </w:r>
    </w:p>
    <w:p>
      <w:r>
        <w:t xml:space="preserve">    A. 《星月夜》</w:t>
      </w:r>
    </w:p>
    <w:p>
      <w:r>
        <w:t xml:space="preserve">    B. 《格尔尼卡》</w:t>
      </w:r>
    </w:p>
    <w:p>
      <w:r>
        <w:t xml:space="preserve">    C. 《向日葵》以外无</w:t>
      </w:r>
    </w:p>
    <w:p>
      <w:r>
        <w:t xml:space="preserve">    D. 《最后的晚餐》</w:t>
      </w:r>
    </w:p>
    <w:p>
      <w:r>
        <w:rPr>
          <w:color w:val="166A3A"/>
        </w:rPr>
        <w:t>【答案】A  【解析】后印象派梵高代表作《星月夜》《向日葵》。</w:t>
      </w:r>
    </w:p>
    <w:p>
      <w:r>
        <w:rPr>
          <w:b w:val="0"/>
        </w:rPr>
        <w:t>75. 【单选】我国面积最大的省级行政区是（ ）。</w:t>
      </w:r>
    </w:p>
    <w:p>
      <w:r>
        <w:t xml:space="preserve">    A. 西藏</w:t>
      </w:r>
    </w:p>
    <w:p>
      <w:r>
        <w:t xml:space="preserve">    B. 新疆</w:t>
      </w:r>
    </w:p>
    <w:p>
      <w:r>
        <w:t xml:space="preserve">    C. 内蒙古</w:t>
      </w:r>
    </w:p>
    <w:p>
      <w:r>
        <w:t xml:space="preserve">    D. 青海</w:t>
      </w:r>
    </w:p>
    <w:p>
      <w:r>
        <w:rPr>
          <w:color w:val="166A3A"/>
        </w:rPr>
        <w:t>【答案】B  【解析】新疆维吾尔自治区面积约166万平方公里，为我国最大。</w:t>
      </w:r>
    </w:p>
    <w:p>
      <w:r>
        <w:rPr>
          <w:b w:val="0"/>
        </w:rPr>
        <w:t>76. 【单选】"所有的同学都及格了"与"有的同学没及格"之间是（ ）。</w:t>
      </w:r>
    </w:p>
    <w:p>
      <w:r>
        <w:t xml:space="preserve">    A. 反对关系</w:t>
      </w:r>
    </w:p>
    <w:p>
      <w:r>
        <w:t xml:space="preserve">    B. 矛盾关系</w:t>
      </w:r>
    </w:p>
    <w:p>
      <w:r>
        <w:t xml:space="preserve">    C. 差等关系</w:t>
      </w:r>
    </w:p>
    <w:p>
      <w:r>
        <w:t xml:space="preserve">    D. 下反对关系</w:t>
      </w:r>
    </w:p>
    <w:p>
      <w:r>
        <w:rPr>
          <w:color w:val="166A3A"/>
        </w:rPr>
        <w:t>【答案】B  【解析】全称肯定与特称否定构成矛盾关系，必有一真一假。</w:t>
      </w:r>
    </w:p>
    <w:p>
      <w:r>
        <w:rPr>
          <w:b w:val="0"/>
        </w:rPr>
        <w:t>77. 【单选】"如果天下雨，地就湿。地没湿，所以天没下雨"，这是（ ）。</w:t>
      </w:r>
    </w:p>
    <w:p>
      <w:r>
        <w:t xml:space="preserve">    A. 充分条件假言推理否定后件式</w:t>
      </w:r>
    </w:p>
    <w:p>
      <w:r>
        <w:t xml:space="preserve">    B. 肯定前件式</w:t>
      </w:r>
    </w:p>
    <w:p>
      <w:r>
        <w:t xml:space="preserve">    C. 错误推理</w:t>
      </w:r>
    </w:p>
    <w:p>
      <w:r>
        <w:t xml:space="preserve">    D. 三段论</w:t>
      </w:r>
    </w:p>
    <w:p>
      <w:r>
        <w:rPr>
          <w:color w:val="166A3A"/>
        </w:rPr>
        <w:t>【答案】A  【解析】否定后件必然否定前件（逆否命题），是有效推理。</w:t>
      </w:r>
    </w:p>
    <w:p>
      <w:r>
        <w:rPr>
          <w:b w:val="0"/>
        </w:rPr>
        <w:t>78. 【单选】找规律：2, 6, 12, 20, 30, （ ）。</w:t>
      </w:r>
    </w:p>
    <w:p>
      <w:r>
        <w:t xml:space="preserve">    A. 40</w:t>
      </w:r>
    </w:p>
    <w:p>
      <w:r>
        <w:t xml:space="preserve">    B. 42</w:t>
      </w:r>
    </w:p>
    <w:p>
      <w:r>
        <w:t xml:space="preserve">    C. 36</w:t>
      </w:r>
    </w:p>
    <w:p>
      <w:r>
        <w:t xml:space="preserve">    D. 44</w:t>
      </w:r>
    </w:p>
    <w:p>
      <w:r>
        <w:rPr>
          <w:color w:val="166A3A"/>
        </w:rPr>
        <w:t>【答案】B  【解析】差为4,6,8,10,12，下一项30+12=42（即n(n+1)）。</w:t>
      </w:r>
    </w:p>
    <w:p>
      <w:r>
        <w:rPr>
          <w:b w:val="0"/>
        </w:rPr>
        <w:t>79. 【单选】在Word中，要将选定文本设置为加粗，快捷键是（ ）。</w:t>
      </w:r>
    </w:p>
    <w:p>
      <w:r>
        <w:t xml:space="preserve">    A. Ctrl+A</w:t>
      </w:r>
    </w:p>
    <w:p>
      <w:r>
        <w:t xml:space="preserve">    B. Ctrl+B</w:t>
      </w:r>
    </w:p>
    <w:p>
      <w:r>
        <w:t xml:space="preserve">    C. Ctrl+C</w:t>
      </w:r>
    </w:p>
    <w:p>
      <w:r>
        <w:t xml:space="preserve">    D. Ctrl+V</w:t>
      </w:r>
    </w:p>
    <w:p>
      <w:r>
        <w:rPr>
          <w:color w:val="166A3A"/>
        </w:rPr>
        <w:t>【答案】B  【解析】Ctrl+B加粗；Ctrl+A全选、C复制、V粘贴。</w:t>
      </w:r>
    </w:p>
    <w:p>
      <w:r>
        <w:rPr>
          <w:b w:val="0"/>
        </w:rPr>
        <w:t>80. 【单选】在Excel中，单元格A1=3，A2=5，在A3输入=A1+A2，则A3显示（ ）。</w:t>
      </w:r>
    </w:p>
    <w:p>
      <w:r>
        <w:t xml:space="preserve">    A. =A1+A2</w:t>
      </w:r>
    </w:p>
    <w:p>
      <w:r>
        <w:t xml:space="preserve">    B. 8</w:t>
      </w:r>
    </w:p>
    <w:p>
      <w:r>
        <w:t xml:space="preserve">    C. A1+A2</w:t>
      </w:r>
    </w:p>
    <w:p>
      <w:r>
        <w:t xml:space="preserve">    D. 35</w:t>
      </w:r>
    </w:p>
    <w:p>
      <w:r>
        <w:rPr>
          <w:color w:val="166A3A"/>
        </w:rPr>
        <w:t>【答案】B  【解析】公式计算3+5=8。</w:t>
      </w:r>
    </w:p>
    <w:p>
      <w:r>
        <w:rPr>
          <w:b w:val="0"/>
        </w:rPr>
        <w:t>81. 【单选】在PowerPoint中，幻灯片放映的快捷键是（ ）。</w:t>
      </w:r>
    </w:p>
    <w:p>
      <w:r>
        <w:t xml:space="preserve">    A. F1</w:t>
      </w:r>
    </w:p>
    <w:p>
      <w:r>
        <w:t xml:space="preserve">    B. F5</w:t>
      </w:r>
    </w:p>
    <w:p>
      <w:r>
        <w:t xml:space="preserve">    C. F9</w:t>
      </w:r>
    </w:p>
    <w:p>
      <w:r>
        <w:t xml:space="preserve">    D. F12</w:t>
      </w:r>
    </w:p>
    <w:p>
      <w:r>
        <w:rPr>
          <w:color w:val="166A3A"/>
        </w:rPr>
        <w:t>【答案】B  【解析】F5从第一张开始放映；Shift+F5从当前页放映。</w:t>
      </w:r>
    </w:p>
    <w:p>
      <w:r>
        <w:rPr>
          <w:b w:val="0"/>
        </w:rPr>
        <w:t>82. 【单选】下列属于矢量图特点的是（ ）。</w:t>
      </w:r>
    </w:p>
    <w:p>
      <w:r>
        <w:t xml:space="preserve">    A. 放大失真</w:t>
      </w:r>
    </w:p>
    <w:p>
      <w:r>
        <w:t xml:space="preserve">    B. 放大不失真、文件小</w:t>
      </w:r>
    </w:p>
    <w:p>
      <w:r>
        <w:t xml:space="preserve">    C. 由像素点构成</w:t>
      </w:r>
    </w:p>
    <w:p>
      <w:r>
        <w:t xml:space="preserve">    D. 照片多为矢量图</w:t>
      </w:r>
    </w:p>
    <w:p>
      <w:r>
        <w:rPr>
          <w:color w:val="166A3A"/>
        </w:rPr>
        <w:t>【答案】B  【解析】矢量图由数学曲线构成，放大不失真；位图由像素构成、放大马赛克。</w:t>
      </w:r>
    </w:p>
    <w:p>
      <w:r>
        <w:rPr>
          <w:b w:val="0"/>
        </w:rPr>
        <w:t>83. 【单选】某班有50人，喜欢数学的30人，喜欢语文的25人，两科都喜欢的15人，则两科都不喜欢的有（ ）人。</w:t>
      </w:r>
    </w:p>
    <w:p>
      <w:r>
        <w:t xml:space="preserve">    A. 10</w:t>
      </w:r>
    </w:p>
    <w:p>
      <w:r>
        <w:t xml:space="preserve">    B. 15</w:t>
      </w:r>
    </w:p>
    <w:p>
      <w:r>
        <w:t xml:space="preserve">    C. 20</w:t>
      </w:r>
    </w:p>
    <w:p>
      <w:r>
        <w:t xml:space="preserve">    D. 5</w:t>
      </w:r>
    </w:p>
    <w:p>
      <w:r>
        <w:rPr>
          <w:color w:val="166A3A"/>
        </w:rPr>
        <w:t>【答案】A  【解析】至少喜欢一科=30+25-15=40，都不喜欢=50-40=10。</w:t>
      </w:r>
    </w:p>
    <w:p>
      <w:r>
        <w:rPr>
          <w:b w:val="0"/>
        </w:rPr>
        <w:t>84. 【单选】"学生：青年"下列逻辑关系与之最相似的是（ ）。</w:t>
      </w:r>
    </w:p>
    <w:p>
      <w:r>
        <w:t xml:space="preserve">    A. 树木：树叶</w:t>
      </w:r>
    </w:p>
    <w:p>
      <w:r>
        <w:t xml:space="preserve">    B. 专家：青年</w:t>
      </w:r>
    </w:p>
    <w:p>
      <w:r>
        <w:t xml:space="preserve">    C. 蔬菜：土豆</w:t>
      </w:r>
    </w:p>
    <w:p>
      <w:r>
        <w:t xml:space="preserve">    D. 水果：香蕉</w:t>
      </w:r>
    </w:p>
    <w:p>
      <w:r>
        <w:rPr>
          <w:color w:val="166A3A"/>
        </w:rPr>
        <w:t>【答案】B  【解析】学生与青年是交叉关系；专家与青年也是交叉关系。</w:t>
      </w:r>
    </w:p>
    <w:p>
      <w:r>
        <w:rPr>
          <w:b w:val="0"/>
        </w:rPr>
        <w:t>85. 【单选】在PPT中，要实现从一张幻灯片到下一张的切换效果，应使用（ ）。</w:t>
      </w:r>
    </w:p>
    <w:p>
      <w:r>
        <w:t xml:space="preserve">    A. 自定义动画</w:t>
      </w:r>
    </w:p>
    <w:p>
      <w:r>
        <w:t xml:space="preserve">    B. 幻灯片切换</w:t>
      </w:r>
    </w:p>
    <w:p>
      <w:r>
        <w:t xml:space="preserve">    C. 超链接</w:t>
      </w:r>
    </w:p>
    <w:p>
      <w:r>
        <w:t xml:space="preserve">    D. 母版</w:t>
      </w:r>
    </w:p>
    <w:p>
      <w:r>
        <w:rPr>
          <w:color w:val="166A3A"/>
        </w:rPr>
        <w:t>【答案】B  【解析】幻灯片切换设置页与页之间的过渡；自定义动画设置页内元素动画。</w:t>
      </w:r>
    </w:p>
    <w:p>
      <w:r>
        <w:rPr>
          <w:b w:val="0"/>
        </w:rPr>
        <w:t>86. 【单选】公文标题一般不包含（ ）。</w:t>
      </w:r>
    </w:p>
    <w:p>
      <w:r>
        <w:t xml:space="preserve">    A. 发文机关</w:t>
      </w:r>
    </w:p>
    <w:p>
      <w:r>
        <w:t xml:space="preserve">    B. 事由</w:t>
      </w:r>
    </w:p>
    <w:p>
      <w:r>
        <w:t xml:space="preserve">    C. 文种</w:t>
      </w:r>
    </w:p>
    <w:p>
      <w:r>
        <w:t xml:space="preserve">    D. 主送机关</w:t>
      </w:r>
    </w:p>
    <w:p>
      <w:r>
        <w:rPr>
          <w:color w:val="166A3A"/>
        </w:rPr>
        <w:t>【答案】D  【解析】公文标题=发文机关+事由+文种；主送机关在标题之下。</w:t>
      </w:r>
    </w:p>
    <w:p>
      <w:r>
        <w:rPr>
          <w:b w:val="0"/>
        </w:rPr>
        <w:t>87. 【单选】写作教学中，教师指导学生写议论文最核心的是（ ）。</w:t>
      </w:r>
    </w:p>
    <w:p>
      <w:r>
        <w:t xml:space="preserve">    A. 辞藻华丽</w:t>
      </w:r>
    </w:p>
    <w:p>
      <w:r>
        <w:t xml:space="preserve">    B. 论点明确、论据充分、论证合理</w:t>
      </w:r>
    </w:p>
    <w:p>
      <w:r>
        <w:t xml:space="preserve">    C. 字数多</w:t>
      </w:r>
    </w:p>
    <w:p>
      <w:r>
        <w:t xml:space="preserve">    D. 引用名言多</w:t>
      </w:r>
    </w:p>
    <w:p>
      <w:r>
        <w:rPr>
          <w:color w:val="166A3A"/>
        </w:rPr>
        <w:t>【答案】B  【解析】议论文三要素：论点、论据、论证。</w:t>
      </w:r>
    </w:p>
    <w:p>
      <w:r>
        <w:rPr>
          <w:b w:val="0"/>
        </w:rPr>
        <w:t>88. 【单选】下列句子没有语病的是（ ）。</w:t>
      </w:r>
    </w:p>
    <w:p>
      <w:r>
        <w:t xml:space="preserve">    A. 通过这次活动，使我明白了道理</w:t>
      </w:r>
    </w:p>
    <w:p>
      <w:r>
        <w:t xml:space="preserve">    B. 我们要防止不再发生事故</w:t>
      </w:r>
    </w:p>
    <w:p>
      <w:r>
        <w:t xml:space="preserve">    C. 他那崇高的形象经常浮现在我脑海</w:t>
      </w:r>
    </w:p>
    <w:p>
      <w:r>
        <w:t xml:space="preserve">    D. 是否努力是取得好成绩的关键</w:t>
      </w:r>
    </w:p>
    <w:p>
      <w:r>
        <w:rPr>
          <w:color w:val="166A3A"/>
        </w:rPr>
        <w:t>【答案】C  【解析】A缺主语、B否定失当、D两面对一面；C无语病。</w:t>
      </w:r>
    </w:p>
    <w:p>
      <w:r>
        <w:rPr>
          <w:b w:val="0"/>
        </w:rPr>
        <w:t>89. 【单选】多媒体计算机中的"多媒体"一般指（ ）。</w:t>
      </w:r>
    </w:p>
    <w:p>
      <w:r>
        <w:t xml:space="preserve">    A. 多种存储介质</w:t>
      </w:r>
    </w:p>
    <w:p>
      <w:r>
        <w:t xml:space="preserve">    B. 文字、声音、图形图像、视频等信息载体</w:t>
      </w:r>
    </w:p>
    <w:p>
      <w:r>
        <w:t xml:space="preserve">    C. 多种光盘</w:t>
      </w:r>
    </w:p>
    <w:p>
      <w:r>
        <w:t xml:space="preserve">    D. 多种显示器</w:t>
      </w:r>
    </w:p>
    <w:p>
      <w:r>
        <w:rPr>
          <w:color w:val="166A3A"/>
        </w:rPr>
        <w:t>【答案】B  【解析】多媒体指融合文字、图形、图像、声音、视频等多种信息载体。</w:t>
      </w:r>
    </w:p>
    <w:p>
      <w:r>
        <w:rPr>
          <w:b w:val="0"/>
        </w:rPr>
        <w:t>90. 【单选】找不同类：老虎、猫、狮子、金鱼（ ）。</w:t>
      </w:r>
    </w:p>
    <w:p>
      <w:r>
        <w:t xml:space="preserve">    A. 老虎</w:t>
      </w:r>
    </w:p>
    <w:p>
      <w:r>
        <w:t xml:space="preserve">    B. 猫</w:t>
      </w:r>
    </w:p>
    <w:p>
      <w:r>
        <w:t xml:space="preserve">    C. 狮子</w:t>
      </w:r>
    </w:p>
    <w:p>
      <w:r>
        <w:t xml:space="preserve">    D. 金鱼</w:t>
      </w:r>
    </w:p>
    <w:p>
      <w:r>
        <w:rPr>
          <w:color w:val="166A3A"/>
        </w:rPr>
        <w:t>【答案】D  【解析】金鱼是水生动物，其余为陆生哺乳动物。</w:t>
      </w:r>
    </w:p>
    <w:p>
      <w:r>
        <w:rPr>
          <w:b w:val="0"/>
        </w:rPr>
        <w:t>91. 【单选】一篇应试作文的立意应当（ ）。</w:t>
      </w:r>
    </w:p>
    <w:p>
      <w:r>
        <w:t xml:space="preserve">    A. 标新立异</w:t>
      </w:r>
    </w:p>
    <w:p>
      <w:r>
        <w:t xml:space="preserve">    B. 准确、鲜明、集中</w:t>
      </w:r>
    </w:p>
    <w:p>
      <w:r>
        <w:t xml:space="preserve">    C. 面面俱到</w:t>
      </w:r>
    </w:p>
    <w:p>
      <w:r>
        <w:t xml:space="preserve">    D. 越晦涩越好</w:t>
      </w:r>
    </w:p>
    <w:p>
      <w:r>
        <w:rPr>
          <w:color w:val="166A3A"/>
        </w:rPr>
        <w:t>【答案】B  【解析】作文立意要准确、鲜明、集中，中心突出。</w:t>
      </w:r>
    </w:p>
    <w:p>
      <w:r>
        <w:rPr>
          <w:b w:val="0"/>
        </w:rPr>
        <w:t>92. 【单选】在Excel中，要冻结首行应使用（ ）。</w:t>
      </w:r>
    </w:p>
    <w:p>
      <w:r>
        <w:t xml:space="preserve">    A. 开始菜单</w:t>
      </w:r>
    </w:p>
    <w:p>
      <w:r>
        <w:t xml:space="preserve">    B. 视图-冻结窗格</w:t>
      </w:r>
    </w:p>
    <w:p>
      <w:r>
        <w:t xml:space="preserve">    C. 数据-排序</w:t>
      </w:r>
    </w:p>
    <w:p>
      <w:r>
        <w:t xml:space="preserve">    D. 插入-图表</w:t>
      </w:r>
    </w:p>
    <w:p>
      <w:r>
        <w:rPr>
          <w:color w:val="166A3A"/>
        </w:rPr>
        <w:t>【答案】B  【解析】冻结窗格在"视图"选项卡下。</w:t>
      </w:r>
    </w:p>
    <w:p>
      <w:r>
        <w:rPr>
          <w:b w:val="0"/>
        </w:rPr>
        <w:t>93. 【单选】"只有努力学习，才能考上"，下列与之意思相同的是（ ）。</w:t>
      </w:r>
    </w:p>
    <w:p>
      <w:r>
        <w:t xml:space="preserve">    A. 如果努力学习，就能考上</w:t>
      </w:r>
    </w:p>
    <w:p>
      <w:r>
        <w:t xml:space="preserve">    B. 如果考上了，说明努力学习了</w:t>
      </w:r>
    </w:p>
    <w:p>
      <w:r>
        <w:t xml:space="preserve">    C. 努力学习是考上的充分条件</w:t>
      </w:r>
    </w:p>
    <w:p>
      <w:r>
        <w:t xml:space="preserve">    D. 不努力也能考上</w:t>
      </w:r>
    </w:p>
    <w:p>
      <w:r>
        <w:rPr>
          <w:color w:val="166A3A"/>
        </w:rPr>
        <w:t>【答案】B  【解析】"只有p才q"是必要条件，即q→p（考上说明努力了）。</w:t>
      </w:r>
    </w:p>
    <w:p>
      <w:r>
        <w:rPr>
          <w:b w:val="0"/>
        </w:rPr>
        <w:t>94. 【单选】教师在教学反思中，最有利于专业成长的反思方式是（ ）。</w:t>
      </w:r>
    </w:p>
    <w:p>
      <w:r>
        <w:t xml:space="preserve">    A. 写教案</w:t>
      </w:r>
    </w:p>
    <w:p>
      <w:r>
        <w:t xml:space="preserve">    B. 写教学日志/案例研究</w:t>
      </w:r>
    </w:p>
    <w:p>
      <w:r>
        <w:t xml:space="preserve">    C. 批改作业</w:t>
      </w:r>
    </w:p>
    <w:p>
      <w:r>
        <w:t xml:space="preserve">    D. 备课</w:t>
      </w:r>
    </w:p>
    <w:p>
      <w:r>
        <w:rPr>
          <w:color w:val="166A3A"/>
        </w:rPr>
        <w:t>【答案】B  【解析】教学反思、撰写教学案例是教师专业发展重要途径。</w:t>
      </w:r>
    </w:p>
    <w:p>
      <w:r>
        <w:rPr>
          <w:b w:val="0"/>
        </w:rPr>
        <w:t>95. 【单选】对阅读理解材料中某句话含义的理解，应（ ）。</w:t>
      </w:r>
    </w:p>
    <w:p>
      <w:r>
        <w:t xml:space="preserve">    A. 脱离上下文猜</w:t>
      </w:r>
    </w:p>
    <w:p>
      <w:r>
        <w:t xml:space="preserve">    B. 结合上下文和主旨分析</w:t>
      </w:r>
    </w:p>
    <w:p>
      <w:r>
        <w:t xml:space="preserve">    C. 只看字面</w:t>
      </w:r>
    </w:p>
    <w:p>
      <w:r>
        <w:t xml:space="preserve">    D. 凭自己想象</w:t>
      </w:r>
    </w:p>
    <w:p>
      <w:r>
        <w:rPr>
          <w:color w:val="166A3A"/>
        </w:rPr>
        <w:t>【答案】B  【解析】理解重要词句须结合语境、联系中心思想。</w:t>
      </w:r>
    </w:p>
    <w:p>
      <w:r>
        <w:rPr>
          <w:b w:val="0"/>
        </w:rPr>
        <w:t>96. 【单选】下列属于班级突发事件处理原则的是（ ）。</w:t>
      </w:r>
    </w:p>
    <w:p>
      <w:r>
        <w:t xml:space="preserve">    A. 冷处理、实事求是、教育引导</w:t>
      </w:r>
    </w:p>
    <w:p>
      <w:r>
        <w:t xml:space="preserve">    B. 当场严厉处罚</w:t>
      </w:r>
    </w:p>
    <w:p>
      <w:r>
        <w:t xml:space="preserve">    C. 交给家长处理</w:t>
      </w:r>
    </w:p>
    <w:p>
      <w:r>
        <w:t xml:space="preserve">    D. 置之不理</w:t>
      </w:r>
    </w:p>
    <w:p>
      <w:r>
        <w:rPr>
          <w:color w:val="166A3A"/>
        </w:rPr>
        <w:t>【答案】A  【解析】突发事件应沉着冷静、机智果断、公平民主、教育为主。</w:t>
      </w:r>
    </w:p>
    <w:p>
      <w:r>
        <w:rPr>
          <w:b w:val="0"/>
        </w:rPr>
        <w:t>97. 【单选】在信息检索中，要精确搜索含"教师资格证"的网页，应使用（ ）。</w:t>
      </w:r>
    </w:p>
    <w:p>
      <w:r>
        <w:t xml:space="preserve">    A. 教师资格证（不加引号）</w:t>
      </w:r>
    </w:p>
    <w:p>
      <w:r>
        <w:t xml:space="preserve">    B. "教师资格证"（加引号精确匹配）</w:t>
      </w:r>
    </w:p>
    <w:p>
      <w:r>
        <w:t xml:space="preserve">    C. 教师 资格</w:t>
      </w:r>
    </w:p>
    <w:p>
      <w:r>
        <w:t xml:space="preserve">    D. 资格证</w:t>
      </w:r>
    </w:p>
    <w:p>
      <w:r>
        <w:rPr>
          <w:color w:val="166A3A"/>
        </w:rPr>
        <w:t>【答案】B  【解析】搜索引擎中加引号表示精确匹配完整词组。</w:t>
      </w:r>
    </w:p>
    <w:p>
      <w:r>
        <w:rPr>
          <w:b w:val="0"/>
        </w:rPr>
        <w:t>98. 【单选】写作中，开头常用的方法不包括（ ）。</w:t>
      </w:r>
    </w:p>
    <w:p>
      <w:r>
        <w:t xml:space="preserve">    A. 开门见山</w:t>
      </w:r>
    </w:p>
    <w:p>
      <w:r>
        <w:t xml:space="preserve">    B. 设置悬念</w:t>
      </w:r>
    </w:p>
    <w:p>
      <w:r>
        <w:t xml:space="preserve">    C. 引用名言</w:t>
      </w:r>
    </w:p>
    <w:p>
      <w:r>
        <w:t xml:space="preserve">    D. 长篇大论铺垫无关内容</w:t>
      </w:r>
    </w:p>
    <w:p>
      <w:r>
        <w:rPr>
          <w:color w:val="166A3A"/>
        </w:rPr>
        <w:t>【答案】D  【解析】开头应简洁入题，忌绕太远。</w:t>
      </w:r>
    </w:p>
    <w:p>
      <w:r>
        <w:rPr>
          <w:b w:val="0"/>
        </w:rPr>
        <w:t>99. 【单选】某Word文档需要每页都显示相同的单位名称，应设置（ ）。</w:t>
      </w:r>
    </w:p>
    <w:p>
      <w:r>
        <w:t xml:space="preserve">    A. 页眉</w:t>
      </w:r>
    </w:p>
    <w:p>
      <w:r>
        <w:t xml:space="preserve">    B. 页脚</w:t>
      </w:r>
    </w:p>
    <w:p>
      <w:r>
        <w:t xml:space="preserve">    C. 文本框</w:t>
      </w:r>
    </w:p>
    <w:p>
      <w:r>
        <w:t xml:space="preserve">    D. 目录</w:t>
      </w:r>
    </w:p>
    <w:p>
      <w:r>
        <w:rPr>
          <w:color w:val="166A3A"/>
        </w:rPr>
        <w:t>【答案】A  【解析】页眉在每页顶部重复显示相同内容。</w:t>
      </w:r>
    </w:p>
    <w:p>
      <w:r>
        <w:rPr>
          <w:b w:val="0"/>
        </w:rPr>
        <w:t>100. 【单选】班主任了解学生最基本的方法是（ ）。</w:t>
      </w:r>
    </w:p>
    <w:p>
      <w:r>
        <w:t xml:space="preserve">    A. 观察法</w:t>
      </w:r>
    </w:p>
    <w:p>
      <w:r>
        <w:t xml:space="preserve">    B. 问卷法</w:t>
      </w:r>
    </w:p>
    <w:p>
      <w:r>
        <w:t xml:space="preserve">    C. 谈话法</w:t>
      </w:r>
    </w:p>
    <w:p>
      <w:r>
        <w:t xml:space="preserve">    D. 调查法</w:t>
      </w:r>
    </w:p>
    <w:p>
      <w:r>
        <w:rPr>
          <w:color w:val="166A3A"/>
        </w:rPr>
        <w:t>【答案】A  【解析】观察法是班主任了解学生最基本的方法。</w:t>
      </w:r>
    </w:p>
    <w:p>
      <w:r>
        <w:t>——本文档由网友整理分享，仅供备考练习，考试政策与真题以官方发布为准。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